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CBDE2" w14:textId="77777777" w:rsidR="00156693" w:rsidRDefault="00000000">
      <w:pPr>
        <w:pStyle w:val="Heading1"/>
        <w:spacing w:before="0" w:after="240" w:line="240" w:lineRule="auto"/>
        <w:jc w:val="right"/>
        <w:rPr>
          <w:rFonts w:ascii="Times New Roman" w:eastAsia="Times New Roman" w:hAnsi="Times New Roman" w:cs="Times New Roman"/>
          <w:b w:val="0"/>
          <w:bCs w:val="0"/>
          <w:i/>
          <w:iCs/>
          <w:smallCaps/>
          <w:color w:val="000000"/>
          <w:sz w:val="24"/>
          <w:szCs w:val="24"/>
        </w:rPr>
      </w:pPr>
      <w:r>
        <w:rPr>
          <w:rFonts w:ascii="Times New Roman" w:eastAsia="Times New Roman" w:hAnsi="Times New Roman" w:cs="Times New Roman"/>
          <w:b w:val="0"/>
          <w:bCs w:val="0"/>
          <w:i/>
          <w:iCs/>
          <w:smallCaps/>
          <w:color w:val="000000"/>
          <w:sz w:val="24"/>
          <w:szCs w:val="24"/>
        </w:rPr>
        <w:t>Proiect</w:t>
      </w:r>
    </w:p>
    <w:p w14:paraId="108D43CC" w14:textId="77777777" w:rsidR="00156693" w:rsidRDefault="00000000">
      <w:pPr>
        <w:pStyle w:val="Heading1"/>
        <w:spacing w:before="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GUVERNUL REPUBLICII MOLDOVA</w:t>
      </w:r>
    </w:p>
    <w:p w14:paraId="166EA189" w14:textId="77777777" w:rsidR="00156693" w:rsidRDefault="00000000">
      <w:pPr>
        <w:pStyle w:val="Heading1"/>
        <w:spacing w:before="0" w:after="0"/>
        <w:ind w:left="-5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HOTĂRÂRE nr.___</w:t>
      </w:r>
    </w:p>
    <w:p w14:paraId="2D37AFA1" w14:textId="77777777" w:rsidR="00156693" w:rsidRDefault="00000000">
      <w:pPr>
        <w:pStyle w:val="Heading1"/>
        <w:spacing w:before="0" w:after="0"/>
        <w:ind w:left="-5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din ___________ 2026</w:t>
      </w:r>
    </w:p>
    <w:p w14:paraId="4C59896E" w14:textId="77777777" w:rsidR="00156693" w:rsidRDefault="00000000">
      <w:pPr>
        <w:pStyle w:val="Heading1"/>
        <w:spacing w:before="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1FA27EA" w14:textId="77777777" w:rsidR="00156693" w:rsidRDefault="00000000">
      <w:pPr>
        <w:pStyle w:val="Heading1"/>
        <w:spacing w:before="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aprobarea Programului de implementare</w:t>
      </w:r>
    </w:p>
    <w:p w14:paraId="14DA0584" w14:textId="77777777" w:rsidR="00156693" w:rsidRDefault="00000000">
      <w:pPr>
        <w:pStyle w:val="Heading1"/>
        <w:spacing w:before="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Strategiei de dezvoltare a sectorului de tineret „Tineret 2030” pentru anii 2027-2030</w:t>
      </w:r>
    </w:p>
    <w:p w14:paraId="0B1253B3" w14:textId="77777777" w:rsidR="00156693" w:rsidRDefault="00000000">
      <w:pPr>
        <w:pStyle w:val="Heading1"/>
        <w:spacing w:before="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921BD16"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În temeiul art.9 alin.(2) lit. a) din Legea nr.215/2016 cu privire la tineret (Monitorul Oficial al Republicii Moldova, 2016, nr.315-328, art. 688), cu modificările ulterioare și în scopul promovării eficiente a politicii statului în domeniul dezvoltării sectorului de tineret, Guvernul HOTĂRĂȘTE:</w:t>
      </w:r>
    </w:p>
    <w:p w14:paraId="7E5FE4A2"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1. Se aprobă Programul de implementare a Strategiei de dezvoltare a sectorului de tineret „Tineret 2030” pentru anii 2027-2030, conform anexei.</w:t>
      </w:r>
    </w:p>
    <w:p w14:paraId="3FD30D6B"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2. Se recomandă autorităților administrației publice locale să contribuie la realizarea obiectivelor și acțiunilor prevăzute în Program.</w:t>
      </w:r>
    </w:p>
    <w:p w14:paraId="1EB6915F"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3. Ministerul Educației și Cercetării va prezenta Guvernului, până la data de 31 martie 2031, raportul de evaluare finală a Programului de implementare a Strategiei de dezvoltare a sectorului de tineret „Tineret 2030” pentru anii 2027-2030.</w:t>
      </w:r>
    </w:p>
    <w:p w14:paraId="5CF3B8A2"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4. Finanțarea acțiunilor prevăzute în Program se va efectua din contul și în limita alocațiilor aprobate în acest scop în bugetele autorităților implicate, precum și din alte surse neinterzise de lege.</w:t>
      </w:r>
    </w:p>
    <w:p w14:paraId="0CFF17DD" w14:textId="77777777" w:rsidR="00156693" w:rsidRDefault="00000000">
      <w:pPr>
        <w:pStyle w:val="Heading1"/>
        <w:spacing w:before="0" w:after="120" w:line="240" w:lineRule="auto"/>
        <w:ind w:firstLine="20"/>
        <w:jc w:val="both"/>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5. Controlul asupra executării prezentei hotărâri se pune în sarcina Ministerului Educației și Cercetării.</w:t>
      </w:r>
    </w:p>
    <w:p w14:paraId="31433A2D"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B1B8F5C"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B57B368"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PRIM-MINISTRU                                  </w:t>
      </w:r>
      <w:r>
        <w:rPr>
          <w:rFonts w:ascii="Times New Roman" w:eastAsia="Times New Roman" w:hAnsi="Times New Roman" w:cs="Times New Roman"/>
          <w:color w:val="000000"/>
          <w:sz w:val="24"/>
          <w:szCs w:val="24"/>
        </w:rPr>
        <w:tab/>
        <w:t>Vasile TOFAN</w:t>
      </w:r>
    </w:p>
    <w:p w14:paraId="1E8A87B5"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Contrasemnează:</w:t>
      </w:r>
    </w:p>
    <w:p w14:paraId="4384E606"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Ministrul educației și cercetării               </w:t>
      </w:r>
      <w:r>
        <w:rPr>
          <w:rFonts w:ascii="Times New Roman" w:eastAsia="Times New Roman" w:hAnsi="Times New Roman" w:cs="Times New Roman"/>
          <w:color w:val="000000"/>
          <w:sz w:val="24"/>
          <w:szCs w:val="24"/>
        </w:rPr>
        <w:tab/>
        <w:t>Dan Perciun</w:t>
      </w:r>
    </w:p>
    <w:p w14:paraId="5C7941A7" w14:textId="77777777" w:rsidR="00156693" w:rsidRDefault="00000000">
      <w:pPr>
        <w:pStyle w:val="Heading1"/>
        <w:spacing w:before="0" w:after="120" w:line="240" w:lineRule="auto"/>
        <w:jc w:val="both"/>
        <w:rPr>
          <w:rFonts w:ascii="Times New Roman" w:eastAsia="Times New Roman" w:hAnsi="Times New Roman" w:cs="Times New Roman"/>
          <w:color w:val="000000"/>
          <w:sz w:val="24"/>
          <w:szCs w:val="24"/>
        </w:rPr>
      </w:pPr>
      <w:bookmarkStart w:id="0" w:name="_heading=h.tikh9h10dfsz" w:colFirst="0" w:colLast="0"/>
      <w:bookmarkEnd w:id="0"/>
      <w:r>
        <w:rPr>
          <w:rFonts w:ascii="Times New Roman" w:eastAsia="Times New Roman" w:hAnsi="Times New Roman" w:cs="Times New Roman"/>
          <w:color w:val="000000"/>
          <w:sz w:val="24"/>
          <w:szCs w:val="24"/>
        </w:rPr>
        <w:t xml:space="preserve">Ministrul finanțelor                                 </w:t>
      </w:r>
      <w:r>
        <w:rPr>
          <w:rFonts w:ascii="Times New Roman" w:eastAsia="Times New Roman" w:hAnsi="Times New Roman" w:cs="Times New Roman"/>
          <w:color w:val="000000"/>
          <w:sz w:val="24"/>
          <w:szCs w:val="24"/>
        </w:rPr>
        <w:tab/>
        <w:t>Victoria Belous</w:t>
      </w:r>
    </w:p>
    <w:p w14:paraId="32D89CD4" w14:textId="77777777" w:rsidR="00156693" w:rsidRDefault="00156693">
      <w:pPr>
        <w:pStyle w:val="Heading1"/>
        <w:spacing w:before="0" w:after="200" w:line="240" w:lineRule="auto"/>
        <w:jc w:val="center"/>
        <w:rPr>
          <w:rFonts w:ascii="Times New Roman" w:eastAsia="Times New Roman" w:hAnsi="Times New Roman" w:cs="Times New Roman"/>
          <w:color w:val="000000"/>
          <w:sz w:val="24"/>
          <w:szCs w:val="24"/>
        </w:rPr>
      </w:pPr>
    </w:p>
    <w:p w14:paraId="3B053FD7" w14:textId="77777777" w:rsidR="00156693" w:rsidRDefault="00156693">
      <w:pPr>
        <w:pStyle w:val="Heading1"/>
        <w:spacing w:before="0" w:after="200" w:line="240" w:lineRule="auto"/>
        <w:jc w:val="center"/>
        <w:rPr>
          <w:rFonts w:ascii="Times New Roman" w:eastAsia="Times New Roman" w:hAnsi="Times New Roman" w:cs="Times New Roman"/>
          <w:color w:val="000000"/>
          <w:sz w:val="24"/>
          <w:szCs w:val="24"/>
        </w:rPr>
      </w:pPr>
    </w:p>
    <w:p w14:paraId="536EF83E" w14:textId="77777777" w:rsidR="00156693" w:rsidRDefault="00156693"/>
    <w:p w14:paraId="633633E5" w14:textId="77777777" w:rsidR="00156693" w:rsidRDefault="00156693"/>
    <w:p w14:paraId="2CE05F48" w14:textId="77777777" w:rsidR="009E3242" w:rsidRDefault="009E3242">
      <w:pPr>
        <w:pStyle w:val="Heading1"/>
        <w:spacing w:before="0" w:after="200" w:line="240" w:lineRule="auto"/>
        <w:jc w:val="center"/>
        <w:rPr>
          <w:rFonts w:ascii="Times New Roman" w:eastAsia="Times New Roman" w:hAnsi="Times New Roman" w:cs="Times New Roman"/>
          <w:color w:val="000000"/>
          <w:sz w:val="24"/>
          <w:szCs w:val="24"/>
        </w:rPr>
      </w:pPr>
    </w:p>
    <w:p w14:paraId="7F9915E9" w14:textId="7D5B267C" w:rsidR="00156693" w:rsidRDefault="00000000">
      <w:pPr>
        <w:pStyle w:val="Heading1"/>
        <w:spacing w:before="0" w:after="20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rPr>
        <w:br/>
        <w:t>de implementare a Strategiei de dezvoltare a sectorului de tineret</w:t>
      </w:r>
      <w:r>
        <w:rPr>
          <w:rFonts w:ascii="Times New Roman" w:eastAsia="Times New Roman" w:hAnsi="Times New Roman" w:cs="Times New Roman"/>
          <w:color w:val="000000"/>
          <w:sz w:val="24"/>
          <w:szCs w:val="24"/>
        </w:rPr>
        <w:br/>
        <w:t>„Tineret 2030” pentru anii 2027–2030</w:t>
      </w:r>
    </w:p>
    <w:p w14:paraId="2EEA8FAB" w14:textId="77777777" w:rsidR="00156693" w:rsidRDefault="00000000">
      <w:pPr>
        <w:pStyle w:val="Heading1"/>
        <w:spacing w:before="200" w:after="80" w:line="240" w:lineRule="auto"/>
        <w:jc w:val="center"/>
      </w:pPr>
      <w:r>
        <w:rPr>
          <w:rFonts w:ascii="Times New Roman" w:eastAsia="Times New Roman" w:hAnsi="Times New Roman" w:cs="Times New Roman"/>
          <w:color w:val="000000"/>
          <w:sz w:val="24"/>
          <w:szCs w:val="24"/>
        </w:rPr>
        <w:t>Capitolul I</w:t>
      </w:r>
    </w:p>
    <w:p w14:paraId="77966F0E" w14:textId="77777777" w:rsidR="00156693" w:rsidRDefault="00000000">
      <w:pPr>
        <w:pStyle w:val="Heading1"/>
        <w:spacing w:before="20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INTRODUCERE</w:t>
      </w:r>
    </w:p>
    <w:p w14:paraId="612F676B" w14:textId="77777777" w:rsidR="00156693" w:rsidRDefault="00000000">
      <w:pPr>
        <w:pStyle w:val="Heading3"/>
        <w:keepNext w:val="0"/>
        <w:keepLines w:val="0"/>
        <w:spacing w:before="280" w:line="240" w:lineRule="auto"/>
        <w:jc w:val="both"/>
        <w:rPr>
          <w:rFonts w:ascii="Times New Roman" w:eastAsia="Times New Roman" w:hAnsi="Times New Roman" w:cs="Times New Roman"/>
          <w:b w:val="0"/>
          <w:bCs w:val="0"/>
          <w:color w:val="000000"/>
          <w:sz w:val="22"/>
          <w:szCs w:val="22"/>
        </w:rPr>
      </w:pPr>
      <w:bookmarkStart w:id="1" w:name="_heading=h.cii5bc9c0xtv" w:colFirst="0" w:colLast="0"/>
      <w:bookmarkEnd w:id="1"/>
      <w:r>
        <w:rPr>
          <w:rFonts w:ascii="Times New Roman" w:eastAsia="Times New Roman" w:hAnsi="Times New Roman" w:cs="Times New Roman"/>
          <w:color w:val="000000"/>
          <w:sz w:val="22"/>
          <w:szCs w:val="22"/>
        </w:rPr>
        <w:t xml:space="preserve">1. </w:t>
      </w:r>
      <w:r>
        <w:rPr>
          <w:rFonts w:ascii="Times New Roman" w:eastAsia="Times New Roman" w:hAnsi="Times New Roman" w:cs="Times New Roman"/>
          <w:b w:val="0"/>
          <w:bCs w:val="0"/>
          <w:color w:val="000000"/>
          <w:sz w:val="22"/>
          <w:szCs w:val="22"/>
        </w:rPr>
        <w:t>Programul de implementare a Strategiei de dezvoltare a sectorului de tineret „Tineret 2030” pentru anii 2027-2030 (</w:t>
      </w:r>
      <w:r>
        <w:rPr>
          <w:rFonts w:ascii="Times New Roman" w:eastAsia="Times New Roman" w:hAnsi="Times New Roman" w:cs="Times New Roman"/>
          <w:b w:val="0"/>
          <w:bCs w:val="0"/>
          <w:i/>
          <w:iCs/>
          <w:color w:val="000000"/>
          <w:sz w:val="22"/>
          <w:szCs w:val="22"/>
        </w:rPr>
        <w:t xml:space="preserve">în continuare Program) </w:t>
      </w:r>
      <w:r>
        <w:rPr>
          <w:rFonts w:ascii="Times New Roman" w:eastAsia="Times New Roman" w:hAnsi="Times New Roman" w:cs="Times New Roman"/>
          <w:b w:val="0"/>
          <w:bCs w:val="0"/>
          <w:color w:val="000000"/>
          <w:sz w:val="22"/>
          <w:szCs w:val="22"/>
        </w:rPr>
        <w:t>reprezintă un document de politici sectoriale, care stabilește cadrul și modul de implementare a Strategiei de dezvoltare a sectorului de tineret „Tineret 2030” (</w:t>
      </w:r>
      <w:r>
        <w:rPr>
          <w:rFonts w:ascii="Times New Roman" w:eastAsia="Times New Roman" w:hAnsi="Times New Roman" w:cs="Times New Roman"/>
          <w:b w:val="0"/>
          <w:bCs w:val="0"/>
          <w:i/>
          <w:iCs/>
          <w:color w:val="000000"/>
          <w:sz w:val="22"/>
          <w:szCs w:val="22"/>
        </w:rPr>
        <w:t xml:space="preserve">în continuare Strategie), </w:t>
      </w:r>
      <w:r>
        <w:rPr>
          <w:rFonts w:ascii="Times New Roman" w:eastAsia="Times New Roman" w:hAnsi="Times New Roman" w:cs="Times New Roman"/>
          <w:b w:val="0"/>
          <w:bCs w:val="0"/>
          <w:color w:val="000000"/>
          <w:sz w:val="22"/>
          <w:szCs w:val="22"/>
        </w:rPr>
        <w:t xml:space="preserve">analizează situația tinerilor și sectorului de tineret în Republica Moldova, și operaționalizează direcțiile strategice, obiectivele generale și specifice ale Strategiei într-un plan de acțiuni. </w:t>
      </w:r>
    </w:p>
    <w:p w14:paraId="729F4D1C" w14:textId="77777777" w:rsidR="00156693" w:rsidRDefault="00000000">
      <w:pPr>
        <w:jc w:val="both"/>
      </w:pPr>
      <w:r>
        <w:t>2. Implementarea Programului contribuie la atingerea obiectivelor și țintelor setate în Strategie, extinde aria de intervenție către grupuri țintă și propune direcții de intervenții noi, identificate în procesul de implementare a primului Program de implementare pentru perioada 2023-2026 și care să corespundă realităților și necesităților tinerilor în condițiile social-economice și demografice actuale.</w:t>
      </w:r>
    </w:p>
    <w:p w14:paraId="645E11D2" w14:textId="77777777" w:rsidR="00156693" w:rsidRDefault="00000000">
      <w:pPr>
        <w:jc w:val="both"/>
      </w:pPr>
      <w:r>
        <w:t xml:space="preserve">3. Programul reprezintă cel de-al doilea și ultimul ciclu de implementare a Strategiei, este elaborat în temeiul Legii nr.215/2016 cu privire la tineret, în conformitate cu angajamentele asumate prin Programul național de aderare a Republicii Moldova la Uniunea Europeană pentru anii 2025-2029,  corelat cu Strategia Națională de Dezvoltare „Moldova Europeană 2030” și Programul Național de Dezvoltare, conectat cu Strategia Uniunii Europene pentru tineret 2019-2027 și Strategia Consiliului Europei pentru sectorul de tineret 2030. </w:t>
      </w:r>
    </w:p>
    <w:p w14:paraId="07DE9FCD" w14:textId="77777777" w:rsidR="00156693" w:rsidRDefault="00000000">
      <w:pPr>
        <w:jc w:val="both"/>
      </w:pPr>
      <w:r>
        <w:t xml:space="preserve">4. Programul reprezintă un document operațional care transpune viziunea, misiunea și obiectivele Strategiei într-un plan de acțiuni, parte integrantă a Programului, de dezvoltare a sectorului de tineret și extinde aria de intervenție pentru a fi relevant pentru tineri și sectorul de tineret. </w:t>
      </w:r>
    </w:p>
    <w:p w14:paraId="02A52E47" w14:textId="77777777" w:rsidR="00156693" w:rsidRDefault="00000000">
      <w:pPr>
        <w:spacing w:after="100"/>
        <w:jc w:val="both"/>
      </w:pPr>
      <w:r>
        <w:t>5. Programul este elaborat în contextul unor schimbări demografice, sociale și educaționale semnificative care influențează profilul, nevoile și prioritățile tinerilor din Republica Moldova, contextul în care trăiesc și se dezvoltă tinerii a evoluat, fiind înregistrate modificări ale structurii populației tinere, ale ponderii tinerilor din mediul rural și urban, ale participării acestora în sistemul de învățământ, precum și ale priorităților, aspirațiilor și nevoilor acestora.</w:t>
      </w:r>
    </w:p>
    <w:p w14:paraId="15ED131E" w14:textId="77777777" w:rsidR="00156693" w:rsidRDefault="00000000">
      <w:pPr>
        <w:spacing w:after="100"/>
        <w:jc w:val="both"/>
      </w:pPr>
      <w:r>
        <w:t xml:space="preserve">6. Programul este elaborat ținând cont de perspectiva de gen, perspectiva de incluziune și împuternicirea tinerilor în special în rândul celor cu oportunități reduse, inclusiv a celor care nu sunt încadrați în muncă, educație sau formare. Din perspectivă teritorială, Programul se aliniază la politicile naționale în domeniul reformei administrativ-teritoriale. </w:t>
      </w:r>
    </w:p>
    <w:p w14:paraId="430317A7" w14:textId="77777777" w:rsidR="00156693" w:rsidRDefault="00000000">
      <w:pPr>
        <w:jc w:val="both"/>
      </w:pPr>
      <w:r>
        <w:t>7. Programul integrează principalele tendințe și schimbări identificate în domeniul tineretului și orientează intervențiile către necesitățile actuale ale diferitelor categorii de tineri. Totodată, acțiunile propuse urmăresc să asigure flexibilitatea și capacitatea de adaptare a politicilor de tineret la schimbările demografice și sociale, contribuind la dezvoltarea unui cadru de intervenție publică relevant, incluziv și fundamentat pe nevoile reale ale tinerilor.</w:t>
      </w:r>
    </w:p>
    <w:p w14:paraId="68AF4386" w14:textId="77777777" w:rsidR="00156693" w:rsidRDefault="00000000">
      <w:pPr>
        <w:jc w:val="both"/>
      </w:pPr>
      <w:r>
        <w:t xml:space="preserve">8. Programul reprezintă documentul de politici național, care servește drept temei pentru autoritățile administrației publice locale pentru elaborarea politicilor și documentelor de politici locale. </w:t>
      </w:r>
    </w:p>
    <w:p w14:paraId="26BE4E10" w14:textId="77777777" w:rsidR="00156693" w:rsidRDefault="00000000">
      <w:pPr>
        <w:jc w:val="both"/>
        <w:rPr>
          <w:i/>
          <w:iCs/>
        </w:rPr>
      </w:pPr>
      <w:r>
        <w:t xml:space="preserve">9. Viziunea Strategiei este: </w:t>
      </w:r>
      <w:r>
        <w:rPr>
          <w:i/>
          <w:iCs/>
        </w:rPr>
        <w:t>Construcția unei societăți moderne are la bază tineri instruiți și competenți, care împărtășesc o verticală a valorilor și își asumă responsabilitatea de a contribui calitativ la dezvoltarea socială și economică a statului.</w:t>
      </w:r>
    </w:p>
    <w:p w14:paraId="6DC5823E" w14:textId="77777777" w:rsidR="00156693" w:rsidRDefault="00000000">
      <w:pPr>
        <w:jc w:val="both"/>
      </w:pPr>
      <w:r>
        <w:t xml:space="preserve">10. Misiunea Strategiei constă în: </w:t>
      </w:r>
    </w:p>
    <w:p w14:paraId="4D227AD6" w14:textId="77777777" w:rsidR="00156693" w:rsidRDefault="00000000">
      <w:pPr>
        <w:ind w:firstLine="720"/>
        <w:jc w:val="both"/>
      </w:pPr>
      <w:r>
        <w:lastRenderedPageBreak/>
        <w:t>10.1. asigurarea accesului tuturor tinerilor din Republica Moldova la oportunități și la programe calitative de tineret care contribuie la dezvoltarea competențelor și împărtășirea valorilor;</w:t>
      </w:r>
    </w:p>
    <w:p w14:paraId="3ECF3663" w14:textId="77777777" w:rsidR="00156693" w:rsidRDefault="00000000">
      <w:pPr>
        <w:ind w:firstLine="720"/>
        <w:jc w:val="both"/>
      </w:pPr>
      <w:r>
        <w:t>10.2. recunoașterea de către stat a potențialului de inovație al tinerilor și al organizațiilor de tineret și alocarea resurselor financiare suficiente pentru realizarea inițiativelor acestora;</w:t>
      </w:r>
    </w:p>
    <w:p w14:paraId="2E665B38" w14:textId="77777777" w:rsidR="00156693" w:rsidRDefault="00000000">
      <w:pPr>
        <w:ind w:firstLine="720"/>
        <w:jc w:val="both"/>
      </w:pPr>
      <w:r>
        <w:t xml:space="preserve">10.3. participarea în mod semnificativ și implicarea civică a tinerilor, responsabilizați de propriul rol, în promovarea democrației, dezvoltării comunitare și inovației sociale. </w:t>
      </w:r>
    </w:p>
    <w:p w14:paraId="27C6325C" w14:textId="77777777" w:rsidR="00156693" w:rsidRDefault="00000000">
      <w:pPr>
        <w:spacing w:after="100"/>
        <w:jc w:val="both"/>
      </w:pPr>
      <w:r>
        <w:t xml:space="preserve">11. </w:t>
      </w:r>
      <w:r>
        <w:rPr>
          <w:sz w:val="24"/>
          <w:szCs w:val="24"/>
        </w:rPr>
        <w:t>Planul de acțiuni este o componentă integrantă a Programului care operaționalizează intervențiile trasate în cadrul acestuia, generând costuri de implementare, trasând impactul scontat și indicatorii de monitorizare a acestuia, precum și determinând responsabilii de implementare.</w:t>
      </w:r>
      <w:r>
        <w:t xml:space="preserve"> </w:t>
      </w:r>
    </w:p>
    <w:p w14:paraId="7986C40B" w14:textId="77777777" w:rsidR="00156693" w:rsidRDefault="00000000">
      <w:pPr>
        <w:spacing w:after="100"/>
        <w:jc w:val="both"/>
      </w:pPr>
      <w:r>
        <w:t xml:space="preserve">12. Documentul de politici este elaborat cu participarea tinerilor, structurilor și organizațiilor de tineret, reprezentanți ai structurilor reprezentative ale elevilor și studenților, precum și a reprezentanților centrelor de tineret și a lucrătorilor de tineret. </w:t>
      </w:r>
    </w:p>
    <w:p w14:paraId="421BC4EB" w14:textId="77777777" w:rsidR="00156693" w:rsidRDefault="00000000">
      <w:pPr>
        <w:jc w:val="both"/>
      </w:pPr>
      <w:r>
        <w:t xml:space="preserve">13. Matricea de aliniere strategică și normativă: </w:t>
      </w:r>
    </w:p>
    <w:p w14:paraId="3E5E4D01" w14:textId="77777777" w:rsidR="00156693" w:rsidRDefault="00000000">
      <w:pPr>
        <w:keepNext/>
        <w:spacing w:before="120" w:after="60" w:line="240" w:lineRule="auto"/>
        <w:rPr>
          <w:b/>
          <w:bCs/>
          <w:sz w:val="20"/>
          <w:szCs w:val="20"/>
        </w:rPr>
      </w:pPr>
      <w:r>
        <w:rPr>
          <w:b/>
          <w:bCs/>
          <w:sz w:val="20"/>
          <w:szCs w:val="20"/>
        </w:rPr>
        <w:t>Tabel 1. Matricea de aliniere strategică și normativă</w:t>
      </w:r>
    </w:p>
    <w:tbl>
      <w:tblPr>
        <w:tblStyle w:val="affffffffffffffffffffffff8"/>
        <w:tblW w:w="966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7"/>
        <w:gridCol w:w="5723"/>
      </w:tblGrid>
      <w:tr w:rsidR="00156693" w14:paraId="1E995ABF" w14:textId="77777777">
        <w:trPr>
          <w:cantSplit/>
          <w:tblHeader/>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2BCECD7" w14:textId="77777777" w:rsidR="00156693" w:rsidRDefault="00000000">
            <w:pPr>
              <w:jc w:val="center"/>
              <w:rPr>
                <w:sz w:val="20"/>
                <w:szCs w:val="20"/>
              </w:rPr>
            </w:pPr>
            <w:r>
              <w:rPr>
                <w:b/>
                <w:bCs/>
                <w:sz w:val="20"/>
                <w:szCs w:val="20"/>
              </w:rPr>
              <w:t>Document / cadru</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4D6C6E6" w14:textId="77777777" w:rsidR="00156693" w:rsidRDefault="00000000">
            <w:pPr>
              <w:jc w:val="center"/>
              <w:rPr>
                <w:sz w:val="20"/>
                <w:szCs w:val="20"/>
              </w:rPr>
            </w:pPr>
            <w:r>
              <w:rPr>
                <w:b/>
                <w:bCs/>
                <w:sz w:val="20"/>
                <w:szCs w:val="20"/>
              </w:rPr>
              <w:t>Aplicare în Programul 2027–2030</w:t>
            </w:r>
          </w:p>
        </w:tc>
      </w:tr>
      <w:tr w:rsidR="00156693" w14:paraId="58BFBABB"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C3B0828" w14:textId="77777777" w:rsidR="00156693" w:rsidRDefault="00000000">
            <w:pPr>
              <w:spacing w:after="60"/>
              <w:rPr>
                <w:b/>
                <w:bCs/>
                <w:sz w:val="20"/>
                <w:szCs w:val="20"/>
              </w:rPr>
            </w:pPr>
            <w:r>
              <w:rPr>
                <w:b/>
                <w:bCs/>
                <w:sz w:val="20"/>
                <w:szCs w:val="20"/>
              </w:rPr>
              <w:t>Legea nr. 215/2016 cu privire la tineret</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FB4DE43" w14:textId="77777777" w:rsidR="00156693" w:rsidRDefault="00000000">
            <w:pPr>
              <w:spacing w:after="60"/>
              <w:rPr>
                <w:sz w:val="20"/>
                <w:szCs w:val="20"/>
              </w:rPr>
            </w:pPr>
            <w:r>
              <w:rPr>
                <w:sz w:val="20"/>
                <w:szCs w:val="20"/>
              </w:rPr>
              <w:t>Participare, dezvoltarea tinerilor și atribuțiile actorilor: capitolele I, III–IV și VIII; Planul de acțiuni anexat.</w:t>
            </w:r>
          </w:p>
        </w:tc>
      </w:tr>
      <w:tr w:rsidR="00156693" w14:paraId="093A4BC9"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E6B84A7" w14:textId="77777777" w:rsidR="00156693" w:rsidRDefault="00000000">
            <w:pPr>
              <w:spacing w:after="60"/>
              <w:rPr>
                <w:sz w:val="20"/>
                <w:szCs w:val="20"/>
              </w:rPr>
            </w:pPr>
            <w:r>
              <w:rPr>
                <w:b/>
                <w:bCs/>
                <w:sz w:val="20"/>
                <w:szCs w:val="20"/>
              </w:rPr>
              <w:t xml:space="preserve">Strategia „Tineret 2030”, </w:t>
            </w:r>
            <w:r>
              <w:rPr>
                <w:sz w:val="20"/>
                <w:szCs w:val="20"/>
              </w:rPr>
              <w:t>aprobată prin HG nr. 168/2023</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DCCEA04" w14:textId="77777777" w:rsidR="00156693" w:rsidRDefault="00000000">
            <w:pPr>
              <w:spacing w:after="60"/>
              <w:rPr>
                <w:sz w:val="20"/>
                <w:szCs w:val="20"/>
              </w:rPr>
            </w:pPr>
            <w:r>
              <w:rPr>
                <w:sz w:val="20"/>
                <w:szCs w:val="20"/>
              </w:rPr>
              <w:t>Continuitatea obiectivelor, priorităților, rezultatelor și indicatorilor în al doilea ciclu: capitolele I–IV și IX; Planul de acțiuni anexat.</w:t>
            </w:r>
          </w:p>
        </w:tc>
      </w:tr>
      <w:tr w:rsidR="00156693" w14:paraId="3D9F8DBC"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C7A1791" w14:textId="77777777" w:rsidR="00156693" w:rsidRDefault="00000000">
            <w:pPr>
              <w:spacing w:after="60"/>
              <w:rPr>
                <w:sz w:val="20"/>
                <w:szCs w:val="20"/>
              </w:rPr>
            </w:pPr>
            <w:r>
              <w:rPr>
                <w:b/>
                <w:bCs/>
                <w:sz w:val="20"/>
                <w:szCs w:val="20"/>
              </w:rPr>
              <w:t>Strategia „Moldova Europeană 2030”</w:t>
            </w:r>
            <w:r>
              <w:rPr>
                <w:sz w:val="20"/>
                <w:szCs w:val="20"/>
              </w:rPr>
              <w:t>, aprobată prin Legea nr. 315/2022</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2E6DC56" w14:textId="77777777" w:rsidR="00156693" w:rsidRDefault="00000000">
            <w:pPr>
              <w:spacing w:after="60"/>
              <w:rPr>
                <w:sz w:val="20"/>
                <w:szCs w:val="20"/>
              </w:rPr>
            </w:pPr>
            <w:r>
              <w:rPr>
                <w:sz w:val="20"/>
                <w:szCs w:val="20"/>
              </w:rPr>
              <w:t>Calitatea vieții, dezvoltarea durabilă și contribuții intersectoriale: capitolele II–IV; Planul de acțiuni anexat.</w:t>
            </w:r>
          </w:p>
        </w:tc>
      </w:tr>
      <w:tr w:rsidR="00156693" w14:paraId="6AE49700"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D0D2B82" w14:textId="77777777" w:rsidR="00156693" w:rsidRDefault="00000000">
            <w:pPr>
              <w:spacing w:after="60"/>
              <w:rPr>
                <w:sz w:val="20"/>
                <w:szCs w:val="20"/>
              </w:rPr>
            </w:pPr>
            <w:r>
              <w:rPr>
                <w:b/>
                <w:bCs/>
                <w:sz w:val="20"/>
                <w:szCs w:val="20"/>
              </w:rPr>
              <w:t>Programul național de aderare a Republicii Moldova la Uniunea Europeană pentru anii 2025-2029</w:t>
            </w:r>
            <w:r>
              <w:rPr>
                <w:sz w:val="20"/>
                <w:szCs w:val="20"/>
              </w:rPr>
              <w:t>, aprobat prin HG nr. 306/2025, cu modificările ulterioare, Capitolul 26, anexele A și B</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D4AD545" w14:textId="77777777" w:rsidR="00156693" w:rsidRDefault="00000000">
            <w:pPr>
              <w:spacing w:after="60"/>
              <w:rPr>
                <w:sz w:val="20"/>
                <w:szCs w:val="20"/>
              </w:rPr>
            </w:pPr>
            <w:r>
              <w:rPr>
                <w:sz w:val="20"/>
                <w:szCs w:val="20"/>
              </w:rPr>
              <w:t>Aprobarea Programului în decembrie 2026 și urmărirea angajamentelor de aderare: capitolele II, IV, VIII–IX; Planul de acțiuni anexat.</w:t>
            </w:r>
          </w:p>
        </w:tc>
      </w:tr>
      <w:tr w:rsidR="00156693" w14:paraId="6F67ECAE"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E81BA3B" w14:textId="77777777" w:rsidR="00156693" w:rsidRDefault="00000000">
            <w:pPr>
              <w:spacing w:after="60"/>
              <w:rPr>
                <w:b/>
                <w:bCs/>
                <w:sz w:val="20"/>
                <w:szCs w:val="20"/>
              </w:rPr>
            </w:pPr>
            <w:r>
              <w:rPr>
                <w:b/>
                <w:bCs/>
                <w:sz w:val="20"/>
                <w:szCs w:val="20"/>
              </w:rPr>
              <w:t>Strategia UE pentru tineret 2019–2027</w:t>
            </w:r>
            <w:r>
              <w:rPr>
                <w:sz w:val="20"/>
                <w:szCs w:val="20"/>
              </w:rPr>
              <w:t xml:space="preserve"> și </w:t>
            </w:r>
            <w:r>
              <w:rPr>
                <w:b/>
                <w:bCs/>
                <w:sz w:val="20"/>
                <w:szCs w:val="20"/>
              </w:rPr>
              <w:t>Planul de lucru 2025–2027</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1D2648B" w14:textId="77777777" w:rsidR="00156693" w:rsidRDefault="00000000">
            <w:pPr>
              <w:spacing w:after="60"/>
              <w:rPr>
                <w:sz w:val="20"/>
                <w:szCs w:val="20"/>
              </w:rPr>
            </w:pPr>
            <w:r>
              <w:rPr>
                <w:sz w:val="20"/>
                <w:szCs w:val="20"/>
              </w:rPr>
              <w:t>Implicare, conectare, abilitare, incluziune și cooperare; actualizare post-2027 după adoptarea noului cadru: capitolele II–IV și VII; Planul de acțiuni anexat.</w:t>
            </w:r>
          </w:p>
        </w:tc>
      </w:tr>
      <w:tr w:rsidR="00156693" w14:paraId="00C6CC8E"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0EFB44B" w14:textId="77777777" w:rsidR="00156693" w:rsidRDefault="00000000">
            <w:pPr>
              <w:spacing w:after="60"/>
              <w:rPr>
                <w:sz w:val="20"/>
                <w:szCs w:val="20"/>
              </w:rPr>
            </w:pPr>
            <w:r>
              <w:rPr>
                <w:b/>
                <w:bCs/>
                <w:sz w:val="20"/>
                <w:szCs w:val="20"/>
              </w:rPr>
              <w:t>Agenda europeană pentru lucrul de tineret</w:t>
            </w:r>
            <w:r>
              <w:rPr>
                <w:sz w:val="20"/>
                <w:szCs w:val="20"/>
              </w:rPr>
              <w:t>, aprobată prin Rezoluția 2020/C 415/01</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6E45613" w14:textId="77777777" w:rsidR="00156693" w:rsidRDefault="00000000">
            <w:pPr>
              <w:spacing w:after="60"/>
              <w:rPr>
                <w:sz w:val="20"/>
                <w:szCs w:val="20"/>
              </w:rPr>
            </w:pPr>
            <w:r>
              <w:rPr>
                <w:sz w:val="20"/>
                <w:szCs w:val="20"/>
              </w:rPr>
              <w:t>Calitatea serviciilor, competențele lucrătorilor și cooperare: capitolele II–IV și VIII–IX; Planul de acțiuni anexat.</w:t>
            </w:r>
          </w:p>
        </w:tc>
      </w:tr>
      <w:tr w:rsidR="00156693" w14:paraId="00FB9719"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A224A9" w14:textId="77777777" w:rsidR="00156693" w:rsidRDefault="00000000">
            <w:pPr>
              <w:spacing w:after="60"/>
              <w:rPr>
                <w:sz w:val="20"/>
                <w:szCs w:val="20"/>
              </w:rPr>
            </w:pPr>
            <w:r>
              <w:rPr>
                <w:b/>
                <w:bCs/>
                <w:sz w:val="20"/>
                <w:szCs w:val="20"/>
              </w:rPr>
              <w:t>Strategia Consiliului Europei pentru sectorul de tineret 2030</w:t>
            </w:r>
            <w:r>
              <w:rPr>
                <w:sz w:val="20"/>
                <w:szCs w:val="20"/>
              </w:rPr>
              <w:t>, aprobat prin CM/Res(2020)2</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654B04" w14:textId="77777777" w:rsidR="00156693" w:rsidRDefault="00000000">
            <w:pPr>
              <w:spacing w:after="60"/>
              <w:rPr>
                <w:sz w:val="20"/>
                <w:szCs w:val="20"/>
              </w:rPr>
            </w:pPr>
            <w:r>
              <w:rPr>
                <w:sz w:val="20"/>
                <w:szCs w:val="20"/>
              </w:rPr>
              <w:t>Democrație, drepturile omului, statul de drept, participare și incluziune: capitolele I–IV și VII; Planul de acțiuni anexat.</w:t>
            </w:r>
          </w:p>
        </w:tc>
      </w:tr>
      <w:tr w:rsidR="00156693" w14:paraId="48FDA0ED"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EE047DD" w14:textId="77777777" w:rsidR="00156693" w:rsidRDefault="00000000">
            <w:pPr>
              <w:spacing w:after="60"/>
              <w:rPr>
                <w:b/>
                <w:bCs/>
              </w:rPr>
            </w:pPr>
            <w:r>
              <w:t xml:space="preserve">Hotărârile de Guvern: </w:t>
            </w:r>
            <w:r>
              <w:rPr>
                <w:b/>
                <w:bCs/>
              </w:rPr>
              <w:t>HG nr. 951/2023; HG nr. 21/2025; HG nr. 22/2025; HG nr. 188/2025</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D31C274" w14:textId="77777777" w:rsidR="00156693" w:rsidRDefault="00000000">
            <w:pPr>
              <w:spacing w:after="60"/>
            </w:pPr>
            <w:r>
              <w:t>Organizarea, dezvoltarea până în 2030, finanțarea și evaluarea centrelor: capitolele II–VI și VIII–IX; Planul de acțiuni anexat.</w:t>
            </w:r>
          </w:p>
        </w:tc>
      </w:tr>
      <w:tr w:rsidR="00156693" w14:paraId="1C6AD887" w14:textId="77777777">
        <w:trPr>
          <w:cantSplit/>
        </w:trPr>
        <w:tc>
          <w:tcPr>
            <w:tcW w:w="393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5137432" w14:textId="77777777" w:rsidR="00156693" w:rsidRDefault="00000000">
            <w:pPr>
              <w:spacing w:after="60"/>
            </w:pPr>
            <w:r>
              <w:t>Cadrul de referință al Consiliului Europei privind o perspectivă a tineretului, din 9 octombrie 2025</w:t>
            </w:r>
          </w:p>
        </w:tc>
        <w:tc>
          <w:tcPr>
            <w:tcW w:w="5722"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5D82AD" w14:textId="77777777" w:rsidR="00156693" w:rsidRDefault="00000000">
            <w:pPr>
              <w:spacing w:after="60"/>
            </w:pPr>
            <w:r>
              <w:t>Democrație, participare democratică, drepturile omului și drepturile digitale: capitolele II–IV și VII–IX; Planul de acțiuni anexat.</w:t>
            </w:r>
          </w:p>
        </w:tc>
      </w:tr>
    </w:tbl>
    <w:p w14:paraId="4A0176ED" w14:textId="77777777" w:rsidR="00156693" w:rsidRDefault="00156693">
      <w:pPr>
        <w:spacing w:after="0" w:line="240" w:lineRule="auto"/>
        <w:jc w:val="both"/>
      </w:pPr>
    </w:p>
    <w:p w14:paraId="353C51AB" w14:textId="77777777" w:rsidR="00156693" w:rsidRDefault="00000000">
      <w:pPr>
        <w:spacing w:before="280" w:line="240" w:lineRule="auto"/>
        <w:jc w:val="both"/>
        <w:rPr>
          <w:color w:val="000000"/>
        </w:rPr>
      </w:pPr>
      <w:r>
        <w:rPr>
          <w:color w:val="000000"/>
        </w:rPr>
        <w:t xml:space="preserve">14. În relație cu domeniile educație, ocuparea, protecția socială și sănătatea, </w:t>
      </w:r>
      <w:r>
        <w:t xml:space="preserve">sectorul de tineret asigură informarea, învățarea nonformală, inclusiv programe nonformale de orientare în carieră, participarea și orientarea către servicii competente, precum și recunoașterea competențelor dobândite nonformal. Aceste </w:t>
      </w:r>
      <w:r>
        <w:lastRenderedPageBreak/>
        <w:t xml:space="preserve">intervenții sunt complementare curriculumului școlar și serviciilor specializate de ocupare, protecție socială și sănătate, iar Programul nu instituie servicii paralele în aceste domenii. </w:t>
      </w:r>
    </w:p>
    <w:p w14:paraId="6615D25A" w14:textId="77777777" w:rsidR="00156693" w:rsidRDefault="00000000">
      <w:r>
        <w:t>15.</w:t>
      </w:r>
      <w:r>
        <w:rPr>
          <w:b/>
          <w:bCs/>
        </w:rPr>
        <w:t xml:space="preserve"> </w:t>
      </w:r>
      <w:r>
        <w:t xml:space="preserve">Perioada de implementare a programului este ianuarie 2027 - decembrie 2030. </w:t>
      </w:r>
    </w:p>
    <w:p w14:paraId="6E33C09A" w14:textId="77777777" w:rsidR="00156693" w:rsidRDefault="00000000">
      <w:pPr>
        <w:jc w:val="center"/>
        <w:rPr>
          <w:b/>
          <w:bCs/>
        </w:rPr>
      </w:pPr>
      <w:r>
        <w:rPr>
          <w:b/>
          <w:bCs/>
        </w:rPr>
        <w:t>Capitolul II. ANALIZA SITUAȚIEI</w:t>
      </w:r>
    </w:p>
    <w:p w14:paraId="5270C217" w14:textId="77777777" w:rsidR="00156693" w:rsidRDefault="00000000">
      <w:pPr>
        <w:jc w:val="center"/>
        <w:rPr>
          <w:b/>
          <w:bCs/>
        </w:rPr>
      </w:pPr>
      <w:r>
        <w:rPr>
          <w:b/>
          <w:bCs/>
        </w:rPr>
        <w:t xml:space="preserve">Secțiunea 1. Situația demografică </w:t>
      </w:r>
    </w:p>
    <w:p w14:paraId="4AD2C6CB" w14:textId="77777777" w:rsidR="00156693" w:rsidRDefault="00000000">
      <w:pPr>
        <w:jc w:val="both"/>
      </w:pPr>
      <w:r>
        <w:t>16.</w:t>
      </w:r>
      <w:r>
        <w:rPr>
          <w:b/>
          <w:bCs/>
        </w:rPr>
        <w:t xml:space="preserve"> </w:t>
      </w:r>
      <w:r>
        <w:t>Tinerii reprezintă în conformitate cu prevederile Legii nr.215/2016 cu privire la tineret, persoanele  cu vârsta cuprinsă între 14 și 35 ani. La începutul anului 2026, comparativ cu începutul anului 2025, numărul populației cu vârsta de 14-34 ani</w:t>
      </w:r>
      <w:r>
        <w:rPr>
          <w:b/>
          <w:bCs/>
        </w:rPr>
        <w:t xml:space="preserve"> </w:t>
      </w:r>
      <w:r>
        <w:t>a scăzut cu 13,5 mii persoane sau cu 2,5%. Numărul populației cu vârsta de 14-19 ani la începutul anului 2026 a crescut cu 2,7 mii persoane sau cu 1,5% față de începutul anului 2025, iar ponderea acestei categorii în numărul total al tinerilor cu vârsta 14-34 ani s-a majorat de la 33,7% până la 35,1%.  Numărul persoanelor în vârstă de 20-24 ani s-a redus cu 2,5 mii persoane față de anul precedent, în timp ce proporția acestora în totalul tinerilor a înregistrat o creștere în perioada analizată cu 0,1 puncte procentuale. Numărul tinerilor în vârstă de 25-29 ani s-a diminuat cu 5,5 mii persoane, iar ponderea acestora s-a redus cu 0,5 puncte procentuale. Numărul tinerilor cu vârsta de 30-34 ani s-a diminuat cu 8,2 mii, ponderea acestei grupe fiind mai mică cu 0,9 puncte procentuale. În anul 2025, 27,9% dintre tinerii cu vârsta de 15–34 de ani nu erau încadrați în muncă, educație sau formare (NEET) (BNS, 2026).</w:t>
      </w:r>
    </w:p>
    <w:p w14:paraId="13213CCE" w14:textId="77777777" w:rsidR="00156693" w:rsidRDefault="00000000">
      <w:pPr>
        <w:widowControl w:val="0"/>
        <w:spacing w:before="233" w:after="0" w:line="264" w:lineRule="auto"/>
        <w:jc w:val="both"/>
      </w:pPr>
      <w:r>
        <w:t xml:space="preserve">17. Unul din factorii principali care contribuie la constituirea trendului demografic în rândul tinerilor îl  reprezintă fenomenul migrației. Cercetările și studiile realizate în domeniu și în rândul tinerilor denotă  că aceștia aleg să migreze din cauza lipsei oportunităților de încadrare în câmpul muncii și salarizării, calității scăzute a sistemului de educație, oportunităților reduse și serviciilor necalitative  de tineret disponibile, infrastructură slab dezvoltată etc. </w:t>
      </w:r>
    </w:p>
    <w:p w14:paraId="7D266341" w14:textId="77777777" w:rsidR="00156693" w:rsidRDefault="00000000">
      <w:pPr>
        <w:widowControl w:val="0"/>
        <w:spacing w:before="233" w:after="0" w:line="264" w:lineRule="auto"/>
        <w:jc w:val="both"/>
      </w:pPr>
      <w:r>
        <w:t xml:space="preserve">17.1. Un al doilea factor care influențează semnificativ evoluțiile demografice este rata scăzută a fertilității în rândul populației adulte, o tendință similară celei înregistrate în multe state europene. Aceasta este determinată de un complex de factori, inclusiv accesul limitat al tinerilor la locuințe, oportunitățile economice insuficiente pentru întemeierea și întreținerea unei familii, migrația, precum și alți factori socio-economici și culturali.  </w:t>
      </w:r>
    </w:p>
    <w:p w14:paraId="44BAAC33" w14:textId="77777777" w:rsidR="00156693" w:rsidRDefault="00000000">
      <w:pPr>
        <w:widowControl w:val="0"/>
        <w:spacing w:before="210" w:after="0" w:line="264" w:lineRule="auto"/>
        <w:ind w:right="1"/>
        <w:jc w:val="both"/>
      </w:pPr>
      <w:r>
        <w:t>18.</w:t>
      </w:r>
      <w:r>
        <w:rPr>
          <w:b/>
          <w:bCs/>
        </w:rPr>
        <w:t xml:space="preserve"> </w:t>
      </w:r>
      <w:r>
        <w:t xml:space="preserve">Pe de o parte, politicile sectoriale elaborate și implementate de stat prin intermediul autorităților și instituțiilor abilitate tratează tinerii drept un grup țintă care este abordat prin prisma categoriei de vârstă pe care aceștia o reprezintă, pe de altă parte cadrul normativ național tratează tineretul ca un domeniu distinct, prin prisma necesității investițiilor orientate spre creșterea capacității tinerilor de a deveni cetățeni activi, capabili să se integreze social și economic. </w:t>
      </w:r>
      <w:r>
        <w:br/>
      </w:r>
    </w:p>
    <w:p w14:paraId="486CF678" w14:textId="77777777" w:rsidR="00156693" w:rsidRDefault="00000000">
      <w:pPr>
        <w:jc w:val="center"/>
        <w:rPr>
          <w:b/>
          <w:bCs/>
        </w:rPr>
      </w:pPr>
      <w:r>
        <w:rPr>
          <w:b/>
          <w:bCs/>
        </w:rPr>
        <w:t>Secțiunea 2. Concluziile raportului de evaluare finală a Programului pentru perioada 2023-2026</w:t>
      </w:r>
    </w:p>
    <w:p w14:paraId="1738408C" w14:textId="77777777" w:rsidR="00156693" w:rsidRDefault="00000000">
      <w:pPr>
        <w:jc w:val="both"/>
      </w:pPr>
      <w:r>
        <w:t>19.</w:t>
      </w:r>
      <w:r>
        <w:rPr>
          <w:b/>
          <w:bCs/>
        </w:rPr>
        <w:t xml:space="preserve"> </w:t>
      </w:r>
      <w:r>
        <w:t xml:space="preserve">Evaluarea finală a Programului privind implementarea Strategiei de dezvoltare a sectorului de tineret „Tineret 2030” pentru anii 2023–2026 (în continuare Raportul de evaluare) a evidențiat faptul că documentul de politici publice a avut o contribuție semnificativă la consolidarea sectorului de tineret din Republica Moldova. Acesta a permis trecerea de la obiective strategice generale la intervenții concrete, orientate spre dezvoltarea programelor de tineret, consolidarea participării civice, profesionalizarea lucrului de tineret și susținerea inițiativelor tinerilor. </w:t>
      </w:r>
    </w:p>
    <w:p w14:paraId="6411045D" w14:textId="77777777" w:rsidR="00156693" w:rsidRDefault="00000000">
      <w:pPr>
        <w:spacing w:after="0"/>
        <w:jc w:val="both"/>
      </w:pPr>
      <w:r>
        <w:t>20. Programul precedent și-a menținut relevanța pe parcursul perioadei de implementare, întrucât a răspuns unor probleme reale ale sectorului, precum accesul neuniform al tinerilor la programe calitative, necesitatea consolidării centrelor de tineret, participarea civică redusă, insuficiența mecanismelor de finanțare a inițiativelor tinerilor, necesitatea profesionalizării lucrătorilor de tineret și lipsa unor instrumente unitare de colectare și analiză a datelor.</w:t>
      </w:r>
    </w:p>
    <w:p w14:paraId="7BE144E4" w14:textId="77777777" w:rsidR="00156693" w:rsidRDefault="00000000">
      <w:pPr>
        <w:spacing w:after="0"/>
        <w:jc w:val="both"/>
      </w:pPr>
      <w:r>
        <w:t>21. Una din principalele concluzii din Raportul de evaluare a arătat că unele acțiuni și indicatori au fost formulate ambițios, fără o corelare suficientă cu resursele financiare, instituționale și metodologice disponibile.</w:t>
      </w:r>
    </w:p>
    <w:p w14:paraId="0C1CC841" w14:textId="77777777" w:rsidR="00156693" w:rsidRDefault="00000000">
      <w:pPr>
        <w:spacing w:after="0"/>
        <w:jc w:val="both"/>
      </w:pPr>
      <w:r>
        <w:lastRenderedPageBreak/>
        <w:t xml:space="preserve">22. Raportul de evaluare a analizat 92 de acțiuni prevăzute în Planul de acțiuni. Dintre acestea, 46 de acțiuni au fost realizate integral, 32 au fost realizate parțial, iar 14 nu au fost realizate. Prin urmare, majoritatea acțiunilor prevăzute în Planul de acțiuni au fost implementate integral sau parțial. Totuși, gradul de realizare a acestora a fost neuniform între obiective, domenii și tipuri de intervenții. De asemenea, realizarea unei acțiuni nu presupune în mod automat atingerea rezultatului sau a obiectivului de politică publică urmărit. Astfel, evaluarea nivelului de implementare a acțiunilor trebuie analizată distinct de măsura în care acestea au contribuit efectiv la atingerea obiectivelor stabilite în cadrul Programului. </w:t>
      </w:r>
    </w:p>
    <w:p w14:paraId="473B2EF8" w14:textId="77777777" w:rsidR="00156693" w:rsidRDefault="00000000">
      <w:pPr>
        <w:spacing w:after="0"/>
        <w:jc w:val="both"/>
      </w:pPr>
      <w:r>
        <w:t>23. Cele mai importante progrese au fost înregistrate în domeniile în care au existat mecanisme instituționale clare, finanțare disponibilă, suport metodologic și parteneriate funcționale. Acestea includ consolidarea centrelor de tineret, aprobarea unor acte normative relevante, dezvoltarea mecanismelor de finanțare, susținerea consiliilor elevilor, consiliilor locale ale tinerilor și structurilor de autoguvernare studențească, promovarea inițiativelor civice și comunitare, precum și dezvoltarea programelor de granturi pentru organizațiile de tineret și structurile studențești.</w:t>
      </w:r>
    </w:p>
    <w:p w14:paraId="4485B344" w14:textId="77777777" w:rsidR="00156693" w:rsidRDefault="00000000">
      <w:pPr>
        <w:spacing w:after="0"/>
        <w:jc w:val="both"/>
      </w:pPr>
      <w:r>
        <w:t xml:space="preserve">24. Un rezultat important l-a constituit consolidarea cadrului normativ și instituțional al sectorului de tineret. În perioada de implementare au fost aprobate sau inițiate documente relevante privind centrele de tineret, finanțarea acestora, evaluarea instituțională, participarea elevilor, studenților și tinerilor, consiliile locale ale tinerilor, autoguvernările studențești, voluntariatul și profesionalizarea lucrătorilor de tineret. Aceste intervenții au creat premise și necesitate pentru continuitatea politicilor publice și sunt abordate în Program. </w:t>
      </w:r>
    </w:p>
    <w:p w14:paraId="583B0301" w14:textId="77777777" w:rsidR="00156693" w:rsidRDefault="00000000">
      <w:pPr>
        <w:spacing w:after="0"/>
        <w:jc w:val="both"/>
      </w:pPr>
      <w:r>
        <w:t>25. Programul precedent a contribuit la dezvoltarea mecanismelor de participare a tinerilor. Au fost consolidate structuri precum consiliile elevilor, Consiliul Național al Elevilor, consiliile locale ale tinerilor, structurile de autoguvernare studențească și alte forme de reprezentare. De asemenea, au fost implementate programe de instruire, mentorat, suport metodologic și finanțare a inițiativelor civice, care au oferit tinerilor oportunități concrete de implicare în viața comunității și în procesele decizionale.</w:t>
      </w:r>
    </w:p>
    <w:p w14:paraId="6AEF2C41" w14:textId="77777777" w:rsidR="00156693" w:rsidRDefault="00000000">
      <w:pPr>
        <w:spacing w:after="0"/>
        <w:jc w:val="both"/>
      </w:pPr>
      <w:r>
        <w:t xml:space="preserve">26. În domeniul profesionalizării lucrului de tineret, Programul precedent a generat rezultate importante prin aprobarea standardului ocupațional și a standardului de calificare pentru specialistul/specialista în lucrul cu tinerii, precum și prin dezvoltarea programului de microcalificare. Totuși, procesul de evaluare, validare periodică și certificare a competențelor lucrătorilor de tineret necesită continuare și instituționalizare în Program. </w:t>
      </w:r>
    </w:p>
    <w:p w14:paraId="7481B338" w14:textId="77777777" w:rsidR="00156693" w:rsidRDefault="00000000">
      <w:pPr>
        <w:spacing w:after="0"/>
        <w:jc w:val="both"/>
        <w:rPr>
          <w:sz w:val="20"/>
          <w:szCs w:val="20"/>
        </w:rPr>
      </w:pPr>
      <w:r>
        <w:t>27. Principalele dificultăți identificate în procesul de implementare țin de nefinalizarea unor mecanisme instituționale, lipsa sistemului informațional unic în domeniul tineretului, insuficiența datelor consolidate și dezagregate, lipsa unor mecanisme de cofinanțare sau finanțare dedicate, precum și dependența unor intervenții de capacitatea autorităților publice locale și de sprijinul partenerilor de dezvoltare.</w:t>
      </w:r>
      <w:r>
        <w:br/>
      </w:r>
    </w:p>
    <w:p w14:paraId="2EC5640E" w14:textId="77777777" w:rsidR="00156693" w:rsidRDefault="00000000">
      <w:pPr>
        <w:jc w:val="center"/>
      </w:pPr>
      <w:r>
        <w:rPr>
          <w:b/>
          <w:bCs/>
        </w:rPr>
        <w:t xml:space="preserve">Secțiunea 3. Provocări, cauze și consecințe </w:t>
      </w:r>
    </w:p>
    <w:p w14:paraId="659C3889" w14:textId="77777777" w:rsidR="00156693" w:rsidRDefault="00000000">
      <w:r>
        <w:t xml:space="preserve">28. Provocările constatate în urma evaluării gradului de implementare și impactului Programului pentru perioada 2023–2026, cauzele și consecințele sunt reflectate în matrice. </w:t>
      </w:r>
    </w:p>
    <w:p w14:paraId="3531DC9A" w14:textId="77777777" w:rsidR="00156693" w:rsidRDefault="00000000">
      <w:pPr>
        <w:keepNext/>
        <w:spacing w:before="120" w:after="60" w:line="240" w:lineRule="auto"/>
        <w:rPr>
          <w:b/>
          <w:bCs/>
          <w:sz w:val="20"/>
          <w:szCs w:val="20"/>
        </w:rPr>
      </w:pPr>
      <w:r>
        <w:rPr>
          <w:b/>
          <w:bCs/>
          <w:sz w:val="20"/>
          <w:szCs w:val="20"/>
        </w:rPr>
        <w:t xml:space="preserve">Tabel 2. Provocări, cauze și consecințe </w:t>
      </w:r>
    </w:p>
    <w:tbl>
      <w:tblPr>
        <w:tblStyle w:val="affffffffffffffffffffffff9"/>
        <w:tblW w:w="9555"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2400"/>
        <w:gridCol w:w="3450"/>
        <w:gridCol w:w="3075"/>
      </w:tblGrid>
      <w:tr w:rsidR="00156693" w14:paraId="77477EBA" w14:textId="77777777">
        <w:trPr>
          <w:cantSplit/>
          <w:tblHeader/>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E8CAF3" w14:textId="77777777" w:rsidR="00156693" w:rsidRDefault="00000000">
            <w:pPr>
              <w:jc w:val="center"/>
              <w:rPr>
                <w:sz w:val="20"/>
                <w:szCs w:val="20"/>
              </w:rPr>
            </w:pPr>
            <w:r>
              <w:rPr>
                <w:b/>
                <w:bCs/>
                <w:sz w:val="20"/>
                <w:szCs w:val="20"/>
              </w:rPr>
              <w:t>Cod</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1BE9F4D" w14:textId="77777777" w:rsidR="00156693" w:rsidRDefault="00000000">
            <w:pPr>
              <w:jc w:val="center"/>
              <w:rPr>
                <w:sz w:val="20"/>
                <w:szCs w:val="20"/>
              </w:rPr>
            </w:pPr>
            <w:r>
              <w:rPr>
                <w:b/>
                <w:bCs/>
                <w:sz w:val="20"/>
                <w:szCs w:val="20"/>
              </w:rPr>
              <w:t>Problemă</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8F20A58" w14:textId="77777777" w:rsidR="00156693" w:rsidRDefault="00000000">
            <w:pPr>
              <w:jc w:val="center"/>
              <w:rPr>
                <w:sz w:val="20"/>
                <w:szCs w:val="20"/>
              </w:rPr>
            </w:pPr>
            <w:r>
              <w:rPr>
                <w:b/>
                <w:bCs/>
                <w:sz w:val="20"/>
                <w:szCs w:val="20"/>
              </w:rPr>
              <w:t>Cauze principale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8837C61" w14:textId="77777777" w:rsidR="00156693" w:rsidRDefault="00000000">
            <w:pPr>
              <w:jc w:val="center"/>
              <w:rPr>
                <w:sz w:val="20"/>
                <w:szCs w:val="20"/>
              </w:rPr>
            </w:pPr>
            <w:r>
              <w:rPr>
                <w:b/>
                <w:bCs/>
                <w:sz w:val="20"/>
                <w:szCs w:val="20"/>
              </w:rPr>
              <w:t>Consecințe / costul neintervenției</w:t>
            </w:r>
          </w:p>
        </w:tc>
      </w:tr>
      <w:tr w:rsidR="00156693" w14:paraId="26EE10C9"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CD58CE6" w14:textId="77777777" w:rsidR="00156693" w:rsidRDefault="00000000">
            <w:pPr>
              <w:rPr>
                <w:sz w:val="20"/>
                <w:szCs w:val="20"/>
              </w:rPr>
            </w:pPr>
            <w:r>
              <w:rPr>
                <w:sz w:val="20"/>
                <w:szCs w:val="20"/>
              </w:rPr>
              <w:t>P1.1</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78B199C" w14:textId="77777777" w:rsidR="00156693" w:rsidRDefault="00000000">
            <w:pPr>
              <w:rPr>
                <w:sz w:val="20"/>
                <w:szCs w:val="20"/>
              </w:rPr>
            </w:pPr>
            <w:r>
              <w:rPr>
                <w:sz w:val="20"/>
                <w:szCs w:val="20"/>
              </w:rPr>
              <w:t>Calitatea programelor nu este asigurată și demonstrată sistematic.</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E626F82" w14:textId="77777777" w:rsidR="00156693" w:rsidRDefault="00000000">
            <w:pPr>
              <w:rPr>
                <w:sz w:val="20"/>
                <w:szCs w:val="20"/>
              </w:rPr>
            </w:pPr>
            <w:r>
              <w:rPr>
                <w:sz w:val="20"/>
                <w:szCs w:val="20"/>
              </w:rPr>
              <w:t>Instrumente aplicate neuniform; evaluare anuală neinstituționalizată; finanțare slab corelată cu feedbackul și rezultatele.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5C8F31" w14:textId="77777777" w:rsidR="00156693" w:rsidRDefault="00000000">
            <w:pPr>
              <w:rPr>
                <w:sz w:val="20"/>
                <w:szCs w:val="20"/>
              </w:rPr>
            </w:pPr>
            <w:r>
              <w:rPr>
                <w:sz w:val="20"/>
                <w:szCs w:val="20"/>
              </w:rPr>
              <w:t>Calitate variabilă; finanțare fără dovezi suficiente despre beneficii.</w:t>
            </w:r>
          </w:p>
        </w:tc>
      </w:tr>
      <w:tr w:rsidR="00156693" w14:paraId="64590EA0"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06BB86" w14:textId="77777777" w:rsidR="00156693" w:rsidRDefault="00000000">
            <w:pPr>
              <w:rPr>
                <w:sz w:val="20"/>
                <w:szCs w:val="20"/>
              </w:rPr>
            </w:pPr>
            <w:r>
              <w:rPr>
                <w:sz w:val="20"/>
                <w:szCs w:val="20"/>
              </w:rPr>
              <w:t>P1.2</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B54C89E" w14:textId="77777777" w:rsidR="00156693" w:rsidRDefault="00000000">
            <w:pPr>
              <w:rPr>
                <w:sz w:val="20"/>
                <w:szCs w:val="20"/>
              </w:rPr>
            </w:pPr>
            <w:r>
              <w:rPr>
                <w:sz w:val="20"/>
                <w:szCs w:val="20"/>
              </w:rPr>
              <w:t>Acces inegal între teritorii și grupuri.</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EA10D13" w14:textId="77777777" w:rsidR="00156693" w:rsidRDefault="00000000">
            <w:pPr>
              <w:rPr>
                <w:sz w:val="20"/>
                <w:szCs w:val="20"/>
              </w:rPr>
            </w:pPr>
            <w:r>
              <w:rPr>
                <w:sz w:val="20"/>
                <w:szCs w:val="20"/>
              </w:rPr>
              <w:t>Capacități și resurse diferite; sprijin selectiv; adaptare insuficient demonstrată la bariere.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37F43CF" w14:textId="77777777" w:rsidR="00156693" w:rsidRDefault="00000000">
            <w:pPr>
              <w:rPr>
                <w:sz w:val="20"/>
                <w:szCs w:val="20"/>
              </w:rPr>
            </w:pPr>
            <w:r>
              <w:rPr>
                <w:sz w:val="20"/>
                <w:szCs w:val="20"/>
              </w:rPr>
              <w:t>Persistența decalajelor; oportunități concentrate în grupuri și localități deja deservite.</w:t>
            </w:r>
          </w:p>
        </w:tc>
      </w:tr>
      <w:tr w:rsidR="00156693" w14:paraId="4A569B37"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792F354" w14:textId="77777777" w:rsidR="00156693" w:rsidRDefault="00000000">
            <w:pPr>
              <w:rPr>
                <w:sz w:val="20"/>
                <w:szCs w:val="20"/>
              </w:rPr>
            </w:pPr>
            <w:r>
              <w:rPr>
                <w:sz w:val="20"/>
                <w:szCs w:val="20"/>
              </w:rPr>
              <w:t>P1.3</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B8DCA3C" w14:textId="77777777" w:rsidR="00156693" w:rsidRDefault="00000000">
            <w:pPr>
              <w:rPr>
                <w:sz w:val="20"/>
                <w:szCs w:val="20"/>
              </w:rPr>
            </w:pPr>
            <w:r>
              <w:rPr>
                <w:sz w:val="20"/>
                <w:szCs w:val="20"/>
              </w:rPr>
              <w:t>Sistem incomplet de validare a competențelor și urmărire a retenției.</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9944F24" w14:textId="77777777" w:rsidR="00156693" w:rsidRDefault="00000000">
            <w:pPr>
              <w:rPr>
                <w:sz w:val="20"/>
                <w:szCs w:val="20"/>
              </w:rPr>
            </w:pPr>
            <w:r>
              <w:rPr>
                <w:sz w:val="20"/>
                <w:szCs w:val="20"/>
              </w:rPr>
              <w:t>Date incomplete despre calificare, distribuție și retenție; legătură formare–practică insuficient documentată.</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ACEEEC" w14:textId="77777777" w:rsidR="00156693" w:rsidRDefault="00000000">
            <w:pPr>
              <w:rPr>
                <w:sz w:val="20"/>
                <w:szCs w:val="20"/>
              </w:rPr>
            </w:pPr>
            <w:r>
              <w:rPr>
                <w:sz w:val="20"/>
                <w:szCs w:val="20"/>
              </w:rPr>
              <w:t>Competențe aplicate neuniform, servicii discontinue și progres profesional greu de evaluat.</w:t>
            </w:r>
          </w:p>
        </w:tc>
      </w:tr>
      <w:tr w:rsidR="00156693" w14:paraId="5A1E9204"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78D71C2" w14:textId="77777777" w:rsidR="00156693" w:rsidRDefault="00000000">
            <w:pPr>
              <w:rPr>
                <w:sz w:val="20"/>
                <w:szCs w:val="20"/>
              </w:rPr>
            </w:pPr>
            <w:r>
              <w:rPr>
                <w:sz w:val="20"/>
                <w:szCs w:val="20"/>
              </w:rPr>
              <w:lastRenderedPageBreak/>
              <w:t>P2.1</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8520515" w14:textId="77777777" w:rsidR="00156693" w:rsidRDefault="00000000">
            <w:pPr>
              <w:rPr>
                <w:sz w:val="20"/>
                <w:szCs w:val="20"/>
              </w:rPr>
            </w:pPr>
            <w:r>
              <w:rPr>
                <w:sz w:val="20"/>
                <w:szCs w:val="20"/>
              </w:rPr>
              <w:t>Influența tinerilor asupra deciziilor este insuficient demonstrată și analizată.</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D99B5CB" w14:textId="77777777" w:rsidR="00156693" w:rsidRDefault="00000000">
            <w:pPr>
              <w:rPr>
                <w:sz w:val="20"/>
                <w:szCs w:val="20"/>
              </w:rPr>
            </w:pPr>
            <w:r>
              <w:rPr>
                <w:sz w:val="20"/>
                <w:szCs w:val="20"/>
              </w:rPr>
              <w:t>Trasabilitate și reprezentativitate insuficient urmărite; posibilă dependență de proiecte sau susținere externă.</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CE00B4F" w14:textId="77777777" w:rsidR="00156693" w:rsidRDefault="00000000">
            <w:pPr>
              <w:rPr>
                <w:sz w:val="20"/>
                <w:szCs w:val="20"/>
              </w:rPr>
            </w:pPr>
            <w:r>
              <w:rPr>
                <w:sz w:val="20"/>
                <w:szCs w:val="20"/>
              </w:rPr>
              <w:t>Consultare formală și dependentă de factori externi; nevoi insuficient reflectate în decizii.</w:t>
            </w:r>
          </w:p>
        </w:tc>
      </w:tr>
      <w:tr w:rsidR="00156693" w14:paraId="4116D6A0"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1D485C2" w14:textId="77777777" w:rsidR="00156693" w:rsidRDefault="00000000">
            <w:pPr>
              <w:rPr>
                <w:sz w:val="20"/>
                <w:szCs w:val="20"/>
              </w:rPr>
            </w:pPr>
            <w:r>
              <w:rPr>
                <w:sz w:val="20"/>
                <w:szCs w:val="20"/>
              </w:rPr>
              <w:t>P2.2</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11C494E" w14:textId="77777777" w:rsidR="00156693" w:rsidRDefault="00000000">
            <w:pPr>
              <w:rPr>
                <w:sz w:val="20"/>
                <w:szCs w:val="20"/>
              </w:rPr>
            </w:pPr>
            <w:r>
              <w:rPr>
                <w:sz w:val="20"/>
                <w:szCs w:val="20"/>
              </w:rPr>
              <w:t>Funcționalitatea structurilor și implicarea civică sunt insuficient demonstrate.</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5350968" w14:textId="77777777" w:rsidR="00156693" w:rsidRDefault="00000000">
            <w:pPr>
              <w:rPr>
                <w:sz w:val="20"/>
                <w:szCs w:val="20"/>
              </w:rPr>
            </w:pPr>
            <w:r>
              <w:rPr>
                <w:sz w:val="20"/>
                <w:szCs w:val="20"/>
              </w:rPr>
              <w:t>Sprijin selectiv; criterii și date incomplete despre activitate regulată, resurse și continuitate.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EB6ACF9" w14:textId="77777777" w:rsidR="00156693" w:rsidRDefault="00000000">
            <w:pPr>
              <w:rPr>
                <w:sz w:val="20"/>
                <w:szCs w:val="20"/>
              </w:rPr>
            </w:pPr>
            <w:r>
              <w:rPr>
                <w:sz w:val="20"/>
                <w:szCs w:val="20"/>
              </w:rPr>
              <w:t>Activitate episodică; acces inegal pentru grupurile slab conectate la sprijin.</w:t>
            </w:r>
          </w:p>
        </w:tc>
      </w:tr>
      <w:tr w:rsidR="00156693" w14:paraId="7EC24C04"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4348FDE" w14:textId="77777777" w:rsidR="00156693" w:rsidRDefault="00000000">
            <w:pPr>
              <w:rPr>
                <w:sz w:val="20"/>
                <w:szCs w:val="20"/>
              </w:rPr>
            </w:pPr>
            <w:r>
              <w:rPr>
                <w:sz w:val="20"/>
                <w:szCs w:val="20"/>
              </w:rPr>
              <w:t>P2.3</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F800607" w14:textId="77777777" w:rsidR="00156693" w:rsidRDefault="00000000">
            <w:pPr>
              <w:rPr>
                <w:sz w:val="20"/>
                <w:szCs w:val="20"/>
              </w:rPr>
            </w:pPr>
            <w:r>
              <w:rPr>
                <w:sz w:val="20"/>
                <w:szCs w:val="20"/>
              </w:rPr>
              <w:t>Participarea la voluntariat este insuficient urmărită.</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D73EDDF" w14:textId="77777777" w:rsidR="00156693" w:rsidRDefault="00000000">
            <w:pPr>
              <w:rPr>
                <w:sz w:val="20"/>
                <w:szCs w:val="20"/>
              </w:rPr>
            </w:pPr>
            <w:r>
              <w:rPr>
                <w:sz w:val="20"/>
                <w:szCs w:val="20"/>
              </w:rPr>
              <w:t>Promovare și intermediere incomplet operaționalizate; indicatori de ofertă, date limitate despre experiența participanților.</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37947C0" w14:textId="77777777" w:rsidR="00156693" w:rsidRDefault="00000000">
            <w:pPr>
              <w:rPr>
                <w:sz w:val="20"/>
                <w:szCs w:val="20"/>
              </w:rPr>
            </w:pPr>
            <w:r>
              <w:rPr>
                <w:sz w:val="20"/>
                <w:szCs w:val="20"/>
              </w:rPr>
              <w:t>Oportunități nevalorificate; incluziune, continuitate și competențe greu de evaluat.</w:t>
            </w:r>
          </w:p>
        </w:tc>
      </w:tr>
      <w:tr w:rsidR="00156693" w14:paraId="5925EF44"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EEB294A" w14:textId="77777777" w:rsidR="00156693" w:rsidRDefault="00000000">
            <w:pPr>
              <w:rPr>
                <w:sz w:val="20"/>
                <w:szCs w:val="20"/>
              </w:rPr>
            </w:pPr>
            <w:r>
              <w:rPr>
                <w:sz w:val="20"/>
                <w:szCs w:val="20"/>
              </w:rPr>
              <w:t>P2.4</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E9BF532" w14:textId="77777777" w:rsidR="00156693" w:rsidRDefault="00000000">
            <w:pPr>
              <w:rPr>
                <w:sz w:val="20"/>
                <w:szCs w:val="20"/>
              </w:rPr>
            </w:pPr>
            <w:r>
              <w:rPr>
                <w:sz w:val="20"/>
                <w:szCs w:val="20"/>
              </w:rPr>
              <w:t>Reziliența democratică a tinerilor este redusă.</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01A35A3" w14:textId="77777777" w:rsidR="00156693" w:rsidRDefault="00000000">
            <w:pPr>
              <w:rPr>
                <w:sz w:val="20"/>
                <w:szCs w:val="20"/>
              </w:rPr>
            </w:pPr>
            <w:r>
              <w:rPr>
                <w:sz w:val="20"/>
                <w:szCs w:val="20"/>
              </w:rPr>
              <w:t>Expunere la dezinformare și manipulare online; educație democratică, media și digitală aplicată neuniform.</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8888A13" w14:textId="77777777" w:rsidR="00156693" w:rsidRDefault="00000000">
            <w:pPr>
              <w:rPr>
                <w:sz w:val="20"/>
                <w:szCs w:val="20"/>
              </w:rPr>
            </w:pPr>
            <w:r>
              <w:rPr>
                <w:sz w:val="20"/>
                <w:szCs w:val="20"/>
              </w:rPr>
              <w:t>Participare electorală și civică scăzută; vulnerabilitate la dezinformare.</w:t>
            </w:r>
          </w:p>
        </w:tc>
      </w:tr>
      <w:tr w:rsidR="00156693" w14:paraId="2229F5DC"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58E0EB" w14:textId="77777777" w:rsidR="00156693" w:rsidRDefault="00000000">
            <w:pPr>
              <w:rPr>
                <w:sz w:val="20"/>
                <w:szCs w:val="20"/>
              </w:rPr>
            </w:pPr>
            <w:r>
              <w:rPr>
                <w:sz w:val="20"/>
                <w:szCs w:val="20"/>
              </w:rPr>
              <w:t>P3.1</w:t>
            </w:r>
          </w:p>
        </w:tc>
        <w:tc>
          <w:tcPr>
            <w:tcW w:w="2400"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vAlign w:val="center"/>
          </w:tcPr>
          <w:p w14:paraId="2FB94959" w14:textId="77777777" w:rsidR="00156693" w:rsidRDefault="00000000">
            <w:pPr>
              <w:rPr>
                <w:sz w:val="20"/>
                <w:szCs w:val="20"/>
              </w:rPr>
            </w:pPr>
            <w:r>
              <w:rPr>
                <w:sz w:val="20"/>
                <w:szCs w:val="20"/>
              </w:rPr>
              <w:t>Finanțare locală neuniformă și insuficient predictibilă.</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3FBB16" w14:textId="77777777" w:rsidR="00156693" w:rsidRDefault="00000000">
            <w:pPr>
              <w:rPr>
                <w:sz w:val="20"/>
                <w:szCs w:val="20"/>
              </w:rPr>
            </w:pPr>
            <w:r>
              <w:rPr>
                <w:sz w:val="20"/>
                <w:szCs w:val="20"/>
              </w:rPr>
              <w:t>Cofinanțare raportată ca neelaborată și neaprobată; capacități fiscale și administrative diferite.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F94071" w14:textId="77777777" w:rsidR="00156693" w:rsidRDefault="00000000">
            <w:pPr>
              <w:rPr>
                <w:sz w:val="20"/>
                <w:szCs w:val="20"/>
              </w:rPr>
            </w:pPr>
            <w:r>
              <w:rPr>
                <w:sz w:val="20"/>
                <w:szCs w:val="20"/>
              </w:rPr>
              <w:t>Decalaje teritoriale; planuri locale fără resurse de implementare și continuitate.</w:t>
            </w:r>
          </w:p>
        </w:tc>
      </w:tr>
      <w:tr w:rsidR="00156693" w14:paraId="764F3DD8"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EC9C559" w14:textId="77777777" w:rsidR="00156693" w:rsidRDefault="00000000">
            <w:pPr>
              <w:rPr>
                <w:sz w:val="20"/>
                <w:szCs w:val="20"/>
              </w:rPr>
            </w:pPr>
            <w:r>
              <w:rPr>
                <w:sz w:val="20"/>
                <w:szCs w:val="20"/>
              </w:rPr>
              <w:t>P3.2</w:t>
            </w:r>
          </w:p>
        </w:tc>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A4CBA9" w14:textId="77777777" w:rsidR="00156693" w:rsidRDefault="00000000">
            <w:pPr>
              <w:rPr>
                <w:sz w:val="20"/>
                <w:szCs w:val="20"/>
              </w:rPr>
            </w:pPr>
            <w:r>
              <w:rPr>
                <w:sz w:val="20"/>
                <w:szCs w:val="20"/>
              </w:rPr>
              <w:t>Efectele proiectelor de inovație socială sunt insuficient demonstrate.</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25F48E" w14:textId="77777777" w:rsidR="00156693" w:rsidRDefault="00000000">
            <w:pPr>
              <w:rPr>
                <w:sz w:val="20"/>
                <w:szCs w:val="20"/>
              </w:rPr>
            </w:pPr>
            <w:r>
              <w:rPr>
                <w:sz w:val="20"/>
                <w:szCs w:val="20"/>
              </w:rPr>
              <w:t>Criterii neuniforme; accent pe numărul proiectelor; urmărire limitată a rezultatelor și sustenabilității.</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9239D1D" w14:textId="77777777" w:rsidR="00156693" w:rsidRDefault="00000000">
            <w:pPr>
              <w:rPr>
                <w:sz w:val="20"/>
                <w:szCs w:val="20"/>
              </w:rPr>
            </w:pPr>
            <w:r>
              <w:rPr>
                <w:sz w:val="20"/>
                <w:szCs w:val="20"/>
              </w:rPr>
              <w:t>Confundarea finanțărilor și produselor cu impactul; sprijin fără dovezi suficiente.</w:t>
            </w:r>
          </w:p>
        </w:tc>
      </w:tr>
      <w:tr w:rsidR="00156693" w14:paraId="280B5CFF" w14:textId="77777777">
        <w:trPr>
          <w:cantSplit/>
        </w:trPr>
        <w:tc>
          <w:tcPr>
            <w:tcW w:w="6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9047F47" w14:textId="77777777" w:rsidR="00156693" w:rsidRDefault="00000000">
            <w:pPr>
              <w:rPr>
                <w:sz w:val="20"/>
                <w:szCs w:val="20"/>
              </w:rPr>
            </w:pPr>
            <w:r>
              <w:rPr>
                <w:sz w:val="20"/>
                <w:szCs w:val="20"/>
              </w:rPr>
              <w:t>P3.3</w:t>
            </w:r>
          </w:p>
        </w:tc>
        <w:tc>
          <w:tcPr>
            <w:tcW w:w="2400"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vAlign w:val="center"/>
          </w:tcPr>
          <w:p w14:paraId="1C93B1B8" w14:textId="77777777" w:rsidR="00156693" w:rsidRDefault="00000000">
            <w:pPr>
              <w:rPr>
                <w:sz w:val="20"/>
                <w:szCs w:val="20"/>
              </w:rPr>
            </w:pPr>
            <w:r>
              <w:rPr>
                <w:sz w:val="20"/>
                <w:szCs w:val="20"/>
              </w:rPr>
              <w:t>Funcționalitatea, reprezentativitatea și influența structurilor studențești sunt insuficient demonstrate.</w:t>
            </w:r>
          </w:p>
        </w:tc>
        <w:tc>
          <w:tcPr>
            <w:tcW w:w="34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9159B09" w14:textId="77777777" w:rsidR="00156693" w:rsidRDefault="00000000">
            <w:pPr>
              <w:rPr>
                <w:sz w:val="20"/>
                <w:szCs w:val="20"/>
              </w:rPr>
            </w:pPr>
            <w:r>
              <w:rPr>
                <w:sz w:val="20"/>
                <w:szCs w:val="20"/>
              </w:rPr>
              <w:t>Cadru și sprijin dezvoltate târziu; date consolidate insuficiente despre aplicare, participare și rezultate.</w:t>
            </w:r>
          </w:p>
        </w:tc>
        <w:tc>
          <w:tcPr>
            <w:tcW w:w="307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CE99523" w14:textId="77777777" w:rsidR="00156693" w:rsidRDefault="00000000">
            <w:pPr>
              <w:rPr>
                <w:sz w:val="20"/>
                <w:szCs w:val="20"/>
              </w:rPr>
            </w:pPr>
            <w:r>
              <w:rPr>
                <w:sz w:val="20"/>
                <w:szCs w:val="20"/>
              </w:rPr>
              <w:t>Participare formală, legitimitate redusă și oportunități inegale între instituții și studenți.</w:t>
            </w:r>
          </w:p>
        </w:tc>
      </w:tr>
    </w:tbl>
    <w:p w14:paraId="56FB7116" w14:textId="77777777" w:rsidR="00156693" w:rsidRDefault="00156693">
      <w:pPr>
        <w:rPr>
          <w:b/>
          <w:bCs/>
          <w:color w:val="FF0000"/>
        </w:rPr>
      </w:pPr>
    </w:p>
    <w:p w14:paraId="072E39A7" w14:textId="77777777" w:rsidR="00156693" w:rsidRDefault="00000000">
      <w:r>
        <w:t xml:space="preserve">29. </w:t>
      </w:r>
      <w:r>
        <w:rPr>
          <w:sz w:val="24"/>
          <w:szCs w:val="24"/>
        </w:rPr>
        <w:t>Provocarea 1. Calitatea programelor de tineret nu este asigurată și demonstrată sistematic</w:t>
      </w:r>
      <w:r>
        <w:t xml:space="preserve"> </w:t>
      </w:r>
    </w:p>
    <w:p w14:paraId="13667B49" w14:textId="77777777" w:rsidR="00156693" w:rsidRDefault="00000000">
      <w:pPr>
        <w:ind w:firstLine="720"/>
        <w:jc w:val="both"/>
      </w:pPr>
      <w:r>
        <w:rPr>
          <w:b/>
          <w:bCs/>
        </w:rPr>
        <w:t xml:space="preserve">Cauze: </w:t>
      </w:r>
      <w:r>
        <w:rPr>
          <w:sz w:val="24"/>
          <w:szCs w:val="24"/>
        </w:rPr>
        <w:t>Instrumentele de asigurare a calității au fost elaborate, însă sunt aplicate neuniform; evaluarea anuală a programelor nu a fost instituționalizată, iar rapoartele anuale distincte privind calitatea programelor nu au fost elaborate în perioada 2023–2026. Finanțarea programelor a fost slab corelată cu feedbackul beneficiarilor și cu rezultatele evaluării. Portofoliul de servicii și programe pentru centrele de tineret, care conține criterii de monitorizare, a fost elaborat, însă nu a fost transformat într-o metodologie aprobată de evaluare a calității.</w:t>
      </w:r>
    </w:p>
    <w:p w14:paraId="5D945B29" w14:textId="77777777" w:rsidR="00156693" w:rsidRDefault="00000000">
      <w:pPr>
        <w:ind w:firstLine="560"/>
        <w:jc w:val="both"/>
      </w:pPr>
      <w:r>
        <w:rPr>
          <w:b/>
          <w:bCs/>
        </w:rPr>
        <w:t xml:space="preserve">Consecințe. </w:t>
      </w:r>
      <w:r>
        <w:t>Calitatea programelor rămâne variabilă între furnizori și teritorii, iar resursele publice sunt alocate fără dovezi suficiente privind beneficiile obținute de tineri. În absența evaluării, îmbunătățirea programelor depinde de inițiativa fiecărui furnizor, iar bunele practici nu se transferă în sistem.</w:t>
      </w:r>
    </w:p>
    <w:p w14:paraId="1F7A2437" w14:textId="77777777" w:rsidR="00156693" w:rsidRDefault="00000000">
      <w:r>
        <w:t>30. Provocarea 2. Accesul tinerilor la programe și servicii de tineret rămâne inegal între teritorii și între grupuri.</w:t>
      </w:r>
    </w:p>
    <w:p w14:paraId="2BCC102C" w14:textId="77777777" w:rsidR="00156693" w:rsidRDefault="00000000">
      <w:pPr>
        <w:spacing w:after="80"/>
        <w:ind w:firstLine="560"/>
        <w:jc w:val="both"/>
      </w:pPr>
      <w:r>
        <w:rPr>
          <w:b/>
          <w:bCs/>
        </w:rPr>
        <w:t xml:space="preserve">Cauze. </w:t>
      </w:r>
      <w:r>
        <w:t xml:space="preserve">Capacitățile administrative și resursele autorităților publice locale sunt diferite, iar sprijinul acordat a fost selectiv. Serviciile sunt concentrate în mediul urban și orientate preponderent spre tinerii încadrați în studii. Adaptarea programelor la barierele de distanță, cost, accesibilitate, timp și reprezentare este insuficient demonstrată, iar recrutarea beneficiarilor se realizează predominant prin instituțiile de învățământ. Mecanismul de finanțare a programelor realizate de organizațiile partenere în teritoriile insuficient deservite nu a fost aplicat. Procesul devine mai complex inclusiv fiind influențat de reforma administrativ-teritorială și de implementarea procesului de amalgamare voluntară în numeroase localități din Republica Moldova. Procesul de amalgamare voluntară este urmat de amalgamarea normativă. Aceste procese de reorganizare </w:t>
      </w:r>
      <w:r>
        <w:lastRenderedPageBreak/>
        <w:t>instituțională au generat, în anumite cazuri, constrângeri temporare privind capacitatea administrativă și disponibilitatea autorităților administrației publice locale de a iniția și implementa intervenții în anumite domenii.</w:t>
      </w:r>
    </w:p>
    <w:p w14:paraId="4E9538AE" w14:textId="77777777" w:rsidR="00156693" w:rsidRDefault="00000000">
      <w:pPr>
        <w:ind w:firstLine="560"/>
        <w:jc w:val="both"/>
      </w:pPr>
      <w:r>
        <w:rPr>
          <w:b/>
          <w:bCs/>
        </w:rPr>
        <w:t xml:space="preserve">Consecințe. </w:t>
      </w:r>
      <w:r>
        <w:t>Decalajele teritoriale și sociale persistă, iar oportunitățile se concentrează în grupurile și localitățile deja deservite. Tinerii din mediul rural, tinerii cu dizabilități, tinerii NEET, tinerii romi și cei din alte minorități rămân subreprezentați printre beneficiari.</w:t>
      </w:r>
    </w:p>
    <w:p w14:paraId="4DAC5D1A" w14:textId="77777777" w:rsidR="00156693" w:rsidRDefault="00000000">
      <w:pPr>
        <w:jc w:val="both"/>
      </w:pPr>
      <w:r>
        <w:t>31. Provocarea 3.</w:t>
      </w:r>
      <w:r>
        <w:rPr>
          <w:b/>
          <w:bCs/>
        </w:rPr>
        <w:t xml:space="preserve"> </w:t>
      </w:r>
      <w:r>
        <w:t>Sistemul de calificare, validare a competențelor și de retenție a lucrătorilor de tineret este incomplet.</w:t>
      </w:r>
    </w:p>
    <w:p w14:paraId="687C8BE1" w14:textId="77777777" w:rsidR="00156693" w:rsidRDefault="00000000">
      <w:pPr>
        <w:spacing w:after="80"/>
        <w:ind w:firstLine="560"/>
        <w:jc w:val="both"/>
      </w:pPr>
      <w:r>
        <w:rPr>
          <w:b/>
          <w:bCs/>
        </w:rPr>
        <w:t xml:space="preserve">Cauze. </w:t>
      </w:r>
      <w:r>
        <w:t>Standardul ocupațional și standardul de calificare pentru specialistul în lucrul cu tinerii au fost aprobate, iar programul de microcalificare este în curs de dezvoltare. Totodată, mecanismul de evaluare și validare periodică a competențelor nu a fost instituit, programul de subsidii pentru calificarea și recalificarea lucrătorilor de tineret nu a fost realizat, iar datele privind calificarea, distribuția teritorială și retenția personalului sunt incomplete. Nivelul de salarizare și atractivitatea redusă a profesiei mențin fluctuația personalului.</w:t>
      </w:r>
    </w:p>
    <w:p w14:paraId="0D0F23FD" w14:textId="77777777" w:rsidR="00156693" w:rsidRDefault="00000000">
      <w:pPr>
        <w:ind w:firstLine="560"/>
        <w:jc w:val="both"/>
      </w:pPr>
      <w:r>
        <w:rPr>
          <w:b/>
          <w:bCs/>
        </w:rPr>
        <w:t xml:space="preserve">Consecințe. </w:t>
      </w:r>
      <w:r>
        <w:t>Competențele sunt aplicate neuniform, serviciile devin discontinue, iar investiția publică în formare se pierde prin plecarea personalului format. Progresul profesional și efectul formării asupra calității serviciilor nu pot fi evaluate.</w:t>
      </w:r>
    </w:p>
    <w:p w14:paraId="18E44DF2" w14:textId="77777777" w:rsidR="00156693" w:rsidRDefault="00000000">
      <w:pPr>
        <w:jc w:val="both"/>
      </w:pPr>
      <w:r>
        <w:t>32. Provocarea 4.</w:t>
      </w:r>
      <w:r>
        <w:rPr>
          <w:b/>
          <w:bCs/>
        </w:rPr>
        <w:t xml:space="preserve"> </w:t>
      </w:r>
      <w:r>
        <w:t>Influența tinerilor asupra deciziilor publice și funcționalitatea structurilor de reprezentare sunt insuficient demonstrate.</w:t>
      </w:r>
    </w:p>
    <w:p w14:paraId="098EF6C3" w14:textId="77777777" w:rsidR="00156693" w:rsidRDefault="00000000">
      <w:pPr>
        <w:spacing w:after="80"/>
        <w:ind w:firstLine="560"/>
        <w:jc w:val="both"/>
      </w:pPr>
      <w:r>
        <w:rPr>
          <w:b/>
          <w:bCs/>
        </w:rPr>
        <w:t xml:space="preserve">Cauze. </w:t>
      </w:r>
      <w:r>
        <w:t>Cadrul normativ și metodologic privind consiliile locale ale tinerilor, consiliile elevilor și structurile de autoguvernare studențească a fost dezvoltat, însă instituționalizarea mecanismelor de co-management la nivel local nu a fost finalizată, iar raportul de evaluare a funcționalității acestor structuri nu a fost elaborat. Trasabilitatea propunerilor tinerilor până la decizie și reprezentativitatea structurilor nu sunt urmărite sistematic, iar unele structuri depind de finanțarea prin proiecte.</w:t>
      </w:r>
    </w:p>
    <w:p w14:paraId="4C9D5302" w14:textId="77777777" w:rsidR="00156693" w:rsidRDefault="00000000">
      <w:pPr>
        <w:ind w:firstLine="560"/>
        <w:jc w:val="both"/>
      </w:pPr>
      <w:r>
        <w:rPr>
          <w:b/>
          <w:bCs/>
        </w:rPr>
        <w:t xml:space="preserve">Consecințe. </w:t>
      </w:r>
      <w:r>
        <w:t>Consultarea riscă să rămână formală și dependentă de factori externi, iar nevoile tinerilor sunt insuficient reflectate în deciziile publice. Legitimitatea structurilor de reprezentare scade, iar tinerii din grupurile slab conectate la sprijin rămân în afara proceselor decizionale.</w:t>
      </w:r>
    </w:p>
    <w:p w14:paraId="4A864818" w14:textId="77777777" w:rsidR="00156693" w:rsidRDefault="00000000">
      <w:pPr>
        <w:jc w:val="both"/>
      </w:pPr>
      <w:r>
        <w:t>33.</w:t>
      </w:r>
      <w:r>
        <w:rPr>
          <w:b/>
          <w:bCs/>
        </w:rPr>
        <w:t xml:space="preserve"> </w:t>
      </w:r>
      <w:r>
        <w:t>Provocarea 5. Participarea tinerilor la voluntariat este insuficient susținută și urmărită.</w:t>
      </w:r>
    </w:p>
    <w:p w14:paraId="1C88AECA" w14:textId="77777777" w:rsidR="00156693" w:rsidRDefault="00000000">
      <w:pPr>
        <w:spacing w:after="80"/>
        <w:ind w:firstLine="560"/>
        <w:jc w:val="both"/>
      </w:pPr>
      <w:r>
        <w:rPr>
          <w:b/>
          <w:bCs/>
        </w:rPr>
        <w:t xml:space="preserve">Cauze. </w:t>
      </w:r>
      <w:r>
        <w:t>Legea nr. 326/2025 cu privire la activitatea de voluntariat a fost aprobată, însă cadrul normativ subsecvent nu a fost finalizat. Platforma națională a oportunităților de voluntariat nu este funcțională. Cadrul de competențe și metodologia de certificare a programelor de voluntariat nu sunt aprobate. Indicatorii urmăriți vizează oferta de oportunități, iar datele despre experiența, durata și continuitatea participării voluntarilor sunt limitate.</w:t>
      </w:r>
    </w:p>
    <w:p w14:paraId="42A64EB4" w14:textId="77777777" w:rsidR="00156693" w:rsidRDefault="00000000">
      <w:pPr>
        <w:ind w:firstLine="560"/>
        <w:jc w:val="both"/>
      </w:pPr>
      <w:r>
        <w:rPr>
          <w:b/>
          <w:bCs/>
        </w:rPr>
        <w:t xml:space="preserve">Consecințe. </w:t>
      </w:r>
      <w:r>
        <w:t>Oportunitățile de voluntariat rămân nevalorificate, competențele dobândite nu sunt recunoscute în relația cu instituțiile de învățământ și cu angajatorii, iar incluziunea și continuitatea participării nu pot fi evaluate.</w:t>
      </w:r>
    </w:p>
    <w:p w14:paraId="012628A2" w14:textId="77777777" w:rsidR="00156693" w:rsidRDefault="00000000">
      <w:pPr>
        <w:spacing w:after="80"/>
        <w:jc w:val="both"/>
      </w:pPr>
      <w:r>
        <w:t>34. Provocarea 6. Finanțarea locală a politicii de tineret este neuniformă și insuficient predictibilă.</w:t>
      </w:r>
    </w:p>
    <w:p w14:paraId="2FF18F24" w14:textId="77777777" w:rsidR="00156693" w:rsidRDefault="00000000">
      <w:pPr>
        <w:spacing w:after="80"/>
        <w:ind w:firstLine="560"/>
        <w:jc w:val="both"/>
      </w:pPr>
      <w:r>
        <w:rPr>
          <w:b/>
          <w:bCs/>
        </w:rPr>
        <w:t xml:space="preserve">Cauze. </w:t>
      </w:r>
      <w:r>
        <w:t>Mecanismul de cofinanțare a programelor locale pentru tineret nu a fost elaborat și aprobat. Capacitățile fiscale și administrative ale autorităților publice locale sunt diferite, iar planificarea bugetară în domeniul tineretului nu este separată consecvent pe linii de buget distincte. Nu există evidență privind menținerea programelor și a alocărilor locale în anul următor celui de sprijin.</w:t>
      </w:r>
    </w:p>
    <w:p w14:paraId="610D2C12" w14:textId="77777777" w:rsidR="00156693" w:rsidRDefault="00000000">
      <w:pPr>
        <w:ind w:firstLine="560"/>
        <w:jc w:val="both"/>
      </w:pPr>
      <w:r>
        <w:rPr>
          <w:b/>
          <w:bCs/>
        </w:rPr>
        <w:t xml:space="preserve">Consecințe. </w:t>
      </w:r>
      <w:r>
        <w:t>Decalajele teritoriale se mențin, planurile locale rămân fără resurse de implementare, iar rezultatele obținute cu sprijin extern nu sunt continuate după încheierea finanțării inițiale.</w:t>
      </w:r>
    </w:p>
    <w:p w14:paraId="5160ABA2" w14:textId="77777777" w:rsidR="00156693" w:rsidRDefault="00000000">
      <w:pPr>
        <w:spacing w:after="80"/>
        <w:jc w:val="both"/>
      </w:pPr>
      <w:r>
        <w:t xml:space="preserve">35.  Provocarea 7. Efectele proiectelor de inovație socială sunt insuficient demonstrate. </w:t>
      </w:r>
    </w:p>
    <w:p w14:paraId="04A53607" w14:textId="77777777" w:rsidR="00156693" w:rsidRDefault="00000000">
      <w:pPr>
        <w:spacing w:after="80"/>
        <w:ind w:firstLine="560"/>
        <w:jc w:val="both"/>
      </w:pPr>
      <w:r>
        <w:rPr>
          <w:b/>
          <w:bCs/>
        </w:rPr>
        <w:lastRenderedPageBreak/>
        <w:t xml:space="preserve">Cauze. </w:t>
      </w:r>
      <w:r>
        <w:t>Criteriile de identificare a inovației sociale nu sunt definite operațional, iar nota de concept privind programul de inovație socială nu a fost aprobată. Portofoliul de proiecte finanțate în perioada 2023–2026 nu a fost clasificat după criterii de inovație socială. Urmărirea rezultatelor comunitare și a sustenabilității proiectelor este limitată, iar Centrul de Inovație Socială nu este funcțional.</w:t>
      </w:r>
    </w:p>
    <w:p w14:paraId="51166BA8" w14:textId="77777777" w:rsidR="00156693" w:rsidRDefault="00000000">
      <w:pPr>
        <w:ind w:firstLine="560"/>
        <w:jc w:val="both"/>
      </w:pPr>
      <w:r>
        <w:rPr>
          <w:b/>
          <w:bCs/>
        </w:rPr>
        <w:t xml:space="preserve">Consecințe. </w:t>
      </w:r>
      <w:r>
        <w:t>Finanțările și numărul proiectelor sunt confundate cu impactul, sprijinul se acordă fără dovezi suficiente privind rezultatele, iar extinderea infrastructurii riscă să nu fie însoțită de servicii efective și de resurse de funcționare.</w:t>
      </w:r>
    </w:p>
    <w:p w14:paraId="642CDFF3" w14:textId="77777777" w:rsidR="00156693" w:rsidRDefault="00000000">
      <w:r>
        <w:t xml:space="preserve">36. Provocarea 8. Lipsa unui sistem unic de colectare, sistematizare și analiză a datelor dezagregate în domeniul tineretului. </w:t>
      </w:r>
    </w:p>
    <w:p w14:paraId="289857E7" w14:textId="77777777" w:rsidR="00156693" w:rsidRDefault="00000000">
      <w:pPr>
        <w:spacing w:after="80"/>
        <w:ind w:firstLine="560"/>
        <w:jc w:val="both"/>
      </w:pPr>
      <w:r>
        <w:rPr>
          <w:b/>
          <w:bCs/>
        </w:rPr>
        <w:t xml:space="preserve">Cauze. </w:t>
      </w:r>
      <w:r>
        <w:t>Sistemul informațional prevăzut în Programul pentru anii 2023–2026 nu a fost creat; au fost elaborate doar conceptul inițial și metodologia de colectare a datelor pe sector. Definițiile sunt neuniforme, dezagregările incomplete, iar evidențele privind persoanele, organizațiile și proiectele nu sunt delimitate, ceea ce generează risc de dublă numărare.</w:t>
      </w:r>
    </w:p>
    <w:p w14:paraId="7770FE99" w14:textId="77777777" w:rsidR="00156693" w:rsidRDefault="00000000">
      <w:pPr>
        <w:ind w:firstLine="560"/>
        <w:jc w:val="both"/>
      </w:pPr>
      <w:r>
        <w:rPr>
          <w:b/>
          <w:bCs/>
        </w:rPr>
        <w:t xml:space="preserve">Consecințe. </w:t>
      </w:r>
      <w:r>
        <w:t>Progresul față de țintele Strategiei „Tineret 2030” nu poate fi măsurat comparabil, impactul asupra beneficiarilor finali rămâne insuficient măsurabil, iar deciziile de politici și de alocare a resurselor se fundamentează pe date incomplete.</w:t>
      </w:r>
    </w:p>
    <w:p w14:paraId="44E430F0" w14:textId="77777777" w:rsidR="00156693" w:rsidRDefault="00000000">
      <w:pPr>
        <w:jc w:val="both"/>
      </w:pPr>
      <w:r>
        <w:t xml:space="preserve">37. Barierele de distanță, cost, accesibilitate, timp, selecție și reprezentare sunt abordate în partea operațională a Programului prin prioritizarea localităților insuficient acoperite cu servicii de tineret, pe baza cartării serviciilor, a populației tinere, a accesului efectiv și a capacității de continuitate. Grupurile-țintă, barierele, intervențiile necesare și nivelul de dezagregare a datelor sunt prezentate în matricea de mai jos. </w:t>
      </w:r>
    </w:p>
    <w:p w14:paraId="01363CAF" w14:textId="77777777" w:rsidR="00156693" w:rsidRDefault="00000000">
      <w:pPr>
        <w:spacing w:after="0"/>
        <w:jc w:val="both"/>
        <w:rPr>
          <w:b/>
          <w:bCs/>
          <w:sz w:val="20"/>
          <w:szCs w:val="20"/>
        </w:rPr>
      </w:pPr>
      <w:r>
        <w:rPr>
          <w:b/>
          <w:bCs/>
          <w:sz w:val="20"/>
          <w:szCs w:val="20"/>
        </w:rPr>
        <w:t xml:space="preserve">Tabel 3. Bariere și provocări dezagregate pe grupuri țintă </w:t>
      </w:r>
    </w:p>
    <w:tbl>
      <w:tblPr>
        <w:tblStyle w:val="affffffffffffffffffffffffa"/>
        <w:tblW w:w="9637" w:type="dxa"/>
        <w:tblBorders>
          <w:top w:val="nil"/>
          <w:left w:val="nil"/>
          <w:bottom w:val="nil"/>
          <w:right w:val="nil"/>
          <w:insideH w:val="nil"/>
          <w:insideV w:val="nil"/>
        </w:tblBorders>
        <w:tblLayout w:type="fixed"/>
        <w:tblLook w:val="0600" w:firstRow="0" w:lastRow="0" w:firstColumn="0" w:lastColumn="0" w:noHBand="1" w:noVBand="1"/>
      </w:tblPr>
      <w:tblGrid>
        <w:gridCol w:w="1962"/>
        <w:gridCol w:w="2504"/>
        <w:gridCol w:w="2578"/>
        <w:gridCol w:w="2593"/>
      </w:tblGrid>
      <w:tr w:rsidR="00156693" w14:paraId="0626B92C" w14:textId="77777777">
        <w:trPr>
          <w:trHeight w:val="315"/>
        </w:trPr>
        <w:tc>
          <w:tcPr>
            <w:tcW w:w="1963" w:type="dxa"/>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18C2C2B8" w14:textId="77777777" w:rsidR="00156693" w:rsidRDefault="00000000">
            <w:pPr>
              <w:spacing w:after="0"/>
              <w:ind w:left="-20"/>
              <w:jc w:val="center"/>
              <w:rPr>
                <w:b/>
                <w:bCs/>
                <w:sz w:val="20"/>
                <w:szCs w:val="20"/>
              </w:rPr>
            </w:pPr>
            <w:r>
              <w:rPr>
                <w:b/>
                <w:bCs/>
                <w:sz w:val="20"/>
                <w:szCs w:val="20"/>
              </w:rPr>
              <w:t>Grup / teritoriu</w:t>
            </w:r>
          </w:p>
        </w:tc>
        <w:tc>
          <w:tcPr>
            <w:tcW w:w="2503"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02B4C8B7" w14:textId="77777777" w:rsidR="00156693" w:rsidRDefault="00000000">
            <w:pPr>
              <w:spacing w:after="0"/>
              <w:ind w:left="-20"/>
              <w:jc w:val="center"/>
              <w:rPr>
                <w:b/>
                <w:bCs/>
                <w:sz w:val="20"/>
                <w:szCs w:val="20"/>
              </w:rPr>
            </w:pPr>
            <w:r>
              <w:rPr>
                <w:b/>
                <w:bCs/>
                <w:sz w:val="20"/>
                <w:szCs w:val="20"/>
              </w:rPr>
              <w:t>Problemă sau barieră</w:t>
            </w:r>
          </w:p>
        </w:tc>
        <w:tc>
          <w:tcPr>
            <w:tcW w:w="2577"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6C84D87A" w14:textId="77777777" w:rsidR="00156693" w:rsidRDefault="00000000">
            <w:pPr>
              <w:spacing w:after="0"/>
              <w:ind w:left="-20"/>
              <w:jc w:val="center"/>
              <w:rPr>
                <w:b/>
                <w:bCs/>
                <w:sz w:val="20"/>
                <w:szCs w:val="20"/>
              </w:rPr>
            </w:pPr>
            <w:r>
              <w:rPr>
                <w:b/>
                <w:bCs/>
                <w:sz w:val="20"/>
                <w:szCs w:val="20"/>
              </w:rPr>
              <w:t>Intervenție necesară</w:t>
            </w:r>
          </w:p>
        </w:tc>
        <w:tc>
          <w:tcPr>
            <w:tcW w:w="2592"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3F71A729" w14:textId="77777777" w:rsidR="00156693" w:rsidRDefault="00000000">
            <w:pPr>
              <w:spacing w:after="0"/>
              <w:ind w:left="-20"/>
              <w:jc w:val="center"/>
              <w:rPr>
                <w:b/>
                <w:bCs/>
                <w:sz w:val="20"/>
                <w:szCs w:val="20"/>
              </w:rPr>
            </w:pPr>
            <w:r>
              <w:rPr>
                <w:b/>
                <w:bCs/>
                <w:sz w:val="20"/>
                <w:szCs w:val="20"/>
              </w:rPr>
              <w:t>Indicator / dezagregare</w:t>
            </w:r>
          </w:p>
        </w:tc>
      </w:tr>
      <w:tr w:rsidR="00156693" w14:paraId="4FDEFEC7" w14:textId="77777777">
        <w:trPr>
          <w:trHeight w:val="765"/>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169A8855" w14:textId="77777777" w:rsidR="00156693" w:rsidRDefault="00000000">
            <w:pPr>
              <w:spacing w:after="0"/>
              <w:ind w:left="-20"/>
              <w:jc w:val="both"/>
              <w:rPr>
                <w:sz w:val="20"/>
                <w:szCs w:val="20"/>
              </w:rPr>
            </w:pPr>
            <w:r>
              <w:rPr>
                <w:sz w:val="20"/>
                <w:szCs w:val="20"/>
              </w:rPr>
              <w:t>Tineri cu dizabilități</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416CD2F6" w14:textId="77777777" w:rsidR="00156693" w:rsidRDefault="00000000">
            <w:pPr>
              <w:spacing w:after="0"/>
              <w:ind w:left="-20"/>
              <w:jc w:val="both"/>
              <w:rPr>
                <w:sz w:val="20"/>
                <w:szCs w:val="20"/>
              </w:rPr>
            </w:pPr>
            <w:r>
              <w:rPr>
                <w:sz w:val="20"/>
                <w:szCs w:val="20"/>
              </w:rPr>
              <w:t>Spații și informații inaccesibile; adaptare limitată a infrastructurii și a programelor</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06E5F60C" w14:textId="77777777" w:rsidR="00156693" w:rsidRDefault="00000000">
            <w:pPr>
              <w:spacing w:after="0"/>
              <w:ind w:left="-20"/>
              <w:jc w:val="both"/>
              <w:rPr>
                <w:sz w:val="20"/>
                <w:szCs w:val="20"/>
              </w:rPr>
            </w:pPr>
            <w:r>
              <w:rPr>
                <w:sz w:val="20"/>
                <w:szCs w:val="20"/>
              </w:rPr>
              <w:t>Accesibilitate, ajustări rezonabile și pregătirea personalului</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3F1CD332" w14:textId="77777777" w:rsidR="00156693" w:rsidRDefault="00000000">
            <w:pPr>
              <w:spacing w:after="0"/>
              <w:ind w:left="-20"/>
              <w:jc w:val="both"/>
              <w:rPr>
                <w:sz w:val="20"/>
                <w:szCs w:val="20"/>
              </w:rPr>
            </w:pPr>
            <w:r>
              <w:rPr>
                <w:sz w:val="20"/>
                <w:szCs w:val="20"/>
              </w:rPr>
              <w:t>Beneficiari unici, continuitate, accesibilitate; gen, vârstă, mediu de reședință, statut socioeconomic, etnie, statut migrațional.</w:t>
            </w:r>
          </w:p>
        </w:tc>
      </w:tr>
      <w:tr w:rsidR="00156693" w14:paraId="4C8DFC36" w14:textId="77777777">
        <w:trPr>
          <w:trHeight w:val="765"/>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38E0FB6D" w14:textId="77777777" w:rsidR="00156693" w:rsidRDefault="00000000">
            <w:pPr>
              <w:spacing w:after="0"/>
              <w:ind w:left="-20"/>
              <w:jc w:val="both"/>
              <w:rPr>
                <w:sz w:val="20"/>
                <w:szCs w:val="20"/>
              </w:rPr>
            </w:pPr>
            <w:r>
              <w:rPr>
                <w:sz w:val="20"/>
                <w:szCs w:val="20"/>
              </w:rPr>
              <w:t>Tineri cu dezavantaje socioeconomice, inclusiv NEET</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2A1A43FD" w14:textId="77777777" w:rsidR="00156693" w:rsidRDefault="00000000">
            <w:pPr>
              <w:spacing w:after="0"/>
              <w:ind w:left="-20"/>
              <w:jc w:val="both"/>
              <w:rPr>
                <w:sz w:val="20"/>
                <w:szCs w:val="20"/>
              </w:rPr>
            </w:pPr>
            <w:r>
              <w:rPr>
                <w:sz w:val="20"/>
                <w:szCs w:val="20"/>
              </w:rPr>
              <w:t>Costuri, informare redusă; recrutare predominant din instituțiile de învățământ</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4CAF0E03" w14:textId="77777777" w:rsidR="00156693" w:rsidRDefault="00000000">
            <w:pPr>
              <w:spacing w:after="0"/>
              <w:ind w:left="-20"/>
              <w:jc w:val="both"/>
              <w:rPr>
                <w:sz w:val="20"/>
                <w:szCs w:val="20"/>
              </w:rPr>
            </w:pPr>
            <w:r>
              <w:rPr>
                <w:sz w:val="20"/>
                <w:szCs w:val="20"/>
              </w:rPr>
              <w:t>Informare de proximitate, sprijin pentru participare și referire însoțită</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72B95F68" w14:textId="77777777" w:rsidR="00156693" w:rsidRDefault="00000000">
            <w:pPr>
              <w:spacing w:after="0"/>
              <w:ind w:left="-20"/>
              <w:jc w:val="both"/>
              <w:rPr>
                <w:sz w:val="20"/>
                <w:szCs w:val="20"/>
              </w:rPr>
            </w:pPr>
            <w:r>
              <w:rPr>
                <w:sz w:val="20"/>
                <w:szCs w:val="20"/>
              </w:rPr>
              <w:t xml:space="preserve">Beneficiari unici, referiri finalizate; gen, vârstă, mediu de reședință, statut socioeconomic, statut educațional și etnie, statut migrațional </w:t>
            </w:r>
          </w:p>
        </w:tc>
      </w:tr>
      <w:tr w:rsidR="00156693" w14:paraId="585383C3" w14:textId="77777777">
        <w:trPr>
          <w:trHeight w:val="765"/>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7E117EF4" w14:textId="77777777" w:rsidR="00156693" w:rsidRDefault="00000000">
            <w:pPr>
              <w:spacing w:after="0"/>
              <w:ind w:left="-20"/>
              <w:jc w:val="both"/>
              <w:rPr>
                <w:sz w:val="20"/>
                <w:szCs w:val="20"/>
              </w:rPr>
            </w:pPr>
            <w:r>
              <w:rPr>
                <w:sz w:val="20"/>
                <w:szCs w:val="20"/>
              </w:rPr>
              <w:t>Tineri romi și din alte minorități naționale</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00404098" w14:textId="77777777" w:rsidR="00156693" w:rsidRDefault="00000000">
            <w:pPr>
              <w:spacing w:after="0"/>
              <w:ind w:left="-20"/>
              <w:jc w:val="both"/>
              <w:rPr>
                <w:sz w:val="20"/>
                <w:szCs w:val="20"/>
              </w:rPr>
            </w:pPr>
            <w:r>
              <w:rPr>
                <w:sz w:val="20"/>
                <w:szCs w:val="20"/>
              </w:rPr>
              <w:t>Subreprezentare și informare neadaptată lingvistic și cultural</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3BFAB4B3" w14:textId="77777777" w:rsidR="00156693" w:rsidRDefault="00000000">
            <w:pPr>
              <w:spacing w:after="0"/>
              <w:ind w:left="-20"/>
              <w:jc w:val="both"/>
              <w:rPr>
                <w:sz w:val="20"/>
                <w:szCs w:val="20"/>
              </w:rPr>
            </w:pPr>
            <w:r>
              <w:rPr>
                <w:sz w:val="20"/>
                <w:szCs w:val="20"/>
              </w:rPr>
              <w:t>Consultare accesibilă și implicarea reprezentanților comunităților</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1BF31AB0" w14:textId="77777777" w:rsidR="00156693" w:rsidRDefault="00000000">
            <w:pPr>
              <w:spacing w:after="0"/>
              <w:ind w:left="-20"/>
              <w:jc w:val="both"/>
              <w:rPr>
                <w:sz w:val="20"/>
                <w:szCs w:val="20"/>
              </w:rPr>
            </w:pPr>
            <w:r>
              <w:rPr>
                <w:sz w:val="20"/>
                <w:szCs w:val="20"/>
              </w:rPr>
              <w:t>Acces și participare efectivă; teritoriu, sex, vârstă și etnie, cu respectarea protecției datelor.</w:t>
            </w:r>
          </w:p>
        </w:tc>
      </w:tr>
      <w:tr w:rsidR="00156693" w14:paraId="57F05003" w14:textId="77777777">
        <w:trPr>
          <w:trHeight w:val="990"/>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16F2C807" w14:textId="77777777" w:rsidR="00156693" w:rsidRDefault="00000000">
            <w:pPr>
              <w:spacing w:after="0"/>
              <w:ind w:left="-20"/>
              <w:jc w:val="both"/>
              <w:rPr>
                <w:sz w:val="20"/>
                <w:szCs w:val="20"/>
              </w:rPr>
            </w:pPr>
            <w:r>
              <w:rPr>
                <w:sz w:val="20"/>
                <w:szCs w:val="20"/>
              </w:rPr>
              <w:t>Tinere femei și tineri bărbați; tineri cu responsabilități de îngrijire</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7AF07581" w14:textId="77777777" w:rsidR="00156693" w:rsidRDefault="00000000">
            <w:pPr>
              <w:spacing w:after="0"/>
              <w:ind w:left="-20"/>
              <w:jc w:val="both"/>
              <w:rPr>
                <w:sz w:val="20"/>
                <w:szCs w:val="20"/>
              </w:rPr>
            </w:pPr>
            <w:r>
              <w:rPr>
                <w:sz w:val="20"/>
                <w:szCs w:val="20"/>
              </w:rPr>
              <w:t>Timp, acces și reprezentare inegale; responsabilități de îngrijire</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75D8C235" w14:textId="77777777" w:rsidR="00156693" w:rsidRDefault="00000000">
            <w:pPr>
              <w:spacing w:after="0"/>
              <w:ind w:left="-20"/>
              <w:jc w:val="both"/>
              <w:rPr>
                <w:sz w:val="20"/>
                <w:szCs w:val="20"/>
              </w:rPr>
            </w:pPr>
            <w:r>
              <w:rPr>
                <w:sz w:val="20"/>
                <w:szCs w:val="20"/>
              </w:rPr>
              <w:t>Orare și formate adaptate, siguranță și reprezentare echitabilă</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179F5E46" w14:textId="77777777" w:rsidR="00156693" w:rsidRDefault="00000000">
            <w:pPr>
              <w:spacing w:after="0"/>
              <w:ind w:left="-20"/>
              <w:jc w:val="both"/>
              <w:rPr>
                <w:sz w:val="20"/>
                <w:szCs w:val="20"/>
              </w:rPr>
            </w:pPr>
            <w:r>
              <w:rPr>
                <w:sz w:val="20"/>
                <w:szCs w:val="20"/>
              </w:rPr>
              <w:t xml:space="preserve">Beneficiari unici, continuitate, influență; gen, vârstă, mediu de reședință, statut socioeconomic, etnie, statut educațional. </w:t>
            </w:r>
          </w:p>
        </w:tc>
      </w:tr>
      <w:tr w:rsidR="00156693" w14:paraId="3B9EBE65" w14:textId="77777777">
        <w:trPr>
          <w:trHeight w:val="990"/>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393A5FDA" w14:textId="77777777" w:rsidR="00156693" w:rsidRDefault="00000000">
            <w:pPr>
              <w:spacing w:after="0"/>
              <w:ind w:left="-20"/>
              <w:jc w:val="both"/>
              <w:rPr>
                <w:sz w:val="20"/>
                <w:szCs w:val="20"/>
              </w:rPr>
            </w:pPr>
            <w:r>
              <w:rPr>
                <w:sz w:val="20"/>
                <w:szCs w:val="20"/>
              </w:rPr>
              <w:t>Tineri din mediul rural și din localități cu capacitate redusă</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0F7C0318" w14:textId="77777777" w:rsidR="00156693" w:rsidRDefault="00000000">
            <w:pPr>
              <w:spacing w:after="0"/>
              <w:ind w:left="-20"/>
              <w:jc w:val="both"/>
              <w:rPr>
                <w:sz w:val="20"/>
                <w:szCs w:val="20"/>
              </w:rPr>
            </w:pPr>
            <w:r>
              <w:rPr>
                <w:sz w:val="20"/>
                <w:szCs w:val="20"/>
              </w:rPr>
              <w:t>Distanță, infrastructură și resurse inegale; concentrarea finanțării</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238F5B7B" w14:textId="77777777" w:rsidR="00156693" w:rsidRDefault="00000000">
            <w:pPr>
              <w:spacing w:after="0"/>
              <w:ind w:left="-20"/>
              <w:jc w:val="both"/>
              <w:rPr>
                <w:sz w:val="20"/>
                <w:szCs w:val="20"/>
              </w:rPr>
            </w:pPr>
            <w:r>
              <w:rPr>
                <w:sz w:val="20"/>
                <w:szCs w:val="20"/>
              </w:rPr>
              <w:t>Proximitate, asistență tehnică și finanțare diferențiată; valorificarea infrastructurii existente</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4DB53428" w14:textId="77777777" w:rsidR="00156693" w:rsidRDefault="00000000">
            <w:pPr>
              <w:spacing w:after="0"/>
              <w:ind w:left="-20"/>
              <w:jc w:val="both"/>
              <w:rPr>
                <w:sz w:val="20"/>
                <w:szCs w:val="20"/>
              </w:rPr>
            </w:pPr>
            <w:r>
              <w:rPr>
                <w:sz w:val="20"/>
                <w:szCs w:val="20"/>
              </w:rPr>
              <w:t>Acoperire, beneficiari unici; localitate, rural/urban, sex, vârstă; capacitate a autorității publice locale</w:t>
            </w:r>
          </w:p>
        </w:tc>
      </w:tr>
      <w:tr w:rsidR="00156693" w14:paraId="6C012B6D" w14:textId="77777777">
        <w:trPr>
          <w:trHeight w:val="990"/>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53FAF6B1" w14:textId="77777777" w:rsidR="00156693" w:rsidRDefault="00000000">
            <w:pPr>
              <w:spacing w:after="0"/>
              <w:ind w:left="-20"/>
              <w:jc w:val="both"/>
              <w:rPr>
                <w:sz w:val="20"/>
                <w:szCs w:val="20"/>
              </w:rPr>
            </w:pPr>
            <w:r>
              <w:rPr>
                <w:sz w:val="20"/>
                <w:szCs w:val="20"/>
              </w:rPr>
              <w:lastRenderedPageBreak/>
              <w:t>Organizații mici sau nou-create și grupuri informale</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5DD6C183" w14:textId="77777777" w:rsidR="00156693" w:rsidRDefault="00000000">
            <w:pPr>
              <w:spacing w:after="0"/>
              <w:ind w:left="-20"/>
              <w:jc w:val="both"/>
              <w:rPr>
                <w:sz w:val="20"/>
                <w:szCs w:val="20"/>
              </w:rPr>
            </w:pPr>
            <w:r>
              <w:rPr>
                <w:sz w:val="20"/>
                <w:szCs w:val="20"/>
              </w:rPr>
              <w:t>Cerințe administrative și juridice disproporționate; avantajul solicitanților experimentați</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12CA96EF" w14:textId="77777777" w:rsidR="00156693" w:rsidRDefault="00000000">
            <w:pPr>
              <w:spacing w:after="0"/>
              <w:ind w:left="-20"/>
              <w:jc w:val="both"/>
              <w:rPr>
                <w:sz w:val="20"/>
                <w:szCs w:val="20"/>
              </w:rPr>
            </w:pPr>
            <w:r>
              <w:rPr>
                <w:sz w:val="20"/>
                <w:szCs w:val="20"/>
              </w:rPr>
              <w:t>Proceduri proporționale, mentorat, microgranturi și mecanismul organizației-gazdă</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010D0839" w14:textId="77777777" w:rsidR="00156693" w:rsidRDefault="00000000">
            <w:pPr>
              <w:spacing w:after="0"/>
              <w:ind w:left="-20"/>
              <w:jc w:val="both"/>
              <w:rPr>
                <w:sz w:val="20"/>
                <w:szCs w:val="20"/>
              </w:rPr>
            </w:pPr>
            <w:r>
              <w:rPr>
                <w:sz w:val="20"/>
                <w:szCs w:val="20"/>
              </w:rPr>
              <w:t>Solicitanți noi, beneficiari unici; tip, teritoriu și grupuri implicate</w:t>
            </w:r>
          </w:p>
        </w:tc>
      </w:tr>
      <w:tr w:rsidR="00156693" w14:paraId="5D475D44" w14:textId="77777777">
        <w:trPr>
          <w:trHeight w:val="765"/>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03EBE1B3" w14:textId="77777777" w:rsidR="00156693" w:rsidRDefault="00000000">
            <w:pPr>
              <w:spacing w:after="0"/>
              <w:ind w:left="-20"/>
              <w:jc w:val="both"/>
              <w:rPr>
                <w:sz w:val="20"/>
                <w:szCs w:val="20"/>
              </w:rPr>
            </w:pPr>
            <w:r>
              <w:rPr>
                <w:sz w:val="20"/>
                <w:szCs w:val="20"/>
              </w:rPr>
              <w:t>Studenți și structuri asociative studențești</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0B3E3AAA" w14:textId="77777777" w:rsidR="00156693" w:rsidRDefault="00000000">
            <w:pPr>
              <w:spacing w:after="0"/>
              <w:ind w:left="-20"/>
              <w:jc w:val="both"/>
              <w:rPr>
                <w:sz w:val="20"/>
                <w:szCs w:val="20"/>
              </w:rPr>
            </w:pPr>
            <w:r>
              <w:rPr>
                <w:sz w:val="20"/>
                <w:szCs w:val="20"/>
              </w:rPr>
              <w:t>Funcționalitate, reprezentativitate și influență inegale între instituții</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6D5D4CCB" w14:textId="77777777" w:rsidR="00156693" w:rsidRDefault="00000000">
            <w:pPr>
              <w:spacing w:after="0"/>
              <w:ind w:left="-20"/>
              <w:jc w:val="both"/>
              <w:rPr>
                <w:sz w:val="20"/>
                <w:szCs w:val="20"/>
              </w:rPr>
            </w:pPr>
            <w:r>
              <w:rPr>
                <w:sz w:val="20"/>
                <w:szCs w:val="20"/>
              </w:rPr>
              <w:t>Sprijin adaptat, aplicarea cadrului de funcționalitate și parteneriat instituțional</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2F57FB10" w14:textId="77777777" w:rsidR="00156693" w:rsidRDefault="00000000">
            <w:pPr>
              <w:spacing w:after="0"/>
              <w:ind w:left="-20"/>
              <w:jc w:val="both"/>
              <w:rPr>
                <w:sz w:val="20"/>
                <w:szCs w:val="20"/>
              </w:rPr>
            </w:pPr>
            <w:r>
              <w:rPr>
                <w:sz w:val="20"/>
                <w:szCs w:val="20"/>
              </w:rPr>
              <w:t>Structuri funcționale, participare la alegeri, răspunsuri la propuneri; instituție, tip, sex</w:t>
            </w:r>
          </w:p>
        </w:tc>
      </w:tr>
      <w:tr w:rsidR="00156693" w14:paraId="2D956752" w14:textId="77777777">
        <w:trPr>
          <w:trHeight w:val="765"/>
        </w:trPr>
        <w:tc>
          <w:tcPr>
            <w:tcW w:w="1963"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15D1EC59" w14:textId="77777777" w:rsidR="00156693" w:rsidRDefault="00000000">
            <w:pPr>
              <w:spacing w:after="0"/>
              <w:ind w:left="-20"/>
              <w:jc w:val="both"/>
              <w:rPr>
                <w:sz w:val="20"/>
                <w:szCs w:val="20"/>
              </w:rPr>
            </w:pPr>
            <w:r>
              <w:rPr>
                <w:sz w:val="20"/>
                <w:szCs w:val="20"/>
              </w:rPr>
              <w:t xml:space="preserve">Elevi din învățământul profesional tehnic </w:t>
            </w:r>
          </w:p>
        </w:tc>
        <w:tc>
          <w:tcPr>
            <w:tcW w:w="2503" w:type="dxa"/>
            <w:tcBorders>
              <w:top w:val="nil"/>
              <w:left w:val="nil"/>
              <w:bottom w:val="single" w:sz="6" w:space="0" w:color="000000"/>
              <w:right w:val="single" w:sz="6" w:space="0" w:color="000000"/>
            </w:tcBorders>
            <w:tcMar>
              <w:top w:w="40" w:type="dxa"/>
              <w:left w:w="60" w:type="dxa"/>
              <w:bottom w:w="40" w:type="dxa"/>
              <w:right w:w="60" w:type="dxa"/>
            </w:tcMar>
          </w:tcPr>
          <w:p w14:paraId="3164C25D" w14:textId="77777777" w:rsidR="00156693" w:rsidRDefault="00000000">
            <w:pPr>
              <w:spacing w:after="0"/>
              <w:ind w:left="-20"/>
              <w:jc w:val="both"/>
              <w:rPr>
                <w:sz w:val="20"/>
                <w:szCs w:val="20"/>
              </w:rPr>
            </w:pPr>
            <w:r>
              <w:rPr>
                <w:sz w:val="20"/>
                <w:szCs w:val="20"/>
              </w:rPr>
              <w:t xml:space="preserve">Informare și oportunități de participare concentrate în învățământul general și superior; structuri de reprezentare mai slab susținute; opțiuni de carieră insuficient informate </w:t>
            </w:r>
          </w:p>
        </w:tc>
        <w:tc>
          <w:tcPr>
            <w:tcW w:w="2577" w:type="dxa"/>
            <w:tcBorders>
              <w:top w:val="nil"/>
              <w:left w:val="nil"/>
              <w:bottom w:val="single" w:sz="6" w:space="0" w:color="000000"/>
              <w:right w:val="single" w:sz="6" w:space="0" w:color="000000"/>
            </w:tcBorders>
            <w:tcMar>
              <w:top w:w="40" w:type="dxa"/>
              <w:left w:w="60" w:type="dxa"/>
              <w:bottom w:w="40" w:type="dxa"/>
              <w:right w:w="60" w:type="dxa"/>
            </w:tcMar>
          </w:tcPr>
          <w:p w14:paraId="01812DD3" w14:textId="77777777" w:rsidR="00156693" w:rsidRDefault="00000000">
            <w:pPr>
              <w:spacing w:after="0"/>
              <w:ind w:left="-20"/>
              <w:jc w:val="both"/>
              <w:rPr>
                <w:sz w:val="20"/>
                <w:szCs w:val="20"/>
              </w:rPr>
            </w:pPr>
            <w:r>
              <w:rPr>
                <w:sz w:val="20"/>
                <w:szCs w:val="20"/>
              </w:rPr>
              <w:t xml:space="preserve">Includere explicită în programele centrelor, în sprijinul pentru consiliile elevilor și în programele nonformale de orientare în carieră </w:t>
            </w:r>
          </w:p>
        </w:tc>
        <w:tc>
          <w:tcPr>
            <w:tcW w:w="2592" w:type="dxa"/>
            <w:tcBorders>
              <w:top w:val="nil"/>
              <w:left w:val="nil"/>
              <w:bottom w:val="single" w:sz="6" w:space="0" w:color="000000"/>
              <w:right w:val="single" w:sz="6" w:space="0" w:color="000000"/>
            </w:tcBorders>
            <w:tcMar>
              <w:top w:w="40" w:type="dxa"/>
              <w:left w:w="60" w:type="dxa"/>
              <w:bottom w:w="40" w:type="dxa"/>
              <w:right w:w="60" w:type="dxa"/>
            </w:tcMar>
          </w:tcPr>
          <w:p w14:paraId="53C7A86E" w14:textId="77777777" w:rsidR="00156693" w:rsidRDefault="00000000">
            <w:pPr>
              <w:spacing w:after="0"/>
              <w:ind w:left="-20"/>
              <w:jc w:val="both"/>
              <w:rPr>
                <w:sz w:val="20"/>
                <w:szCs w:val="20"/>
              </w:rPr>
            </w:pPr>
            <w:r>
              <w:rPr>
                <w:sz w:val="20"/>
                <w:szCs w:val="20"/>
              </w:rPr>
              <w:t xml:space="preserve">Beneficiari unici, consilii ale elevilor sprijinite; dezagregare conform pct. 79, cu tipul instituției de învățământ </w:t>
            </w:r>
          </w:p>
        </w:tc>
      </w:tr>
    </w:tbl>
    <w:p w14:paraId="57A96E2F" w14:textId="77777777" w:rsidR="00156693" w:rsidRDefault="00156693">
      <w:pPr>
        <w:jc w:val="both"/>
        <w:rPr>
          <w:sz w:val="24"/>
          <w:szCs w:val="24"/>
        </w:rPr>
      </w:pPr>
    </w:p>
    <w:p w14:paraId="19F4E029" w14:textId="77777777" w:rsidR="00156693" w:rsidRDefault="00000000">
      <w:pPr>
        <w:jc w:val="center"/>
        <w:rPr>
          <w:b/>
          <w:bCs/>
        </w:rPr>
      </w:pPr>
      <w:r>
        <w:rPr>
          <w:b/>
          <w:bCs/>
        </w:rPr>
        <w:t xml:space="preserve">Secțiunea 4. Continuitatea intervențiilor și restructurarea priorităților </w:t>
      </w:r>
    </w:p>
    <w:p w14:paraId="62484BA0" w14:textId="77777777" w:rsidR="00156693" w:rsidRDefault="00000000">
      <w:r>
        <w:t xml:space="preserve">38. Pentru a consolida intervențiile din primul ciclu de implementare a Strategiei, a aborda deficiențele de implementare și pentru a alinia la noile tendințe și realități din domeniu, intervențiile pe dimensiunile strategice în program sunt reflectate în următoarea matrice: </w:t>
      </w:r>
    </w:p>
    <w:p w14:paraId="0A8A24F3" w14:textId="77777777" w:rsidR="00156693" w:rsidRDefault="00000000">
      <w:pPr>
        <w:keepNext/>
        <w:spacing w:before="120" w:after="60" w:line="240" w:lineRule="auto"/>
        <w:rPr>
          <w:b/>
          <w:bCs/>
          <w:sz w:val="20"/>
          <w:szCs w:val="20"/>
        </w:rPr>
      </w:pPr>
      <w:r>
        <w:rPr>
          <w:b/>
          <w:bCs/>
          <w:sz w:val="20"/>
          <w:szCs w:val="20"/>
        </w:rPr>
        <w:t>Tabel 4.  Domeniile de intervenție</w:t>
      </w:r>
    </w:p>
    <w:tbl>
      <w:tblPr>
        <w:tblStyle w:val="affffffffffffffffffffffffb"/>
        <w:tblW w:w="963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3330"/>
        <w:gridCol w:w="1560"/>
        <w:gridCol w:w="2955"/>
      </w:tblGrid>
      <w:tr w:rsidR="00156693" w14:paraId="6E240B1B" w14:textId="77777777">
        <w:trPr>
          <w:cantSplit/>
          <w:tblHeader/>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0B8405D" w14:textId="77777777" w:rsidR="00156693" w:rsidRDefault="00000000">
            <w:pPr>
              <w:jc w:val="center"/>
              <w:rPr>
                <w:sz w:val="20"/>
                <w:szCs w:val="20"/>
              </w:rPr>
            </w:pPr>
            <w:r>
              <w:rPr>
                <w:b/>
                <w:bCs/>
                <w:sz w:val="20"/>
                <w:szCs w:val="20"/>
              </w:rPr>
              <w:t>Domeniu / intervenție</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78A1191" w14:textId="77777777" w:rsidR="00156693" w:rsidRDefault="00000000">
            <w:pPr>
              <w:jc w:val="center"/>
              <w:rPr>
                <w:sz w:val="20"/>
                <w:szCs w:val="20"/>
              </w:rPr>
            </w:pPr>
            <w:r>
              <w:rPr>
                <w:b/>
                <w:bCs/>
                <w:sz w:val="20"/>
                <w:szCs w:val="20"/>
              </w:rPr>
              <w:t>Constatare preliminară 2023–2026</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6D0C32A" w14:textId="77777777" w:rsidR="00156693" w:rsidRDefault="00000000">
            <w:pPr>
              <w:jc w:val="center"/>
              <w:rPr>
                <w:sz w:val="20"/>
                <w:szCs w:val="20"/>
              </w:rPr>
            </w:pPr>
            <w:r>
              <w:rPr>
                <w:b/>
                <w:bCs/>
                <w:sz w:val="20"/>
                <w:szCs w:val="20"/>
              </w:rPr>
              <w:t>Decizie pentru 2027–2030</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1DBF3C9" w14:textId="77777777" w:rsidR="00156693" w:rsidRDefault="00000000">
            <w:pPr>
              <w:jc w:val="center"/>
              <w:rPr>
                <w:sz w:val="20"/>
                <w:szCs w:val="20"/>
              </w:rPr>
            </w:pPr>
            <w:r>
              <w:rPr>
                <w:b/>
                <w:bCs/>
                <w:sz w:val="20"/>
                <w:szCs w:val="20"/>
              </w:rPr>
              <w:t>Justificare</w:t>
            </w:r>
          </w:p>
        </w:tc>
      </w:tr>
      <w:tr w:rsidR="00156693" w14:paraId="04378DE4"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7CB07A3" w14:textId="77777777" w:rsidR="00156693" w:rsidRDefault="00000000">
            <w:pPr>
              <w:rPr>
                <w:sz w:val="20"/>
                <w:szCs w:val="20"/>
              </w:rPr>
            </w:pPr>
            <w:r>
              <w:rPr>
                <w:sz w:val="20"/>
                <w:szCs w:val="20"/>
              </w:rPr>
              <w:t>Calitatea programelor și profesionalizarea</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2F100A9" w14:textId="77777777" w:rsidR="00156693" w:rsidRDefault="00000000">
            <w:pPr>
              <w:rPr>
                <w:sz w:val="20"/>
                <w:szCs w:val="20"/>
              </w:rPr>
            </w:pPr>
            <w:r>
              <w:rPr>
                <w:sz w:val="20"/>
                <w:szCs w:val="20"/>
              </w:rPr>
              <w:t>Progrese ale cadrului și standardelor; date incomplete despre calitate și competențe validate.</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2B32465" w14:textId="77777777" w:rsidR="00156693" w:rsidRDefault="00000000">
            <w:pPr>
              <w:rPr>
                <w:sz w:val="20"/>
                <w:szCs w:val="20"/>
              </w:rPr>
            </w:pPr>
            <w:r>
              <w:rPr>
                <w:sz w:val="20"/>
                <w:szCs w:val="20"/>
              </w:rPr>
              <w:t>Continuare și reformulare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D87F7BB" w14:textId="77777777" w:rsidR="00156693" w:rsidRDefault="00000000">
            <w:pPr>
              <w:rPr>
                <w:sz w:val="20"/>
                <w:szCs w:val="20"/>
              </w:rPr>
            </w:pPr>
            <w:r>
              <w:rPr>
                <w:sz w:val="20"/>
                <w:szCs w:val="20"/>
              </w:rPr>
              <w:t>Aplicarea standardelor, evaluarea programelor și legarea formării de practică.</w:t>
            </w:r>
          </w:p>
        </w:tc>
      </w:tr>
      <w:tr w:rsidR="00156693" w14:paraId="6E5EB279"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24B05D8" w14:textId="77777777" w:rsidR="00156693" w:rsidRDefault="00000000">
            <w:pPr>
              <w:rPr>
                <w:sz w:val="20"/>
                <w:szCs w:val="20"/>
              </w:rPr>
            </w:pPr>
            <w:r>
              <w:rPr>
                <w:sz w:val="20"/>
                <w:szCs w:val="20"/>
              </w:rPr>
              <w:t xml:space="preserve">Structuri de reprezentare </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32C1B23" w14:textId="77777777" w:rsidR="00156693" w:rsidRDefault="00000000">
            <w:pPr>
              <w:rPr>
                <w:sz w:val="20"/>
                <w:szCs w:val="20"/>
              </w:rPr>
            </w:pPr>
            <w:r>
              <w:rPr>
                <w:sz w:val="20"/>
                <w:szCs w:val="20"/>
              </w:rPr>
              <w:t>Cadrul și sprijinul există; acoperirea, diversitatea și influența sunt insuficient demonstrate.</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E1A0E97" w14:textId="77777777" w:rsidR="00156693" w:rsidRDefault="00000000">
            <w:pPr>
              <w:rPr>
                <w:sz w:val="20"/>
                <w:szCs w:val="20"/>
              </w:rPr>
            </w:pPr>
            <w:r>
              <w:rPr>
                <w:sz w:val="20"/>
                <w:szCs w:val="20"/>
              </w:rPr>
              <w:t>Continuare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8AEA0E1" w14:textId="77777777" w:rsidR="00156693" w:rsidRDefault="00000000">
            <w:pPr>
              <w:rPr>
                <w:sz w:val="20"/>
                <w:szCs w:val="20"/>
              </w:rPr>
            </w:pPr>
            <w:r>
              <w:rPr>
                <w:sz w:val="20"/>
                <w:szCs w:val="20"/>
              </w:rPr>
              <w:t>Reprezentativitate, acces la resurse și răspunsuri documentate la propuneri.</w:t>
            </w:r>
          </w:p>
        </w:tc>
      </w:tr>
      <w:tr w:rsidR="00156693" w14:paraId="47708E1F"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1F1CAE3" w14:textId="77777777" w:rsidR="00156693" w:rsidRDefault="00000000">
            <w:pPr>
              <w:rPr>
                <w:sz w:val="20"/>
                <w:szCs w:val="20"/>
              </w:rPr>
            </w:pPr>
            <w:r>
              <w:rPr>
                <w:sz w:val="20"/>
                <w:szCs w:val="20"/>
              </w:rPr>
              <w:t>Structuri de tineret active</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40134E9" w14:textId="77777777" w:rsidR="00156693" w:rsidRDefault="00000000">
            <w:pPr>
              <w:rPr>
                <w:sz w:val="20"/>
                <w:szCs w:val="20"/>
              </w:rPr>
            </w:pPr>
            <w:r>
              <w:rPr>
                <w:sz w:val="20"/>
                <w:szCs w:val="20"/>
              </w:rPr>
              <w:t>Existența structurilor și formarea nu confirmă activitatea regulată.</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D57D5AA" w14:textId="77777777" w:rsidR="00156693" w:rsidRDefault="00000000">
            <w:pPr>
              <w:rPr>
                <w:sz w:val="20"/>
                <w:szCs w:val="20"/>
              </w:rPr>
            </w:pPr>
            <w:r>
              <w:rPr>
                <w:sz w:val="20"/>
                <w:szCs w:val="20"/>
              </w:rPr>
              <w:t>Reformulare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ACC0E2" w14:textId="77777777" w:rsidR="00156693" w:rsidRDefault="00000000">
            <w:pPr>
              <w:rPr>
                <w:sz w:val="20"/>
                <w:szCs w:val="20"/>
              </w:rPr>
            </w:pPr>
            <w:r>
              <w:rPr>
                <w:sz w:val="20"/>
                <w:szCs w:val="20"/>
              </w:rPr>
              <w:t>Criterii de funcționalitate, activitate regulată și rezultate ale participării.</w:t>
            </w:r>
          </w:p>
        </w:tc>
      </w:tr>
      <w:tr w:rsidR="00156693" w14:paraId="059B576E"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40903F1" w14:textId="77777777" w:rsidR="00156693" w:rsidRDefault="00000000">
            <w:pPr>
              <w:rPr>
                <w:sz w:val="20"/>
                <w:szCs w:val="20"/>
              </w:rPr>
            </w:pPr>
            <w:r>
              <w:rPr>
                <w:sz w:val="20"/>
                <w:szCs w:val="20"/>
              </w:rPr>
              <w:t>Voluntariat</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8E915BC" w14:textId="77777777" w:rsidR="00156693" w:rsidRDefault="00000000">
            <w:pPr>
              <w:rPr>
                <w:sz w:val="20"/>
                <w:szCs w:val="20"/>
              </w:rPr>
            </w:pPr>
            <w:r>
              <w:rPr>
                <w:sz w:val="20"/>
                <w:szCs w:val="20"/>
              </w:rPr>
              <w:t>Oferta nu măsoară participarea, durata sau calitatea experienței.</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0F39754" w14:textId="77777777" w:rsidR="00156693" w:rsidRDefault="00000000">
            <w:pPr>
              <w:rPr>
                <w:sz w:val="20"/>
                <w:szCs w:val="20"/>
              </w:rPr>
            </w:pPr>
            <w:r>
              <w:rPr>
                <w:sz w:val="20"/>
                <w:szCs w:val="20"/>
              </w:rPr>
              <w:t>Reformulare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C0136AC" w14:textId="77777777" w:rsidR="00156693" w:rsidRDefault="00000000">
            <w:pPr>
              <w:rPr>
                <w:sz w:val="20"/>
                <w:szCs w:val="20"/>
              </w:rPr>
            </w:pPr>
            <w:r>
              <w:rPr>
                <w:sz w:val="20"/>
                <w:szCs w:val="20"/>
              </w:rPr>
              <w:t>Participare efectivă, competențe și accesul grupurilor subreprezentate.</w:t>
            </w:r>
          </w:p>
        </w:tc>
      </w:tr>
      <w:tr w:rsidR="00156693" w14:paraId="4A56D83D"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375BCA7" w14:textId="77777777" w:rsidR="00156693" w:rsidRDefault="00000000">
            <w:pPr>
              <w:rPr>
                <w:sz w:val="20"/>
                <w:szCs w:val="20"/>
              </w:rPr>
            </w:pPr>
            <w:r>
              <w:rPr>
                <w:sz w:val="20"/>
                <w:szCs w:val="20"/>
              </w:rPr>
              <w:t>Suport local</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6D31428" w14:textId="77777777" w:rsidR="00156693" w:rsidRDefault="00000000">
            <w:pPr>
              <w:rPr>
                <w:sz w:val="20"/>
                <w:szCs w:val="20"/>
              </w:rPr>
            </w:pPr>
            <w:r>
              <w:rPr>
                <w:sz w:val="20"/>
                <w:szCs w:val="20"/>
              </w:rPr>
              <w:t>Sprijin selectiv; mecanism de cofinanțare raportat ca ne elaborat și ne aprobat.</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AB912EE" w14:textId="77777777" w:rsidR="00156693" w:rsidRDefault="00000000">
            <w:pPr>
              <w:rPr>
                <w:sz w:val="20"/>
                <w:szCs w:val="20"/>
              </w:rPr>
            </w:pPr>
            <w:r>
              <w:rPr>
                <w:sz w:val="20"/>
                <w:szCs w:val="20"/>
              </w:rPr>
              <w:t>Reformulare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9180A7B" w14:textId="77777777" w:rsidR="00156693" w:rsidRDefault="00000000">
            <w:pPr>
              <w:rPr>
                <w:sz w:val="20"/>
                <w:szCs w:val="20"/>
              </w:rPr>
            </w:pPr>
            <w:r>
              <w:rPr>
                <w:sz w:val="20"/>
                <w:szCs w:val="20"/>
              </w:rPr>
              <w:t>Sprijin diferențiat; examinarea cofinanțării după fundamentarea bugetului și capacității locale.</w:t>
            </w:r>
          </w:p>
        </w:tc>
      </w:tr>
      <w:tr w:rsidR="00156693" w14:paraId="71618219"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0B287E9" w14:textId="77777777" w:rsidR="00156693" w:rsidRDefault="00000000">
            <w:pPr>
              <w:rPr>
                <w:sz w:val="20"/>
                <w:szCs w:val="20"/>
              </w:rPr>
            </w:pPr>
            <w:r>
              <w:rPr>
                <w:sz w:val="20"/>
                <w:szCs w:val="20"/>
              </w:rPr>
              <w:t>Granturi pentru inovație socială</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14B0C3" w14:textId="77777777" w:rsidR="00156693" w:rsidRDefault="00000000">
            <w:pPr>
              <w:rPr>
                <w:sz w:val="20"/>
                <w:szCs w:val="20"/>
              </w:rPr>
            </w:pPr>
            <w:r>
              <w:rPr>
                <w:sz w:val="20"/>
                <w:szCs w:val="20"/>
              </w:rPr>
              <w:t>Identificare neuniformă a inovației sociale; efecte comunitare insuficient demonstrate.</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0CE0EBF" w14:textId="77777777" w:rsidR="00156693" w:rsidRDefault="00000000">
            <w:pPr>
              <w:rPr>
                <w:sz w:val="20"/>
                <w:szCs w:val="20"/>
              </w:rPr>
            </w:pPr>
            <w:r>
              <w:rPr>
                <w:sz w:val="20"/>
                <w:szCs w:val="20"/>
              </w:rPr>
              <w:t>Continuare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C187587" w14:textId="77777777" w:rsidR="00156693" w:rsidRDefault="00000000">
            <w:pPr>
              <w:rPr>
                <w:sz w:val="20"/>
                <w:szCs w:val="20"/>
              </w:rPr>
            </w:pPr>
            <w:r>
              <w:rPr>
                <w:sz w:val="20"/>
                <w:szCs w:val="20"/>
              </w:rPr>
              <w:t>Criterii comune, evidențe distincte ale proiectelor și beneficiarilor, evaluarea rezultatelor.</w:t>
            </w:r>
          </w:p>
        </w:tc>
      </w:tr>
      <w:tr w:rsidR="00156693" w14:paraId="1D8B1015"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4C8F2EA" w14:textId="77777777" w:rsidR="00156693" w:rsidRDefault="00000000">
            <w:pPr>
              <w:rPr>
                <w:sz w:val="20"/>
                <w:szCs w:val="20"/>
              </w:rPr>
            </w:pPr>
            <w:r>
              <w:rPr>
                <w:sz w:val="20"/>
                <w:szCs w:val="20"/>
              </w:rPr>
              <w:t xml:space="preserve">Structuri asociative studențești și inițiativele acestora </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C1BE255" w14:textId="77777777" w:rsidR="00156693" w:rsidRDefault="00000000">
            <w:pPr>
              <w:rPr>
                <w:sz w:val="20"/>
                <w:szCs w:val="20"/>
              </w:rPr>
            </w:pPr>
            <w:r>
              <w:rPr>
                <w:sz w:val="20"/>
                <w:szCs w:val="20"/>
              </w:rPr>
              <w:t>Cadru și sprijin dezvoltate spre finalul ciclului; rezultate de urmărit.</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4C6C33B" w14:textId="77777777" w:rsidR="00156693" w:rsidRDefault="00000000">
            <w:pPr>
              <w:rPr>
                <w:sz w:val="20"/>
                <w:szCs w:val="20"/>
              </w:rPr>
            </w:pPr>
            <w:r>
              <w:rPr>
                <w:sz w:val="20"/>
                <w:szCs w:val="20"/>
              </w:rPr>
              <w:t>Continuare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83C54B9" w14:textId="77777777" w:rsidR="00156693" w:rsidRDefault="00000000">
            <w:pPr>
              <w:rPr>
                <w:sz w:val="20"/>
                <w:szCs w:val="20"/>
              </w:rPr>
            </w:pPr>
            <w:r>
              <w:rPr>
                <w:sz w:val="20"/>
                <w:szCs w:val="20"/>
              </w:rPr>
              <w:t>Aplicarea cadrului, reprezentativitate, parteneriat cu administrațiile și evaluarea inițiativelor finanțate.</w:t>
            </w:r>
          </w:p>
        </w:tc>
      </w:tr>
      <w:tr w:rsidR="00156693" w14:paraId="450ECCF7"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AF4A50E" w14:textId="77777777" w:rsidR="00156693" w:rsidRDefault="00000000">
            <w:pPr>
              <w:rPr>
                <w:sz w:val="20"/>
                <w:szCs w:val="20"/>
              </w:rPr>
            </w:pPr>
            <w:r>
              <w:rPr>
                <w:sz w:val="20"/>
                <w:szCs w:val="20"/>
              </w:rPr>
              <w:lastRenderedPageBreak/>
              <w:t>Adaptarea sectorului de tineret la perspectivele integrării europene a Republicii Moldova</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6D0978" w14:textId="77777777" w:rsidR="00156693" w:rsidRDefault="00000000">
            <w:pPr>
              <w:rPr>
                <w:sz w:val="20"/>
                <w:szCs w:val="20"/>
              </w:rPr>
            </w:pPr>
            <w:r>
              <w:rPr>
                <w:sz w:val="20"/>
                <w:szCs w:val="20"/>
              </w:rPr>
              <w:t xml:space="preserve">Programul nu a avut intervenții de politici directe, dar a avut mai multe acțiuni și rezultate care contribuie la domeniu. </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010EBFA" w14:textId="77777777" w:rsidR="00156693" w:rsidRDefault="00000000">
            <w:pPr>
              <w:rPr>
                <w:sz w:val="20"/>
                <w:szCs w:val="20"/>
              </w:rPr>
            </w:pPr>
            <w:r>
              <w:rPr>
                <w:sz w:val="20"/>
                <w:szCs w:val="20"/>
              </w:rPr>
              <w:t>Inițiere</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39B62D" w14:textId="77777777" w:rsidR="00156693" w:rsidRDefault="00000000">
            <w:pPr>
              <w:rPr>
                <w:sz w:val="20"/>
                <w:szCs w:val="20"/>
              </w:rPr>
            </w:pPr>
            <w:r>
              <w:rPr>
                <w:sz w:val="20"/>
                <w:szCs w:val="20"/>
              </w:rPr>
              <w:t xml:space="preserve">Aderarea urmează să producă efecte asupra cadrului instituțional și al finanțării sectorului; efectele se evaluează prin acțiunea 2.1.2.4, iar recomandările se reflectă în revizuirea anuală (capitolul IX). </w:t>
            </w:r>
          </w:p>
        </w:tc>
      </w:tr>
      <w:tr w:rsidR="00156693" w14:paraId="17D55301"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3D9F9CB" w14:textId="77777777" w:rsidR="00156693" w:rsidRDefault="00000000">
            <w:pPr>
              <w:rPr>
                <w:sz w:val="20"/>
                <w:szCs w:val="20"/>
              </w:rPr>
            </w:pPr>
            <w:r>
              <w:rPr>
                <w:sz w:val="20"/>
                <w:szCs w:val="20"/>
              </w:rPr>
              <w:t xml:space="preserve">Reziliența democratică a tinerilor </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C50C753" w14:textId="77777777" w:rsidR="00156693" w:rsidRDefault="00000000">
            <w:pPr>
              <w:rPr>
                <w:sz w:val="20"/>
                <w:szCs w:val="20"/>
              </w:rPr>
            </w:pPr>
            <w:r>
              <w:rPr>
                <w:sz w:val="20"/>
                <w:szCs w:val="20"/>
              </w:rPr>
              <w:t xml:space="preserve">Elemente de educație democratică și media existente, fără rezultat propriu și fără urmărirea competențelor </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1FB882F" w14:textId="77777777" w:rsidR="00156693" w:rsidRDefault="00000000">
            <w:pPr>
              <w:rPr>
                <w:sz w:val="20"/>
                <w:szCs w:val="20"/>
              </w:rPr>
            </w:pPr>
            <w:r>
              <w:rPr>
                <w:sz w:val="20"/>
                <w:szCs w:val="20"/>
              </w:rPr>
              <w:t xml:space="preserve">Inițiere </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A41C10" w14:textId="77777777" w:rsidR="00156693" w:rsidRDefault="00000000">
            <w:pPr>
              <w:rPr>
                <w:sz w:val="20"/>
                <w:szCs w:val="20"/>
              </w:rPr>
            </w:pPr>
            <w:r>
              <w:rPr>
                <w:sz w:val="20"/>
                <w:szCs w:val="20"/>
              </w:rPr>
              <w:t xml:space="preserve">Protejarea participării democratice a tinerilor în contextul dezinformării și al aderării la UE. </w:t>
            </w:r>
          </w:p>
        </w:tc>
      </w:tr>
      <w:tr w:rsidR="00156693" w14:paraId="1140D670" w14:textId="77777777">
        <w:trPr>
          <w:cantSplit/>
        </w:trPr>
        <w:tc>
          <w:tcPr>
            <w:tcW w:w="17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DDE18E3" w14:textId="77777777" w:rsidR="00156693" w:rsidRDefault="00000000">
            <w:pPr>
              <w:rPr>
                <w:sz w:val="20"/>
                <w:szCs w:val="20"/>
              </w:rPr>
            </w:pPr>
            <w:r>
              <w:rPr>
                <w:sz w:val="20"/>
                <w:szCs w:val="20"/>
              </w:rPr>
              <w:t xml:space="preserve">Orientarea în carieră (nonformală) </w:t>
            </w:r>
          </w:p>
        </w:tc>
        <w:tc>
          <w:tcPr>
            <w:tcW w:w="333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C6DC043" w14:textId="77777777" w:rsidR="00156693" w:rsidRDefault="00000000">
            <w:pPr>
              <w:rPr>
                <w:sz w:val="20"/>
                <w:szCs w:val="20"/>
              </w:rPr>
            </w:pPr>
            <w:r>
              <w:rPr>
                <w:sz w:val="20"/>
                <w:szCs w:val="20"/>
              </w:rPr>
              <w:t xml:space="preserve">Fără intervenții în Programul 2023-2026 </w:t>
            </w:r>
          </w:p>
        </w:tc>
        <w:tc>
          <w:tcPr>
            <w:tcW w:w="15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975B7AA" w14:textId="77777777" w:rsidR="00156693" w:rsidRDefault="00000000">
            <w:pPr>
              <w:rPr>
                <w:sz w:val="20"/>
                <w:szCs w:val="20"/>
              </w:rPr>
            </w:pPr>
            <w:r>
              <w:rPr>
                <w:sz w:val="20"/>
                <w:szCs w:val="20"/>
              </w:rPr>
              <w:t xml:space="preserve">Inițiere </w:t>
            </w:r>
          </w:p>
        </w:tc>
        <w:tc>
          <w:tcPr>
            <w:tcW w:w="29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13A8D5" w14:textId="77777777" w:rsidR="00156693" w:rsidRDefault="00000000">
            <w:pPr>
              <w:rPr>
                <w:sz w:val="20"/>
                <w:szCs w:val="20"/>
              </w:rPr>
            </w:pPr>
            <w:r>
              <w:rPr>
                <w:sz w:val="20"/>
                <w:szCs w:val="20"/>
              </w:rPr>
              <w:t xml:space="preserve">Acces direct la elevii din clasele a VIII-a–a IX-a și din IPT, complementar curriculumului și serviciilor de ocupare. </w:t>
            </w:r>
          </w:p>
        </w:tc>
      </w:tr>
    </w:tbl>
    <w:p w14:paraId="7F6F3F1B" w14:textId="77777777" w:rsidR="00156693" w:rsidRDefault="00156693"/>
    <w:p w14:paraId="69D4E664" w14:textId="77777777" w:rsidR="00156693" w:rsidRDefault="00000000">
      <w:pPr>
        <w:jc w:val="both"/>
      </w:pPr>
      <w:r>
        <w:t xml:space="preserve">39. Capacitatea de implementare depinde de corelarea atribuțiilor Ministerului Educației și Cercetării, Agenției Naționale pentru Dezvoltarea Programelor și Activității de Tineret, autorităților administrației publice centrale de specialitate care implementează politici cu impact asupra tinerilor și autorităților administrației publice locale, cu resursele administrative și financiare disponibile. </w:t>
      </w:r>
    </w:p>
    <w:p w14:paraId="279786A3" w14:textId="77777777" w:rsidR="00156693" w:rsidRDefault="00000000">
      <w:pPr>
        <w:jc w:val="both"/>
      </w:pPr>
      <w:r>
        <w:t xml:space="preserve">40. Extinderea serviciilor și a infrastructurii de tineret necesită a fi corelată cu cererea și cu realitățile și tendințele demografice, cu capacitatea de administrare și analizată prin prisma sustenabilității financiare. Parteneriatele, inclusiv cele strategice, încheiate cu organizațiile de tineret și partenerii de dezvoltare sunt concepute pentru a asigura responsabilitatea pentru rezultate și după finalizarea proiectelor sau programelor. </w:t>
      </w:r>
    </w:p>
    <w:p w14:paraId="7B14DBCD" w14:textId="77777777" w:rsidR="00156693" w:rsidRDefault="00000000">
      <w:pPr>
        <w:jc w:val="both"/>
      </w:pPr>
      <w:r>
        <w:t xml:space="preserve">41. Procesul de aderare la Uniunea Europeană, în special în cadrul Capitolului de negociere 26, determină alinierea formală a politicilor naționale de tineret, prin corelarea direcțiilor prioritare de intervenție, obiectivelor și acțiunilor cu politicile și documentele de politici europene. </w:t>
      </w:r>
    </w:p>
    <w:p w14:paraId="6A413757" w14:textId="77777777" w:rsidR="00156693" w:rsidRDefault="00000000">
      <w:pPr>
        <w:jc w:val="both"/>
      </w:pPr>
      <w:r>
        <w:t xml:space="preserve">42. Oportunitățile de cooperare, mobilitate și finanțare, inclusiv programele Erasmus și Corpul European de Solidaritate necesită pregătirea organizațiilor și structurilor de tineret, a Centrelor de tineret și a organizațiilor necomerciale care implementează programe de tineret pentru a asigura rata înaltă de absorbție a fondurilor disponibile, prin intermediul consolidării parteneriatelor internaționale. </w:t>
      </w:r>
    </w:p>
    <w:p w14:paraId="62F4E5C9" w14:textId="77777777" w:rsidR="00156693" w:rsidRDefault="00000000">
      <w:pPr>
        <w:jc w:val="both"/>
      </w:pPr>
      <w:r>
        <w:t>43. Cadrul național privind serviciile și lucrul de tineret, inclusiv actele privind organizarea, dezvoltarea, finanțarea și evaluarea centrelor de tineret și Foaia de parcurs privind integrarea perspectivei de tineret, ridică standardul de calitate și profesionalizare, cu riscul unei aplicări neuniforme. Reforma administrativ-teritorială impune asigurarea continuității serviciilor, a personalului și a datelor, cu sprijin adaptat capacității fiecărei zone.</w:t>
      </w:r>
    </w:p>
    <w:p w14:paraId="68204069" w14:textId="77777777" w:rsidR="00156693" w:rsidRDefault="00000000">
      <w:pPr>
        <w:jc w:val="center"/>
        <w:rPr>
          <w:b/>
          <w:bCs/>
        </w:rPr>
      </w:pPr>
      <w:r>
        <w:rPr>
          <w:b/>
          <w:bCs/>
        </w:rPr>
        <w:t xml:space="preserve">Capitolul III. </w:t>
      </w:r>
    </w:p>
    <w:p w14:paraId="3853E7AB" w14:textId="77777777" w:rsidR="00156693" w:rsidRDefault="00000000">
      <w:pPr>
        <w:jc w:val="center"/>
        <w:rPr>
          <w:b/>
          <w:bCs/>
        </w:rPr>
      </w:pPr>
      <w:r>
        <w:rPr>
          <w:b/>
          <w:bCs/>
        </w:rPr>
        <w:t>OBIECTIVE GENERALE ȘI SPECIFICE</w:t>
      </w:r>
    </w:p>
    <w:p w14:paraId="05EB57B4" w14:textId="77777777" w:rsidR="00156693" w:rsidRDefault="00000000">
      <w:pPr>
        <w:jc w:val="both"/>
      </w:pPr>
      <w:r>
        <w:t xml:space="preserve">44. Programul păstrează cele trei direcții prioritare de intervenție, obiective generale, prioritățile, rezultatele și indicatorii de impact ai Strategiei, extinzând ariile de intervenție pentru a corespunde necesităților actuale ale tinerilor. Incluziunea, egalitatea de gen, capacitatea instituțională și utilizarea datelor sunt urmărite transversal, în cadrul fiecărui obiectiv. Voluntariatul, abordat distinct prin Obiectivul specific 2.3, este valorificat transversal ca modalitate de implicare a tinerilor în acțiunile Obiectivelor specifice 1.1, 2.2 și 3.1. </w:t>
      </w:r>
    </w:p>
    <w:p w14:paraId="309039EE" w14:textId="77777777" w:rsidR="00156693" w:rsidRDefault="00000000">
      <w:pPr>
        <w:jc w:val="both"/>
      </w:pPr>
      <w:r>
        <w:t>45. Obiectivul general 1. Creșterea numărului de tineri care beneficiază de programe calitative de tineret prin consolidarea capacităților în cadrul sectorului și profesionalizarea resurselor umane.</w:t>
      </w:r>
    </w:p>
    <w:p w14:paraId="280B3960" w14:textId="77777777" w:rsidR="00156693" w:rsidRDefault="00000000">
      <w:pPr>
        <w:jc w:val="both"/>
      </w:pPr>
      <w:r>
        <w:lastRenderedPageBreak/>
        <w:tab/>
        <w:t>45.1. Obiectivul specific 1.1. Extinderea, până în anul 2030, a ofertei de programe calitative și incluzive furnizate prin centrele de tineret, cu evaluarea anuală a calității acestora și validarea competențelor lucrătorilor de tineret din centre.</w:t>
      </w:r>
    </w:p>
    <w:p w14:paraId="51A4F084" w14:textId="77777777" w:rsidR="00156693" w:rsidRDefault="00000000">
      <w:pPr>
        <w:ind w:firstLine="720"/>
        <w:jc w:val="both"/>
      </w:pPr>
      <w:r>
        <w:rPr>
          <w:b/>
          <w:bCs/>
        </w:rPr>
        <w:t>Rezultat anticipat 1.1.1.</w:t>
      </w:r>
      <w:r>
        <w:t xml:space="preserve"> Centrele de tineret își diversifică oferta de programe calitative și incluzive pentru tineri, atingând numărul de 100 de programe evaluate ca fiind calitative în anul 2030.</w:t>
      </w:r>
    </w:p>
    <w:p w14:paraId="3FABCD39" w14:textId="77777777" w:rsidR="00156693" w:rsidRDefault="00000000">
      <w:pPr>
        <w:spacing w:after="60"/>
        <w:ind w:firstLine="720"/>
        <w:jc w:val="both"/>
      </w:pPr>
      <w:r>
        <w:rPr>
          <w:b/>
          <w:bCs/>
        </w:rPr>
        <w:t>Rezultat anticipat 1.1.2.</w:t>
      </w:r>
      <w:r>
        <w:t xml:space="preserve"> Centrele de tineret își consolidează capacitățile instituționale, 100% dintre centrele sprijinite dispunând de plan de dezvoltare instituțională aplicat și raportat anual.</w:t>
      </w:r>
    </w:p>
    <w:p w14:paraId="3CECD24F" w14:textId="77777777" w:rsidR="00156693" w:rsidRDefault="00000000">
      <w:pPr>
        <w:spacing w:after="60"/>
        <w:ind w:firstLine="720"/>
        <w:jc w:val="both"/>
      </w:pPr>
      <w:r>
        <w:rPr>
          <w:b/>
          <w:bCs/>
        </w:rPr>
        <w:t>Rezultat anticipat 1.1.3</w:t>
      </w:r>
      <w:r>
        <w:t>. Lucrătorii de tineret din cadrul centrelor de tineret își dezvoltă și își validează competențele profesionale, atingând rata de 100% de lucrători cu competențe validate în anul 2030.</w:t>
      </w:r>
    </w:p>
    <w:p w14:paraId="644CE8EE" w14:textId="77777777" w:rsidR="00156693" w:rsidRDefault="00000000">
      <w:pPr>
        <w:spacing w:after="60"/>
        <w:ind w:firstLine="720"/>
        <w:jc w:val="both"/>
      </w:pPr>
      <w:r>
        <w:rPr>
          <w:b/>
          <w:bCs/>
        </w:rPr>
        <w:t>Rezultat anticipat 1.1.4.</w:t>
      </w:r>
      <w:r>
        <w:t xml:space="preserve"> Elevii din clasele a VIII-a–a IX-a și din învățământul profesional tehnic beneficiază de programe nonformale de orientare în carieră și de dezvoltare a competențelor, realizate prin centrele de tineret în parteneriat cu instituțiile de învățământ, cu referire către serviciile specializate. </w:t>
      </w:r>
    </w:p>
    <w:p w14:paraId="7590D031" w14:textId="77777777" w:rsidR="00156693" w:rsidRDefault="00000000">
      <w:pPr>
        <w:jc w:val="both"/>
      </w:pPr>
      <w:r>
        <w:tab/>
        <w:t>45.2. Obiectivul specific 1.2. Diversificarea programelor realizate de organizațiile de tineret și extinderea accesului tinerilor din teritoriile insuficient deservite, pentru a atinge, până în anul 2030, numărul de 120 de programe realizate de organizațiile de tineret.</w:t>
      </w:r>
    </w:p>
    <w:p w14:paraId="4F8FF0EB" w14:textId="77777777" w:rsidR="00156693" w:rsidRDefault="00000000">
      <w:pPr>
        <w:spacing w:after="60"/>
        <w:ind w:firstLine="720"/>
        <w:jc w:val="both"/>
      </w:pPr>
      <w:r>
        <w:rPr>
          <w:b/>
          <w:bCs/>
        </w:rPr>
        <w:t xml:space="preserve">Rezultat anticipat 1.2.1. </w:t>
      </w:r>
      <w:r>
        <w:t>Tinerii din teritoriile insuficient deservite, inclusiv din localitățile fără centru de tineret funcțional, au acces sporit la programe incluzive realizate de organizațiile de tineret, inclusiv prin formate de proximitate, itinerante, mobile sau hibride, în localitățile fără centru de tineret funcțional.</w:t>
      </w:r>
    </w:p>
    <w:p w14:paraId="601A50CB" w14:textId="77777777" w:rsidR="00156693" w:rsidRDefault="00000000">
      <w:pPr>
        <w:spacing w:after="60"/>
        <w:ind w:firstLine="720"/>
        <w:jc w:val="both"/>
      </w:pPr>
      <w:r>
        <w:rPr>
          <w:b/>
          <w:bCs/>
        </w:rPr>
        <w:t xml:space="preserve">Rezultat anticipat 1.2.2. </w:t>
      </w:r>
      <w:r>
        <w:t>Organizațiile de tineret și autoritățile publice locale instituie și aplică parteneriate teritoriale pentru extinderea programelor de tineret.</w:t>
      </w:r>
    </w:p>
    <w:p w14:paraId="6C9A6B63" w14:textId="77777777" w:rsidR="00156693" w:rsidRDefault="00000000">
      <w:pPr>
        <w:spacing w:after="60"/>
        <w:ind w:firstLine="720"/>
        <w:jc w:val="both"/>
      </w:pPr>
      <w:r>
        <w:rPr>
          <w:b/>
          <w:bCs/>
        </w:rPr>
        <w:t xml:space="preserve">Rezultat anticipat 1.2.3. </w:t>
      </w:r>
      <w:r>
        <w:t>Autoritățile și instituțiile responsabile raportează printr-un mecanism unificat date complete, comparabile și dezagregate privind sectorul de tineret.</w:t>
      </w:r>
    </w:p>
    <w:p w14:paraId="7B16A787" w14:textId="77777777" w:rsidR="00156693" w:rsidRDefault="00000000">
      <w:pPr>
        <w:jc w:val="both"/>
      </w:pPr>
      <w:r>
        <w:tab/>
        <w:t xml:space="preserve">45.3. Obiectivul specific 1.3. Extinderea numerică și geografică a comunității lucrătorilor de tineret calificați, pentru a atinge, până în anul 2030, ponderea de 50% de lucrători calificați. </w:t>
      </w:r>
    </w:p>
    <w:p w14:paraId="2F25DBE8" w14:textId="77777777" w:rsidR="00156693" w:rsidRDefault="00000000">
      <w:pPr>
        <w:spacing w:after="60"/>
        <w:ind w:firstLine="720"/>
        <w:jc w:val="both"/>
      </w:pPr>
      <w:r>
        <w:rPr>
          <w:b/>
          <w:bCs/>
        </w:rPr>
        <w:t>Rezultat anticipat 1.3.1.</w:t>
      </w:r>
      <w:r>
        <w:t xml:space="preserve"> Procedurile pentru profesionalizarea, calificarea și recunoașterea competențelor privind lucrul de tineret devin funcționale și sunt aplicate anual.</w:t>
      </w:r>
    </w:p>
    <w:p w14:paraId="5A72227B" w14:textId="77777777" w:rsidR="00156693" w:rsidRDefault="00000000">
      <w:pPr>
        <w:spacing w:after="60"/>
        <w:ind w:firstLine="720"/>
        <w:jc w:val="both"/>
      </w:pPr>
      <w:r>
        <w:rPr>
          <w:b/>
          <w:bCs/>
        </w:rPr>
        <w:t>Rezultat anticipat 1.3.2</w:t>
      </w:r>
      <w:r>
        <w:t>. Lucrătorii de tineret dispun de metodologii și instrumente practice pentru a organiza lucrul de tineret calitativ și fac parte dintr-o comunitate profesională activă.</w:t>
      </w:r>
    </w:p>
    <w:p w14:paraId="67A1A24C" w14:textId="77777777" w:rsidR="00156693" w:rsidRDefault="00000000">
      <w:pPr>
        <w:spacing w:after="60"/>
        <w:ind w:firstLine="720"/>
        <w:jc w:val="both"/>
      </w:pPr>
      <w:r>
        <w:rPr>
          <w:b/>
          <w:bCs/>
        </w:rPr>
        <w:t xml:space="preserve">Rezultat anticipat 1.3.3. </w:t>
      </w:r>
      <w:r>
        <w:t>Modalitatea de salarizare, încadrare ocupațională și retenție a lucrătorilor de tineret este analizată, iar propunerile fundamentate sunt examinate de autoritățile competente.</w:t>
      </w:r>
    </w:p>
    <w:p w14:paraId="3EDC20BD" w14:textId="77777777" w:rsidR="00156693" w:rsidRDefault="00000000">
      <w:pPr>
        <w:spacing w:after="60"/>
        <w:jc w:val="both"/>
      </w:pPr>
      <w:r>
        <w:tab/>
        <w:t>45.4. Impactul scontat urmare a implementării obiectivului specific - Programele de tineret prestate de centrele de tineret și de organizațiile de tineret sunt centrate pe nevoile tinerilor, respectă criteriile de calitate și sunt accesibile tuturor categoriilor de tineri.</w:t>
      </w:r>
    </w:p>
    <w:p w14:paraId="1DE0D86A" w14:textId="77777777" w:rsidR="00156693" w:rsidRDefault="00000000">
      <w:pPr>
        <w:spacing w:after="60"/>
        <w:jc w:val="both"/>
      </w:pPr>
      <w:r>
        <w:t xml:space="preserve">45.5. Cadrul de monitorizare a Obiectivului general 1. </w:t>
      </w:r>
    </w:p>
    <w:p w14:paraId="55DB279C" w14:textId="77777777" w:rsidR="00156693" w:rsidRDefault="00000000">
      <w:pPr>
        <w:spacing w:after="60"/>
        <w:jc w:val="both"/>
        <w:rPr>
          <w:b/>
          <w:bCs/>
          <w:sz w:val="20"/>
          <w:szCs w:val="20"/>
        </w:rPr>
      </w:pPr>
      <w:r>
        <w:rPr>
          <w:b/>
          <w:bCs/>
          <w:sz w:val="20"/>
          <w:szCs w:val="20"/>
        </w:rPr>
        <w:t>Tabel 5. Monitorizare obiectiv general 1</w:t>
      </w:r>
    </w:p>
    <w:tbl>
      <w:tblPr>
        <w:tblStyle w:val="affffffffffffffffffffffffc"/>
        <w:tblW w:w="958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1980"/>
        <w:gridCol w:w="2265"/>
        <w:gridCol w:w="705"/>
        <w:gridCol w:w="810"/>
        <w:gridCol w:w="1140"/>
        <w:gridCol w:w="2040"/>
      </w:tblGrid>
      <w:tr w:rsidR="00156693" w14:paraId="2D550EA3" w14:textId="77777777">
        <w:trPr>
          <w:cantSplit/>
          <w:tblHeader/>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38B61FD" w14:textId="77777777" w:rsidR="00156693" w:rsidRDefault="00000000">
            <w:pPr>
              <w:jc w:val="center"/>
              <w:rPr>
                <w:sz w:val="20"/>
                <w:szCs w:val="20"/>
              </w:rPr>
            </w:pPr>
            <w:r>
              <w:rPr>
                <w:b/>
                <w:bCs/>
                <w:sz w:val="20"/>
                <w:szCs w:val="20"/>
              </w:rPr>
              <w:t>Cod OS</w:t>
            </w:r>
          </w:p>
        </w:tc>
        <w:tc>
          <w:tcPr>
            <w:tcW w:w="19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53B0A58" w14:textId="77777777" w:rsidR="00156693" w:rsidRDefault="00000000">
            <w:pPr>
              <w:jc w:val="center"/>
              <w:rPr>
                <w:sz w:val="20"/>
                <w:szCs w:val="20"/>
              </w:rPr>
            </w:pPr>
            <w:r>
              <w:rPr>
                <w:b/>
                <w:bCs/>
                <w:sz w:val="20"/>
                <w:szCs w:val="20"/>
              </w:rPr>
              <w:t>Rezultat urmărit până în 2030</w:t>
            </w:r>
          </w:p>
        </w:tc>
        <w:tc>
          <w:tcPr>
            <w:tcW w:w="22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0886DE" w14:textId="77777777" w:rsidR="00156693" w:rsidRDefault="00000000">
            <w:pPr>
              <w:jc w:val="center"/>
              <w:rPr>
                <w:sz w:val="20"/>
                <w:szCs w:val="20"/>
              </w:rPr>
            </w:pPr>
            <w:r>
              <w:rPr>
                <w:b/>
                <w:bCs/>
                <w:sz w:val="20"/>
                <w:szCs w:val="20"/>
              </w:rPr>
              <w:t>Indicator de rezultat / impact</w:t>
            </w:r>
          </w:p>
        </w:tc>
        <w:tc>
          <w:tcPr>
            <w:tcW w:w="70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32AD5A2" w14:textId="77777777" w:rsidR="00156693" w:rsidRDefault="00000000">
            <w:pPr>
              <w:jc w:val="center"/>
              <w:rPr>
                <w:sz w:val="20"/>
                <w:szCs w:val="20"/>
              </w:rPr>
            </w:pPr>
            <w:r>
              <w:rPr>
                <w:b/>
                <w:bCs/>
                <w:sz w:val="20"/>
                <w:szCs w:val="20"/>
              </w:rPr>
              <w:t>Bază</w:t>
            </w:r>
          </w:p>
        </w:tc>
        <w:tc>
          <w:tcPr>
            <w:tcW w:w="8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D52594D" w14:textId="77777777" w:rsidR="00156693" w:rsidRDefault="00000000">
            <w:pPr>
              <w:jc w:val="center"/>
              <w:rPr>
                <w:b/>
                <w:bCs/>
                <w:sz w:val="20"/>
                <w:szCs w:val="20"/>
              </w:rPr>
            </w:pPr>
            <w:r>
              <w:rPr>
                <w:b/>
                <w:bCs/>
                <w:sz w:val="20"/>
                <w:szCs w:val="20"/>
              </w:rPr>
              <w:t>Țintă 2028</w:t>
            </w:r>
          </w:p>
        </w:tc>
        <w:tc>
          <w:tcPr>
            <w:tcW w:w="11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B38DAAF" w14:textId="77777777" w:rsidR="00156693" w:rsidRDefault="00000000">
            <w:pPr>
              <w:jc w:val="center"/>
              <w:rPr>
                <w:sz w:val="20"/>
                <w:szCs w:val="20"/>
              </w:rPr>
            </w:pPr>
            <w:r>
              <w:rPr>
                <w:b/>
                <w:bCs/>
                <w:sz w:val="20"/>
                <w:szCs w:val="20"/>
              </w:rPr>
              <w:t>Țintă 2030</w:t>
            </w:r>
          </w:p>
        </w:tc>
        <w:tc>
          <w:tcPr>
            <w:tcW w:w="20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2A1ADB" w14:textId="77777777" w:rsidR="00156693" w:rsidRDefault="00000000">
            <w:pPr>
              <w:jc w:val="center"/>
              <w:rPr>
                <w:sz w:val="20"/>
                <w:szCs w:val="20"/>
              </w:rPr>
            </w:pPr>
            <w:r>
              <w:rPr>
                <w:b/>
                <w:bCs/>
                <w:sz w:val="20"/>
                <w:szCs w:val="20"/>
              </w:rPr>
              <w:t>Sursă / responsabil de date</w:t>
            </w:r>
          </w:p>
        </w:tc>
      </w:tr>
      <w:tr w:rsidR="00156693" w14:paraId="145986E8"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31F5D34" w14:textId="77777777" w:rsidR="00156693" w:rsidRDefault="00000000">
            <w:pPr>
              <w:spacing w:after="40"/>
              <w:rPr>
                <w:sz w:val="20"/>
                <w:szCs w:val="20"/>
              </w:rPr>
            </w:pPr>
            <w:r>
              <w:rPr>
                <w:sz w:val="20"/>
                <w:szCs w:val="20"/>
              </w:rPr>
              <w:t>OG</w:t>
            </w:r>
            <w:r>
              <w:rPr>
                <w:sz w:val="20"/>
                <w:szCs w:val="20"/>
              </w:rPr>
              <w:br/>
              <w:t>1</w:t>
            </w:r>
          </w:p>
        </w:tc>
        <w:tc>
          <w:tcPr>
            <w:tcW w:w="19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5477380" w14:textId="77777777" w:rsidR="00156693" w:rsidRDefault="00000000">
            <w:pPr>
              <w:spacing w:after="40"/>
              <w:rPr>
                <w:sz w:val="20"/>
                <w:szCs w:val="20"/>
              </w:rPr>
            </w:pPr>
            <w:r>
              <w:rPr>
                <w:sz w:val="20"/>
                <w:szCs w:val="20"/>
              </w:rPr>
              <w:t>Mai mulți tineri beneficiază de programe calitative de tineret</w:t>
            </w:r>
          </w:p>
        </w:tc>
        <w:tc>
          <w:tcPr>
            <w:tcW w:w="22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126C6A6" w14:textId="77777777" w:rsidR="00156693" w:rsidRDefault="00000000">
            <w:pPr>
              <w:spacing w:after="40"/>
              <w:rPr>
                <w:sz w:val="20"/>
                <w:szCs w:val="20"/>
              </w:rPr>
            </w:pPr>
            <w:r>
              <w:rPr>
                <w:sz w:val="20"/>
                <w:szCs w:val="20"/>
              </w:rPr>
              <w:t>I01: Ponderea tinerilor unici care beneficiază anual de programe de tineret realizate în cadrul Strategiei „Tineret 2030”.</w:t>
            </w:r>
          </w:p>
        </w:tc>
        <w:tc>
          <w:tcPr>
            <w:tcW w:w="70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79F9D48" w14:textId="77777777" w:rsidR="00156693" w:rsidRDefault="00000000">
            <w:pPr>
              <w:spacing w:after="40"/>
              <w:rPr>
                <w:sz w:val="20"/>
                <w:szCs w:val="20"/>
              </w:rPr>
            </w:pPr>
            <w:r>
              <w:rPr>
                <w:sz w:val="20"/>
                <w:szCs w:val="20"/>
              </w:rPr>
              <w:t>15%</w:t>
            </w:r>
          </w:p>
        </w:tc>
        <w:tc>
          <w:tcPr>
            <w:tcW w:w="8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16197DF" w14:textId="77777777" w:rsidR="00156693" w:rsidRDefault="00000000">
            <w:pPr>
              <w:spacing w:after="40"/>
              <w:rPr>
                <w:sz w:val="20"/>
                <w:szCs w:val="20"/>
              </w:rPr>
            </w:pPr>
            <w:r>
              <w:rPr>
                <w:sz w:val="20"/>
                <w:szCs w:val="20"/>
              </w:rPr>
              <w:t>38%</w:t>
            </w:r>
          </w:p>
        </w:tc>
        <w:tc>
          <w:tcPr>
            <w:tcW w:w="11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0BE8C8" w14:textId="77777777" w:rsidR="00156693" w:rsidRDefault="00000000">
            <w:pPr>
              <w:spacing w:after="40"/>
              <w:rPr>
                <w:sz w:val="20"/>
                <w:szCs w:val="20"/>
              </w:rPr>
            </w:pPr>
            <w:r>
              <w:rPr>
                <w:sz w:val="20"/>
                <w:szCs w:val="20"/>
              </w:rPr>
              <w:t>45%</w:t>
            </w:r>
          </w:p>
        </w:tc>
        <w:tc>
          <w:tcPr>
            <w:tcW w:w="20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BEDFEED" w14:textId="77777777" w:rsidR="00156693" w:rsidRDefault="00000000">
            <w:pPr>
              <w:spacing w:after="40"/>
              <w:rPr>
                <w:sz w:val="20"/>
                <w:szCs w:val="20"/>
              </w:rPr>
            </w:pPr>
            <w:r>
              <w:rPr>
                <w:sz w:val="20"/>
                <w:szCs w:val="20"/>
              </w:rPr>
              <w:t>Raport anual consolidat privind beneficiarii programelor și proiectelor de tineret. ANT: consolidare; validare MEC.</w:t>
            </w:r>
          </w:p>
        </w:tc>
      </w:tr>
      <w:tr w:rsidR="00156693" w14:paraId="665C663F"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99921F9" w14:textId="77777777" w:rsidR="00156693" w:rsidRDefault="00000000">
            <w:pPr>
              <w:spacing w:after="40"/>
              <w:rPr>
                <w:sz w:val="20"/>
                <w:szCs w:val="20"/>
              </w:rPr>
            </w:pPr>
            <w:r>
              <w:rPr>
                <w:sz w:val="20"/>
                <w:szCs w:val="20"/>
              </w:rPr>
              <w:lastRenderedPageBreak/>
              <w:t>OS</w:t>
            </w:r>
            <w:r>
              <w:rPr>
                <w:sz w:val="20"/>
                <w:szCs w:val="20"/>
              </w:rPr>
              <w:br/>
              <w:t>1.1</w:t>
            </w:r>
          </w:p>
        </w:tc>
        <w:tc>
          <w:tcPr>
            <w:tcW w:w="19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2B92BAF" w14:textId="77777777" w:rsidR="00156693" w:rsidRDefault="00000000">
            <w:pPr>
              <w:spacing w:after="40"/>
              <w:rPr>
                <w:sz w:val="20"/>
                <w:szCs w:val="20"/>
              </w:rPr>
            </w:pPr>
            <w:r>
              <w:rPr>
                <w:sz w:val="20"/>
                <w:szCs w:val="20"/>
              </w:rPr>
              <w:t>Centrele de tineret oferă mai multe programe calitative și incluzive pentru tineri</w:t>
            </w:r>
          </w:p>
        </w:tc>
        <w:tc>
          <w:tcPr>
            <w:tcW w:w="22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4CD88AD" w14:textId="77777777" w:rsidR="00156693" w:rsidRDefault="00000000">
            <w:pPr>
              <w:spacing w:after="40"/>
              <w:rPr>
                <w:sz w:val="20"/>
                <w:szCs w:val="20"/>
              </w:rPr>
            </w:pPr>
            <w:r>
              <w:rPr>
                <w:sz w:val="20"/>
                <w:szCs w:val="20"/>
              </w:rPr>
              <w:t>I02: Numărul total al programelor de tineret evaluate ca fiind calitative</w:t>
            </w:r>
          </w:p>
        </w:tc>
        <w:tc>
          <w:tcPr>
            <w:tcW w:w="70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C014637" w14:textId="77777777" w:rsidR="00156693" w:rsidRDefault="00000000">
            <w:pPr>
              <w:spacing w:after="40"/>
              <w:rPr>
                <w:sz w:val="20"/>
                <w:szCs w:val="20"/>
              </w:rPr>
            </w:pPr>
            <w:r>
              <w:rPr>
                <w:sz w:val="20"/>
                <w:szCs w:val="20"/>
              </w:rPr>
              <w:t>Nu există date</w:t>
            </w:r>
          </w:p>
        </w:tc>
        <w:tc>
          <w:tcPr>
            <w:tcW w:w="8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7EF7F01" w14:textId="77777777" w:rsidR="00156693" w:rsidRDefault="00000000">
            <w:pPr>
              <w:spacing w:after="40"/>
              <w:rPr>
                <w:sz w:val="20"/>
                <w:szCs w:val="20"/>
              </w:rPr>
            </w:pPr>
            <w:r>
              <w:rPr>
                <w:sz w:val="20"/>
                <w:szCs w:val="20"/>
              </w:rPr>
              <w:t>60</w:t>
            </w:r>
          </w:p>
        </w:tc>
        <w:tc>
          <w:tcPr>
            <w:tcW w:w="11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9E806BA" w14:textId="77777777" w:rsidR="00156693" w:rsidRDefault="00000000">
            <w:pPr>
              <w:spacing w:after="40"/>
              <w:rPr>
                <w:sz w:val="20"/>
                <w:szCs w:val="20"/>
              </w:rPr>
            </w:pPr>
            <w:r>
              <w:rPr>
                <w:sz w:val="20"/>
                <w:szCs w:val="20"/>
              </w:rPr>
              <w:t>100</w:t>
            </w:r>
          </w:p>
        </w:tc>
        <w:tc>
          <w:tcPr>
            <w:tcW w:w="20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55704B5" w14:textId="77777777" w:rsidR="00156693" w:rsidRDefault="00000000">
            <w:pPr>
              <w:spacing w:after="40"/>
              <w:rPr>
                <w:sz w:val="20"/>
                <w:szCs w:val="20"/>
              </w:rPr>
            </w:pPr>
            <w:r>
              <w:rPr>
                <w:sz w:val="20"/>
                <w:szCs w:val="20"/>
              </w:rPr>
              <w:t>Evaluarea anuală a programelor de tineret. ANT; validare MEC.</w:t>
            </w:r>
          </w:p>
        </w:tc>
      </w:tr>
      <w:tr w:rsidR="00156693" w14:paraId="2ABE507D"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1CB7E92" w14:textId="77777777" w:rsidR="00156693" w:rsidRDefault="00000000">
            <w:pPr>
              <w:spacing w:after="40"/>
              <w:rPr>
                <w:sz w:val="20"/>
                <w:szCs w:val="20"/>
              </w:rPr>
            </w:pPr>
            <w:r>
              <w:rPr>
                <w:sz w:val="20"/>
                <w:szCs w:val="20"/>
              </w:rPr>
              <w:t>OS</w:t>
            </w:r>
            <w:r>
              <w:rPr>
                <w:sz w:val="20"/>
                <w:szCs w:val="20"/>
              </w:rPr>
              <w:br/>
              <w:t>1.2</w:t>
            </w:r>
          </w:p>
        </w:tc>
        <w:tc>
          <w:tcPr>
            <w:tcW w:w="19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6C347EE" w14:textId="77777777" w:rsidR="00156693" w:rsidRDefault="00000000">
            <w:pPr>
              <w:spacing w:after="40"/>
              <w:rPr>
                <w:sz w:val="20"/>
                <w:szCs w:val="20"/>
              </w:rPr>
            </w:pPr>
            <w:r>
              <w:rPr>
                <w:sz w:val="20"/>
                <w:szCs w:val="20"/>
              </w:rPr>
              <w:t>Organizațiile de tineret dezvoltă și realizează mai multe programe pentru tineri</w:t>
            </w:r>
          </w:p>
        </w:tc>
        <w:tc>
          <w:tcPr>
            <w:tcW w:w="22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CAB6BB3" w14:textId="77777777" w:rsidR="00156693" w:rsidRDefault="00000000">
            <w:pPr>
              <w:spacing w:after="40"/>
              <w:rPr>
                <w:sz w:val="20"/>
                <w:szCs w:val="20"/>
              </w:rPr>
            </w:pPr>
            <w:r>
              <w:rPr>
                <w:sz w:val="20"/>
                <w:szCs w:val="20"/>
              </w:rPr>
              <w:t xml:space="preserve">I03: Numărul programelor realizate de organizațiile de tineret, raportat anual. </w:t>
            </w:r>
          </w:p>
          <w:p w14:paraId="174F94B6" w14:textId="77777777" w:rsidR="00156693" w:rsidRDefault="00000000">
            <w:pPr>
              <w:spacing w:after="40"/>
              <w:rPr>
                <w:sz w:val="20"/>
                <w:szCs w:val="20"/>
              </w:rPr>
            </w:pPr>
            <w:r>
              <w:rPr>
                <w:sz w:val="20"/>
                <w:szCs w:val="20"/>
              </w:rPr>
              <w:t>Numărul beneficiarilor programelor dezagregat pe gen, vârstă, mediu de reședință, statut socioeconomic, etnie și statut migrațional.</w:t>
            </w:r>
          </w:p>
        </w:tc>
        <w:tc>
          <w:tcPr>
            <w:tcW w:w="70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308C60F" w14:textId="77777777" w:rsidR="00156693" w:rsidRDefault="00000000">
            <w:pPr>
              <w:spacing w:after="40"/>
              <w:rPr>
                <w:sz w:val="20"/>
                <w:szCs w:val="20"/>
              </w:rPr>
            </w:pPr>
            <w:r>
              <w:rPr>
                <w:sz w:val="20"/>
                <w:szCs w:val="20"/>
              </w:rPr>
              <w:t>Nu există date</w:t>
            </w:r>
          </w:p>
        </w:tc>
        <w:tc>
          <w:tcPr>
            <w:tcW w:w="8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2A31346" w14:textId="77777777" w:rsidR="00156693" w:rsidRDefault="00000000">
            <w:pPr>
              <w:spacing w:after="40"/>
              <w:rPr>
                <w:sz w:val="20"/>
                <w:szCs w:val="20"/>
              </w:rPr>
            </w:pPr>
            <w:r>
              <w:rPr>
                <w:sz w:val="20"/>
                <w:szCs w:val="20"/>
              </w:rPr>
              <w:t>80</w:t>
            </w:r>
          </w:p>
        </w:tc>
        <w:tc>
          <w:tcPr>
            <w:tcW w:w="11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5275EDD" w14:textId="77777777" w:rsidR="00156693" w:rsidRDefault="00000000">
            <w:pPr>
              <w:spacing w:after="40"/>
              <w:rPr>
                <w:sz w:val="20"/>
                <w:szCs w:val="20"/>
              </w:rPr>
            </w:pPr>
            <w:r>
              <w:rPr>
                <w:sz w:val="20"/>
                <w:szCs w:val="20"/>
              </w:rPr>
              <w:t>120</w:t>
            </w:r>
          </w:p>
        </w:tc>
        <w:tc>
          <w:tcPr>
            <w:tcW w:w="20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6F167B" w14:textId="77777777" w:rsidR="00156693" w:rsidRDefault="00000000">
            <w:pPr>
              <w:spacing w:after="40"/>
              <w:rPr>
                <w:sz w:val="20"/>
                <w:szCs w:val="20"/>
              </w:rPr>
            </w:pPr>
            <w:r>
              <w:rPr>
                <w:sz w:val="20"/>
                <w:szCs w:val="20"/>
              </w:rPr>
              <w:t>Raport anual de evaluare a proiectelor și rapoarte colectate. ANT; validare MEC.</w:t>
            </w:r>
          </w:p>
        </w:tc>
      </w:tr>
      <w:tr w:rsidR="00156693" w14:paraId="420F91CF"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222A326" w14:textId="77777777" w:rsidR="00156693" w:rsidRDefault="00000000">
            <w:pPr>
              <w:spacing w:after="40"/>
              <w:rPr>
                <w:sz w:val="20"/>
                <w:szCs w:val="20"/>
              </w:rPr>
            </w:pPr>
            <w:r>
              <w:rPr>
                <w:sz w:val="20"/>
                <w:szCs w:val="20"/>
              </w:rPr>
              <w:t>OS</w:t>
            </w:r>
            <w:r>
              <w:rPr>
                <w:sz w:val="20"/>
                <w:szCs w:val="20"/>
              </w:rPr>
              <w:br/>
              <w:t>1.3</w:t>
            </w:r>
          </w:p>
        </w:tc>
        <w:tc>
          <w:tcPr>
            <w:tcW w:w="19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D9DD8A" w14:textId="77777777" w:rsidR="00156693" w:rsidRDefault="00000000">
            <w:pPr>
              <w:spacing w:after="40"/>
              <w:rPr>
                <w:sz w:val="20"/>
                <w:szCs w:val="20"/>
              </w:rPr>
            </w:pPr>
            <w:r>
              <w:rPr>
                <w:sz w:val="20"/>
                <w:szCs w:val="20"/>
              </w:rPr>
              <w:t>Comunitatea lucrătorilor de tineret calificați este extinsă numeric și geografic</w:t>
            </w:r>
          </w:p>
        </w:tc>
        <w:tc>
          <w:tcPr>
            <w:tcW w:w="22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14F72F" w14:textId="77777777" w:rsidR="00156693" w:rsidRDefault="00000000">
            <w:pPr>
              <w:spacing w:after="40"/>
              <w:rPr>
                <w:sz w:val="20"/>
                <w:szCs w:val="20"/>
              </w:rPr>
            </w:pPr>
            <w:r>
              <w:rPr>
                <w:sz w:val="20"/>
                <w:szCs w:val="20"/>
              </w:rPr>
              <w:t xml:space="preserve">I04: Ponderea lucrătorilor de tineret calificați în totalul lucrătorilor de tineret dezagregat pe vârstă  și mediu de reședință. </w:t>
            </w:r>
          </w:p>
        </w:tc>
        <w:tc>
          <w:tcPr>
            <w:tcW w:w="70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5BB02D" w14:textId="77777777" w:rsidR="00156693" w:rsidRDefault="00000000">
            <w:pPr>
              <w:spacing w:after="40"/>
              <w:rPr>
                <w:sz w:val="20"/>
                <w:szCs w:val="20"/>
              </w:rPr>
            </w:pPr>
            <w:r>
              <w:rPr>
                <w:sz w:val="20"/>
                <w:szCs w:val="20"/>
              </w:rPr>
              <w:t>Nu există date</w:t>
            </w:r>
          </w:p>
        </w:tc>
        <w:tc>
          <w:tcPr>
            <w:tcW w:w="8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D82699E" w14:textId="77777777" w:rsidR="00156693" w:rsidRDefault="00000000">
            <w:pPr>
              <w:spacing w:after="40"/>
              <w:rPr>
                <w:sz w:val="20"/>
                <w:szCs w:val="20"/>
              </w:rPr>
            </w:pPr>
            <w:r>
              <w:rPr>
                <w:sz w:val="20"/>
                <w:szCs w:val="20"/>
              </w:rPr>
              <w:t>42%</w:t>
            </w:r>
          </w:p>
        </w:tc>
        <w:tc>
          <w:tcPr>
            <w:tcW w:w="11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F1A9FE0" w14:textId="77777777" w:rsidR="00156693" w:rsidRDefault="00000000">
            <w:pPr>
              <w:spacing w:after="40"/>
              <w:rPr>
                <w:sz w:val="20"/>
                <w:szCs w:val="20"/>
              </w:rPr>
            </w:pPr>
            <w:r>
              <w:rPr>
                <w:sz w:val="20"/>
                <w:szCs w:val="20"/>
              </w:rPr>
              <w:t>50%</w:t>
            </w:r>
          </w:p>
        </w:tc>
        <w:tc>
          <w:tcPr>
            <w:tcW w:w="20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B74272C" w14:textId="77777777" w:rsidR="00156693" w:rsidRDefault="00000000">
            <w:pPr>
              <w:spacing w:after="40"/>
              <w:rPr>
                <w:sz w:val="20"/>
                <w:szCs w:val="20"/>
              </w:rPr>
            </w:pPr>
            <w:r>
              <w:rPr>
                <w:sz w:val="20"/>
                <w:szCs w:val="20"/>
              </w:rPr>
              <w:t>Registrul național al lucrătorilor de tineret. ANT/MEC.</w:t>
            </w:r>
          </w:p>
        </w:tc>
      </w:tr>
    </w:tbl>
    <w:p w14:paraId="6A598F55" w14:textId="77777777" w:rsidR="00156693" w:rsidRDefault="00156693">
      <w:pPr>
        <w:spacing w:after="60"/>
        <w:jc w:val="both"/>
      </w:pPr>
    </w:p>
    <w:p w14:paraId="08DCA79E" w14:textId="77777777" w:rsidR="00156693" w:rsidRDefault="00000000">
      <w:pPr>
        <w:spacing w:after="60"/>
        <w:jc w:val="both"/>
      </w:pPr>
      <w:r>
        <w:t>46.  Obiectivul general 2. Creșterea nivelului de participare și implicare civică prin programe de instruire, capacitare și împuternicire a tinerilor.</w:t>
      </w:r>
    </w:p>
    <w:p w14:paraId="141715EB" w14:textId="77777777" w:rsidR="00156693" w:rsidRDefault="00000000">
      <w:pPr>
        <w:spacing w:after="60"/>
        <w:jc w:val="both"/>
      </w:pPr>
      <w:r>
        <w:t xml:space="preserve"> </w:t>
      </w:r>
      <w:r>
        <w:tab/>
        <w:t>46.1. Obiectivul specific 2.1. Consolidarea structurilor de reprezentare și a mecanismelor de participare și co-management, pentru a atinge, până în anul 2030, ponderea de 85% de autorități care implică tinerii și structurile de tineret în procesele decizionale.</w:t>
      </w:r>
    </w:p>
    <w:p w14:paraId="54B090B7" w14:textId="77777777" w:rsidR="00156693" w:rsidRDefault="00000000">
      <w:pPr>
        <w:spacing w:after="60"/>
        <w:ind w:firstLine="720"/>
        <w:jc w:val="both"/>
      </w:pPr>
      <w:r>
        <w:rPr>
          <w:b/>
          <w:bCs/>
        </w:rPr>
        <w:t xml:space="preserve">Rezultat anticipat 2.1.1. </w:t>
      </w:r>
      <w:r>
        <w:t>Autoritățile creează și mențin structuri de co-management funcționale în domeniul de tineret, în baza unui cadru instituționalizat și a unor criterii de funcționalitate aprobate.</w:t>
      </w:r>
    </w:p>
    <w:p w14:paraId="14ACAD1A" w14:textId="77777777" w:rsidR="00156693" w:rsidRDefault="00000000">
      <w:pPr>
        <w:spacing w:after="60"/>
        <w:ind w:firstLine="720"/>
        <w:jc w:val="both"/>
      </w:pPr>
      <w:r>
        <w:rPr>
          <w:b/>
          <w:bCs/>
        </w:rPr>
        <w:t>Rezultat anticipat 2.1.2.</w:t>
      </w:r>
      <w:r>
        <w:t xml:space="preserve"> Mai multe autorități publice locale și instituții implică tinerii și structurile de participare ale tinerilor în procesele decizionale, cu răspunsuri motivate urmărite până la decizie.</w:t>
      </w:r>
    </w:p>
    <w:p w14:paraId="3F797225" w14:textId="77777777" w:rsidR="00156693" w:rsidRDefault="00000000">
      <w:pPr>
        <w:spacing w:after="60"/>
        <w:ind w:firstLine="720"/>
        <w:jc w:val="both"/>
      </w:pPr>
      <w:r>
        <w:rPr>
          <w:b/>
          <w:bCs/>
        </w:rPr>
        <w:t>Rezultat anticipat 2.1.3</w:t>
      </w:r>
      <w:r>
        <w:t>. Mai multe platforme și oportunități de participare internațională a tinerilor devin operaționale și accesibile.</w:t>
      </w:r>
    </w:p>
    <w:p w14:paraId="311CDC05" w14:textId="77777777" w:rsidR="00156693" w:rsidRDefault="00000000">
      <w:pPr>
        <w:spacing w:after="60"/>
        <w:ind w:firstLine="720"/>
        <w:jc w:val="both"/>
      </w:pPr>
      <w:r>
        <w:rPr>
          <w:b/>
          <w:bCs/>
        </w:rPr>
        <w:t>Rezultat anticipat 2.1.4.</w:t>
      </w:r>
      <w:r>
        <w:t xml:space="preserve"> Tinerii își consolidează reziliența democratică prin competențe de gândire critică, educație media și digitală, inclusiv privind dezinformarea și utilizarea critică a instrumentelor de inteligență artificială, și prin cunoașterea funcționării instituțiilor alese. </w:t>
      </w:r>
    </w:p>
    <w:p w14:paraId="3B3178D8" w14:textId="77777777" w:rsidR="00156693" w:rsidRDefault="00000000">
      <w:pPr>
        <w:spacing w:after="60"/>
        <w:jc w:val="both"/>
      </w:pPr>
      <w:r>
        <w:tab/>
        <w:t>46.2. Obiectivul specific 2.2. Consolidarea structurilor și grupurilor de tineri funcționale și active care realizează inițiative civice și contribuie la dezvoltarea comunitară, pentru a atinge, până în anul 2030, numărul de 100 de structuri ale tinerilor care realizează inițiative civice.</w:t>
      </w:r>
    </w:p>
    <w:p w14:paraId="73F5C5D1" w14:textId="77777777" w:rsidR="00156693" w:rsidRDefault="00000000">
      <w:pPr>
        <w:spacing w:after="60"/>
        <w:ind w:firstLine="720"/>
        <w:jc w:val="both"/>
      </w:pPr>
      <w:r>
        <w:rPr>
          <w:b/>
          <w:bCs/>
        </w:rPr>
        <w:t>Rezultat anticipat 2.2.1</w:t>
      </w:r>
      <w:r>
        <w:t xml:space="preserve">. Mai mulți tineri dețin competențele și abilitățile de viață, necesare pentru a se implica activ și a organiza comunități. </w:t>
      </w:r>
    </w:p>
    <w:p w14:paraId="36B2CA7A" w14:textId="77777777" w:rsidR="00156693" w:rsidRDefault="00000000">
      <w:pPr>
        <w:spacing w:after="60"/>
        <w:ind w:firstLine="720"/>
        <w:jc w:val="both"/>
      </w:pPr>
      <w:r>
        <w:rPr>
          <w:b/>
          <w:bCs/>
        </w:rPr>
        <w:t xml:space="preserve">Rezultat anticipat 2.2.2. </w:t>
      </w:r>
      <w:r>
        <w:t>Mai multe grupuri comunitare ale tinerilor sunt create, realizează inițiative civice și își mențin activitatea după încheierea finanțării inițiale.</w:t>
      </w:r>
    </w:p>
    <w:p w14:paraId="040E855D" w14:textId="77777777" w:rsidR="00156693" w:rsidRDefault="00000000">
      <w:pPr>
        <w:spacing w:after="60"/>
        <w:ind w:firstLine="720"/>
        <w:jc w:val="both"/>
      </w:pPr>
      <w:r>
        <w:rPr>
          <w:b/>
          <w:bCs/>
        </w:rPr>
        <w:t>Rezultat anticipat 2.2.3.</w:t>
      </w:r>
      <w:r>
        <w:t xml:space="preserve"> Se extinde numărul de organizații de tineret active și se consolidează colaborarea intersectorială a organizațiilor care lucrează cu și pentru tineri, inclusiv prin mecanismul organizației-gazdă pentru grupurile fără personalitate juridică.</w:t>
      </w:r>
    </w:p>
    <w:p w14:paraId="3C1EE87F" w14:textId="77777777" w:rsidR="00156693" w:rsidRDefault="00000000">
      <w:pPr>
        <w:spacing w:after="60"/>
        <w:ind w:firstLine="720"/>
        <w:jc w:val="both"/>
      </w:pPr>
      <w:r>
        <w:lastRenderedPageBreak/>
        <w:t>46.3. Impactul scontat urmare a implementării Obiectivului specific este că tinerii dețin competențele și motivația necesare pentru a se implica activ și calitativ în viața comunității, iar propunerile lor produc efecte verificabile în deciziile publice.</w:t>
      </w:r>
    </w:p>
    <w:p w14:paraId="08CA3452" w14:textId="77777777" w:rsidR="00156693" w:rsidRDefault="00000000">
      <w:pPr>
        <w:spacing w:after="60"/>
        <w:jc w:val="both"/>
      </w:pPr>
      <w:r>
        <w:tab/>
        <w:t>46.4. Obiectivul specific 2.3. Extinderea accesului la programe de voluntariat și a participării efective, incluzive și continue a tinerilor, pentru a atinge, până în anul 2030, numărul cumulativ de 1000 de oportunități de voluntariat disponibile pe platforma națională.</w:t>
      </w:r>
    </w:p>
    <w:p w14:paraId="5045DBA5" w14:textId="77777777" w:rsidR="00156693" w:rsidRDefault="00000000">
      <w:pPr>
        <w:spacing w:after="60"/>
        <w:ind w:firstLine="720"/>
        <w:jc w:val="both"/>
      </w:pPr>
      <w:r>
        <w:rPr>
          <w:b/>
          <w:bCs/>
        </w:rPr>
        <w:t>Rezultat anticipat 2.3.1.</w:t>
      </w:r>
      <w:r>
        <w:t xml:space="preserve"> Cadrul normativ privind activitatea de voluntariat este aplicat, iar normele subsecvente necesare implementării Legii nr. 326/2025 sunt aprobate.</w:t>
      </w:r>
    </w:p>
    <w:p w14:paraId="23082914" w14:textId="77777777" w:rsidR="00156693" w:rsidRDefault="00000000">
      <w:pPr>
        <w:spacing w:after="60"/>
        <w:ind w:firstLine="720"/>
        <w:jc w:val="both"/>
      </w:pPr>
      <w:r>
        <w:rPr>
          <w:b/>
          <w:bCs/>
        </w:rPr>
        <w:t xml:space="preserve">Rezultat anticipat 2.3.2. </w:t>
      </w:r>
      <w:r>
        <w:t>Platforma națională a oportunităților de voluntariat este funcțională, administrată și utilizată.</w:t>
      </w:r>
    </w:p>
    <w:p w14:paraId="0B1C9978" w14:textId="77777777" w:rsidR="00156693" w:rsidRDefault="00000000">
      <w:pPr>
        <w:spacing w:after="60"/>
        <w:ind w:firstLine="720"/>
        <w:jc w:val="both"/>
      </w:pPr>
      <w:r>
        <w:rPr>
          <w:b/>
          <w:bCs/>
        </w:rPr>
        <w:t>Rezultat anticipat 2.3.3.</w:t>
      </w:r>
      <w:r>
        <w:t xml:space="preserve"> Tinerii voluntari beneficiază de programe certificate și de recunoașterea competențelor dobândite, inclusiv printr-un portofoliu individual de competențe.</w:t>
      </w:r>
    </w:p>
    <w:p w14:paraId="633842B8" w14:textId="77777777" w:rsidR="00156693" w:rsidRDefault="00000000">
      <w:pPr>
        <w:spacing w:after="60"/>
        <w:ind w:firstLine="720"/>
        <w:jc w:val="both"/>
      </w:pPr>
      <w:r>
        <w:t>46.5. Impactul scontat urmare a implementării Obiectivului specific este că tinerii participă voluntar, în mod efectiv, incluziv și continuu, în inițiative de interes public, își dezvoltă competențe recunoscute și contribuie la comunități mai coezive.</w:t>
      </w:r>
    </w:p>
    <w:p w14:paraId="00647A8B" w14:textId="77777777" w:rsidR="00156693" w:rsidRDefault="00000000">
      <w:pPr>
        <w:spacing w:after="60"/>
        <w:ind w:firstLine="720"/>
        <w:jc w:val="both"/>
      </w:pPr>
      <w:r>
        <w:t xml:space="preserve">46.6. Cadrul de monitorizare a obiectivului general 2. </w:t>
      </w:r>
    </w:p>
    <w:p w14:paraId="29BDD6FA" w14:textId="77777777" w:rsidR="00156693" w:rsidRDefault="00000000">
      <w:pPr>
        <w:keepNext/>
        <w:spacing w:before="120" w:after="60" w:line="240" w:lineRule="auto"/>
        <w:rPr>
          <w:b/>
          <w:bCs/>
          <w:sz w:val="20"/>
          <w:szCs w:val="20"/>
        </w:rPr>
      </w:pPr>
      <w:r>
        <w:rPr>
          <w:b/>
          <w:bCs/>
          <w:sz w:val="20"/>
          <w:szCs w:val="20"/>
        </w:rPr>
        <w:t>Tabel 6. Monitorizare obiectiv general 2</w:t>
      </w:r>
    </w:p>
    <w:tbl>
      <w:tblPr>
        <w:tblStyle w:val="affffffffffffffffffffffffd"/>
        <w:tblW w:w="961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1710"/>
        <w:gridCol w:w="2250"/>
        <w:gridCol w:w="870"/>
        <w:gridCol w:w="825"/>
        <w:gridCol w:w="960"/>
        <w:gridCol w:w="2355"/>
      </w:tblGrid>
      <w:tr w:rsidR="00156693" w14:paraId="165E6AC0" w14:textId="77777777">
        <w:trPr>
          <w:cantSplit/>
          <w:tblHeader/>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ECFC4D" w14:textId="77777777" w:rsidR="00156693" w:rsidRDefault="00000000">
            <w:pPr>
              <w:jc w:val="center"/>
              <w:rPr>
                <w:sz w:val="20"/>
                <w:szCs w:val="20"/>
              </w:rPr>
            </w:pPr>
            <w:r>
              <w:rPr>
                <w:b/>
                <w:bCs/>
                <w:sz w:val="20"/>
                <w:szCs w:val="20"/>
              </w:rPr>
              <w:t>Cod OS</w:t>
            </w:r>
          </w:p>
        </w:tc>
        <w:tc>
          <w:tcPr>
            <w:tcW w:w="17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8980924" w14:textId="77777777" w:rsidR="00156693" w:rsidRDefault="00000000">
            <w:pPr>
              <w:jc w:val="center"/>
              <w:rPr>
                <w:sz w:val="20"/>
                <w:szCs w:val="20"/>
              </w:rPr>
            </w:pPr>
            <w:r>
              <w:rPr>
                <w:b/>
                <w:bCs/>
                <w:sz w:val="20"/>
                <w:szCs w:val="20"/>
              </w:rPr>
              <w:t>Rezultat urmărit până în 2030</w:t>
            </w:r>
          </w:p>
        </w:tc>
        <w:tc>
          <w:tcPr>
            <w:tcW w:w="22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BA36499" w14:textId="77777777" w:rsidR="00156693" w:rsidRDefault="00000000">
            <w:pPr>
              <w:jc w:val="center"/>
              <w:rPr>
                <w:sz w:val="20"/>
                <w:szCs w:val="20"/>
              </w:rPr>
            </w:pPr>
            <w:r>
              <w:rPr>
                <w:b/>
                <w:bCs/>
                <w:sz w:val="20"/>
                <w:szCs w:val="20"/>
              </w:rPr>
              <w:t>Indicator de rezultat / impact</w:t>
            </w:r>
          </w:p>
        </w:tc>
        <w:tc>
          <w:tcPr>
            <w:tcW w:w="8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657161A" w14:textId="77777777" w:rsidR="00156693" w:rsidRDefault="00000000">
            <w:pPr>
              <w:jc w:val="center"/>
              <w:rPr>
                <w:sz w:val="20"/>
                <w:szCs w:val="20"/>
              </w:rPr>
            </w:pPr>
            <w:r>
              <w:rPr>
                <w:b/>
                <w:bCs/>
                <w:sz w:val="20"/>
                <w:szCs w:val="20"/>
              </w:rPr>
              <w:t>Bază</w:t>
            </w:r>
          </w:p>
        </w:tc>
        <w:tc>
          <w:tcPr>
            <w:tcW w:w="8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F7B916" w14:textId="77777777" w:rsidR="00156693" w:rsidRDefault="00000000">
            <w:pPr>
              <w:jc w:val="center"/>
              <w:rPr>
                <w:b/>
                <w:bCs/>
                <w:sz w:val="20"/>
                <w:szCs w:val="20"/>
              </w:rPr>
            </w:pPr>
            <w:r>
              <w:rPr>
                <w:b/>
                <w:bCs/>
                <w:sz w:val="20"/>
                <w:szCs w:val="20"/>
              </w:rPr>
              <w:t>Țintă 2028</w:t>
            </w:r>
          </w:p>
        </w:tc>
        <w:tc>
          <w:tcPr>
            <w:tcW w:w="9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B84726E" w14:textId="77777777" w:rsidR="00156693" w:rsidRDefault="00000000">
            <w:pPr>
              <w:jc w:val="center"/>
              <w:rPr>
                <w:sz w:val="20"/>
                <w:szCs w:val="20"/>
              </w:rPr>
            </w:pPr>
            <w:r>
              <w:rPr>
                <w:b/>
                <w:bCs/>
                <w:sz w:val="20"/>
                <w:szCs w:val="20"/>
              </w:rPr>
              <w:t>Țintă 2030</w:t>
            </w:r>
          </w:p>
        </w:tc>
        <w:tc>
          <w:tcPr>
            <w:tcW w:w="23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326E650" w14:textId="77777777" w:rsidR="00156693" w:rsidRDefault="00000000">
            <w:pPr>
              <w:jc w:val="center"/>
              <w:rPr>
                <w:sz w:val="20"/>
                <w:szCs w:val="20"/>
              </w:rPr>
            </w:pPr>
            <w:r>
              <w:rPr>
                <w:b/>
                <w:bCs/>
                <w:sz w:val="20"/>
                <w:szCs w:val="20"/>
              </w:rPr>
              <w:t>Sursă / responsabil de date</w:t>
            </w:r>
          </w:p>
        </w:tc>
      </w:tr>
      <w:tr w:rsidR="00156693" w14:paraId="2B69D4AC"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F31F981" w14:textId="77777777" w:rsidR="00156693" w:rsidRDefault="00000000">
            <w:pPr>
              <w:spacing w:after="40"/>
              <w:rPr>
                <w:sz w:val="20"/>
                <w:szCs w:val="20"/>
              </w:rPr>
            </w:pPr>
            <w:r>
              <w:rPr>
                <w:sz w:val="20"/>
                <w:szCs w:val="20"/>
              </w:rPr>
              <w:t>OG</w:t>
            </w:r>
            <w:r>
              <w:rPr>
                <w:sz w:val="20"/>
                <w:szCs w:val="20"/>
              </w:rPr>
              <w:br/>
              <w:t>2</w:t>
            </w:r>
          </w:p>
        </w:tc>
        <w:tc>
          <w:tcPr>
            <w:tcW w:w="17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B3D94B7" w14:textId="77777777" w:rsidR="00156693" w:rsidRDefault="00000000">
            <w:pPr>
              <w:spacing w:after="40"/>
              <w:rPr>
                <w:sz w:val="20"/>
                <w:szCs w:val="20"/>
              </w:rPr>
            </w:pPr>
            <w:r>
              <w:rPr>
                <w:sz w:val="20"/>
                <w:szCs w:val="20"/>
              </w:rPr>
              <w:t>Mai mulți tineri se implică civic și în procesele decizionale</w:t>
            </w:r>
          </w:p>
        </w:tc>
        <w:tc>
          <w:tcPr>
            <w:tcW w:w="22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47F1BEE" w14:textId="77777777" w:rsidR="00156693" w:rsidRDefault="00000000">
            <w:pPr>
              <w:spacing w:after="40"/>
              <w:rPr>
                <w:sz w:val="20"/>
                <w:szCs w:val="20"/>
              </w:rPr>
            </w:pPr>
            <w:r>
              <w:rPr>
                <w:sz w:val="20"/>
                <w:szCs w:val="20"/>
              </w:rPr>
              <w:t>I05: Rata de implicare a tinerilor în activități civice și procese decizionale.</w:t>
            </w:r>
          </w:p>
        </w:tc>
        <w:tc>
          <w:tcPr>
            <w:tcW w:w="8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B5F3F39" w14:textId="77777777" w:rsidR="00156693" w:rsidRDefault="00000000">
            <w:pPr>
              <w:spacing w:after="40"/>
              <w:rPr>
                <w:sz w:val="20"/>
                <w:szCs w:val="20"/>
              </w:rPr>
            </w:pPr>
            <w:r>
              <w:rPr>
                <w:sz w:val="20"/>
                <w:szCs w:val="20"/>
              </w:rPr>
              <w:t>5%</w:t>
            </w:r>
          </w:p>
        </w:tc>
        <w:tc>
          <w:tcPr>
            <w:tcW w:w="8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009254E" w14:textId="77777777" w:rsidR="00156693" w:rsidRDefault="00000000">
            <w:pPr>
              <w:spacing w:after="40"/>
              <w:rPr>
                <w:sz w:val="20"/>
                <w:szCs w:val="20"/>
                <w:highlight w:val="white"/>
              </w:rPr>
            </w:pPr>
            <w:r>
              <w:rPr>
                <w:sz w:val="20"/>
                <w:szCs w:val="20"/>
                <w:highlight w:val="white"/>
              </w:rPr>
              <w:t>12%</w:t>
            </w:r>
          </w:p>
        </w:tc>
        <w:tc>
          <w:tcPr>
            <w:tcW w:w="9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9E8F2A2" w14:textId="77777777" w:rsidR="00156693" w:rsidRDefault="00000000">
            <w:pPr>
              <w:spacing w:after="40"/>
              <w:rPr>
                <w:sz w:val="20"/>
                <w:szCs w:val="20"/>
              </w:rPr>
            </w:pPr>
            <w:r>
              <w:rPr>
                <w:sz w:val="20"/>
                <w:szCs w:val="20"/>
              </w:rPr>
              <w:t>20%</w:t>
            </w:r>
          </w:p>
        </w:tc>
        <w:tc>
          <w:tcPr>
            <w:tcW w:w="23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8B10DC4" w14:textId="77777777" w:rsidR="00156693" w:rsidRDefault="00000000">
            <w:pPr>
              <w:spacing w:after="40"/>
              <w:rPr>
                <w:sz w:val="20"/>
                <w:szCs w:val="20"/>
              </w:rPr>
            </w:pPr>
            <w:r>
              <w:rPr>
                <w:sz w:val="20"/>
                <w:szCs w:val="20"/>
              </w:rPr>
              <w:t>Studiu privind participarea civică a tinerilor; rapoarte anuale ale partenerilor și autorităților. ANT/MEC.</w:t>
            </w:r>
          </w:p>
        </w:tc>
      </w:tr>
      <w:tr w:rsidR="00156693" w14:paraId="4C786498"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10945E" w14:textId="77777777" w:rsidR="00156693" w:rsidRDefault="00000000">
            <w:pPr>
              <w:spacing w:after="40"/>
              <w:rPr>
                <w:sz w:val="20"/>
                <w:szCs w:val="20"/>
              </w:rPr>
            </w:pPr>
            <w:r>
              <w:rPr>
                <w:sz w:val="20"/>
                <w:szCs w:val="20"/>
              </w:rPr>
              <w:t>OS</w:t>
            </w:r>
            <w:r>
              <w:rPr>
                <w:sz w:val="20"/>
                <w:szCs w:val="20"/>
              </w:rPr>
              <w:br/>
              <w:t>2.1</w:t>
            </w:r>
          </w:p>
        </w:tc>
        <w:tc>
          <w:tcPr>
            <w:tcW w:w="17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5189160" w14:textId="77777777" w:rsidR="00156693" w:rsidRDefault="00000000">
            <w:pPr>
              <w:spacing w:after="40"/>
              <w:rPr>
                <w:sz w:val="20"/>
                <w:szCs w:val="20"/>
              </w:rPr>
            </w:pPr>
            <w:r>
              <w:rPr>
                <w:sz w:val="20"/>
                <w:szCs w:val="20"/>
              </w:rPr>
              <w:t>Mai multe structuri de reprezentare ale tinerilor devin funcționale</w:t>
            </w:r>
          </w:p>
        </w:tc>
        <w:tc>
          <w:tcPr>
            <w:tcW w:w="22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A8DBE54" w14:textId="77777777" w:rsidR="00156693" w:rsidRDefault="00000000">
            <w:pPr>
              <w:spacing w:after="40"/>
              <w:rPr>
                <w:sz w:val="20"/>
                <w:szCs w:val="20"/>
              </w:rPr>
            </w:pPr>
            <w:r>
              <w:rPr>
                <w:sz w:val="20"/>
                <w:szCs w:val="20"/>
              </w:rPr>
              <w:t>I06: Ponderea autorităților care implică tinerii și structurile de tineret în procesele decizionale</w:t>
            </w:r>
          </w:p>
        </w:tc>
        <w:tc>
          <w:tcPr>
            <w:tcW w:w="8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ACB8E08" w14:textId="77777777" w:rsidR="00156693" w:rsidRDefault="00000000">
            <w:pPr>
              <w:spacing w:after="40"/>
              <w:rPr>
                <w:sz w:val="20"/>
                <w:szCs w:val="20"/>
              </w:rPr>
            </w:pPr>
            <w:r>
              <w:rPr>
                <w:sz w:val="20"/>
                <w:szCs w:val="20"/>
              </w:rPr>
              <w:t>Nu există date</w:t>
            </w:r>
          </w:p>
        </w:tc>
        <w:tc>
          <w:tcPr>
            <w:tcW w:w="8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E14A9DD" w14:textId="77777777" w:rsidR="00156693" w:rsidRDefault="00000000">
            <w:pPr>
              <w:spacing w:after="40"/>
              <w:rPr>
                <w:sz w:val="20"/>
                <w:szCs w:val="20"/>
              </w:rPr>
            </w:pPr>
            <w:r>
              <w:rPr>
                <w:sz w:val="20"/>
                <w:szCs w:val="20"/>
              </w:rPr>
              <w:t>65%</w:t>
            </w:r>
          </w:p>
        </w:tc>
        <w:tc>
          <w:tcPr>
            <w:tcW w:w="9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C55EC7" w14:textId="77777777" w:rsidR="00156693" w:rsidRDefault="00000000">
            <w:pPr>
              <w:spacing w:after="40"/>
              <w:rPr>
                <w:sz w:val="20"/>
                <w:szCs w:val="20"/>
              </w:rPr>
            </w:pPr>
            <w:r>
              <w:rPr>
                <w:sz w:val="20"/>
                <w:szCs w:val="20"/>
              </w:rPr>
              <w:t>85%</w:t>
            </w:r>
          </w:p>
        </w:tc>
        <w:tc>
          <w:tcPr>
            <w:tcW w:w="23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3D1A373" w14:textId="77777777" w:rsidR="00156693" w:rsidRDefault="00000000">
            <w:pPr>
              <w:spacing w:after="40"/>
              <w:rPr>
                <w:sz w:val="20"/>
                <w:szCs w:val="20"/>
              </w:rPr>
            </w:pPr>
            <w:r>
              <w:rPr>
                <w:sz w:val="20"/>
                <w:szCs w:val="20"/>
              </w:rPr>
              <w:t>Studiu anual privind funcționalitatea structurilor de reprezentare. ANT/APL; validare MEC.</w:t>
            </w:r>
          </w:p>
        </w:tc>
      </w:tr>
      <w:tr w:rsidR="00156693" w14:paraId="78BB99E8"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1B7F1C3" w14:textId="77777777" w:rsidR="00156693" w:rsidRDefault="00000000">
            <w:pPr>
              <w:spacing w:after="40"/>
              <w:rPr>
                <w:sz w:val="20"/>
                <w:szCs w:val="20"/>
              </w:rPr>
            </w:pPr>
            <w:r>
              <w:rPr>
                <w:sz w:val="20"/>
                <w:szCs w:val="20"/>
              </w:rPr>
              <w:t>OS</w:t>
            </w:r>
            <w:r>
              <w:rPr>
                <w:sz w:val="20"/>
                <w:szCs w:val="20"/>
              </w:rPr>
              <w:br/>
              <w:t>2.2</w:t>
            </w:r>
          </w:p>
        </w:tc>
        <w:tc>
          <w:tcPr>
            <w:tcW w:w="17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8C297D0" w14:textId="77777777" w:rsidR="00156693" w:rsidRDefault="00000000">
            <w:pPr>
              <w:spacing w:after="40"/>
              <w:rPr>
                <w:sz w:val="20"/>
                <w:szCs w:val="20"/>
              </w:rPr>
            </w:pPr>
            <w:r>
              <w:rPr>
                <w:sz w:val="20"/>
                <w:szCs w:val="20"/>
              </w:rPr>
              <w:t>Mai multe structuri ale tinerilor devin funcționale și active</w:t>
            </w:r>
          </w:p>
        </w:tc>
        <w:tc>
          <w:tcPr>
            <w:tcW w:w="22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C46D576" w14:textId="77777777" w:rsidR="00156693" w:rsidRDefault="00000000">
            <w:pPr>
              <w:spacing w:after="40"/>
              <w:rPr>
                <w:sz w:val="20"/>
                <w:szCs w:val="20"/>
              </w:rPr>
            </w:pPr>
            <w:r>
              <w:rPr>
                <w:sz w:val="20"/>
                <w:szCs w:val="20"/>
              </w:rPr>
              <w:t xml:space="preserve">I07: Numărul </w:t>
            </w:r>
            <w:r>
              <w:rPr>
                <w:sz w:val="20"/>
                <w:szCs w:val="20"/>
                <w:highlight w:val="white"/>
              </w:rPr>
              <w:t>structurilor de tineret care implementează cel puțin o inițiativă civică pe an</w:t>
            </w:r>
            <w:r>
              <w:rPr>
                <w:sz w:val="20"/>
                <w:szCs w:val="20"/>
                <w:highlight w:val="yellow"/>
              </w:rPr>
              <w:t xml:space="preserve"> </w:t>
            </w:r>
          </w:p>
        </w:tc>
        <w:tc>
          <w:tcPr>
            <w:tcW w:w="8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477F3F8" w14:textId="77777777" w:rsidR="00156693" w:rsidRDefault="00000000">
            <w:pPr>
              <w:spacing w:after="40"/>
              <w:rPr>
                <w:sz w:val="20"/>
                <w:szCs w:val="20"/>
              </w:rPr>
            </w:pPr>
            <w:r>
              <w:rPr>
                <w:sz w:val="20"/>
                <w:szCs w:val="20"/>
              </w:rPr>
              <w:t>Nu există date</w:t>
            </w:r>
          </w:p>
        </w:tc>
        <w:tc>
          <w:tcPr>
            <w:tcW w:w="8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8D764B5" w14:textId="77777777" w:rsidR="00156693" w:rsidRDefault="00000000">
            <w:pPr>
              <w:spacing w:after="40"/>
              <w:rPr>
                <w:sz w:val="20"/>
                <w:szCs w:val="20"/>
              </w:rPr>
            </w:pPr>
            <w:r>
              <w:rPr>
                <w:sz w:val="20"/>
                <w:szCs w:val="20"/>
              </w:rPr>
              <w:t>55</w:t>
            </w:r>
          </w:p>
        </w:tc>
        <w:tc>
          <w:tcPr>
            <w:tcW w:w="9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A3F5815" w14:textId="77777777" w:rsidR="00156693" w:rsidRDefault="00000000">
            <w:pPr>
              <w:spacing w:after="40"/>
              <w:rPr>
                <w:sz w:val="20"/>
                <w:szCs w:val="20"/>
              </w:rPr>
            </w:pPr>
            <w:r>
              <w:rPr>
                <w:sz w:val="20"/>
                <w:szCs w:val="20"/>
              </w:rPr>
              <w:t>100</w:t>
            </w:r>
          </w:p>
        </w:tc>
        <w:tc>
          <w:tcPr>
            <w:tcW w:w="23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B22FFC9" w14:textId="77777777" w:rsidR="00156693" w:rsidRDefault="00000000">
            <w:pPr>
              <w:spacing w:after="40"/>
              <w:rPr>
                <w:sz w:val="20"/>
                <w:szCs w:val="20"/>
              </w:rPr>
            </w:pPr>
            <w:r>
              <w:rPr>
                <w:sz w:val="20"/>
                <w:szCs w:val="20"/>
              </w:rPr>
              <w:t>Evaluare anuală pe baza datelor partenerilor. ANT/parteneri; validare MEC.</w:t>
            </w:r>
          </w:p>
        </w:tc>
      </w:tr>
      <w:tr w:rsidR="00156693" w14:paraId="0196130B"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00C5BF5" w14:textId="77777777" w:rsidR="00156693" w:rsidRDefault="00000000">
            <w:pPr>
              <w:spacing w:after="40"/>
              <w:rPr>
                <w:sz w:val="20"/>
                <w:szCs w:val="20"/>
              </w:rPr>
            </w:pPr>
            <w:r>
              <w:rPr>
                <w:sz w:val="20"/>
                <w:szCs w:val="20"/>
              </w:rPr>
              <w:t>OS</w:t>
            </w:r>
            <w:r>
              <w:rPr>
                <w:sz w:val="20"/>
                <w:szCs w:val="20"/>
              </w:rPr>
              <w:br/>
              <w:t>2.3</w:t>
            </w:r>
          </w:p>
        </w:tc>
        <w:tc>
          <w:tcPr>
            <w:tcW w:w="17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5309774" w14:textId="77777777" w:rsidR="00156693" w:rsidRDefault="00000000">
            <w:pPr>
              <w:spacing w:after="40"/>
              <w:rPr>
                <w:sz w:val="20"/>
                <w:szCs w:val="20"/>
              </w:rPr>
            </w:pPr>
            <w:r>
              <w:rPr>
                <w:sz w:val="20"/>
                <w:szCs w:val="20"/>
              </w:rPr>
              <w:t>Mai mulți tineri beneficiază de programe de voluntariat</w:t>
            </w:r>
          </w:p>
        </w:tc>
        <w:tc>
          <w:tcPr>
            <w:tcW w:w="225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42F01A0" w14:textId="77777777" w:rsidR="00156693" w:rsidRDefault="00000000">
            <w:pPr>
              <w:spacing w:after="40"/>
              <w:rPr>
                <w:sz w:val="20"/>
                <w:szCs w:val="20"/>
              </w:rPr>
            </w:pPr>
            <w:r>
              <w:rPr>
                <w:sz w:val="20"/>
                <w:szCs w:val="20"/>
              </w:rPr>
              <w:t>I08: Numărul cumulativ de oportunități de voluntariat disponibile pe platformă</w:t>
            </w:r>
          </w:p>
        </w:tc>
        <w:tc>
          <w:tcPr>
            <w:tcW w:w="8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A5E31B8" w14:textId="77777777" w:rsidR="00156693" w:rsidRDefault="00000000">
            <w:pPr>
              <w:spacing w:after="40"/>
              <w:rPr>
                <w:sz w:val="20"/>
                <w:szCs w:val="20"/>
              </w:rPr>
            </w:pPr>
            <w:r>
              <w:rPr>
                <w:sz w:val="20"/>
                <w:szCs w:val="20"/>
              </w:rPr>
              <w:t>Nu există date</w:t>
            </w:r>
          </w:p>
        </w:tc>
        <w:tc>
          <w:tcPr>
            <w:tcW w:w="8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AA6041C" w14:textId="77777777" w:rsidR="00156693" w:rsidRDefault="00000000">
            <w:pPr>
              <w:spacing w:after="40"/>
              <w:rPr>
                <w:sz w:val="20"/>
                <w:szCs w:val="20"/>
              </w:rPr>
            </w:pPr>
            <w:r>
              <w:rPr>
                <w:sz w:val="20"/>
                <w:szCs w:val="20"/>
              </w:rPr>
              <w:t>500</w:t>
            </w:r>
          </w:p>
        </w:tc>
        <w:tc>
          <w:tcPr>
            <w:tcW w:w="96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DF87CB7" w14:textId="77777777" w:rsidR="00156693" w:rsidRDefault="00000000">
            <w:pPr>
              <w:spacing w:after="40"/>
              <w:rPr>
                <w:sz w:val="20"/>
                <w:szCs w:val="20"/>
              </w:rPr>
            </w:pPr>
            <w:r>
              <w:rPr>
                <w:sz w:val="20"/>
                <w:szCs w:val="20"/>
              </w:rPr>
              <w:t>1000</w:t>
            </w:r>
          </w:p>
        </w:tc>
        <w:tc>
          <w:tcPr>
            <w:tcW w:w="23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0D54A74" w14:textId="77777777" w:rsidR="00156693" w:rsidRDefault="00000000">
            <w:pPr>
              <w:spacing w:after="40"/>
              <w:rPr>
                <w:sz w:val="20"/>
                <w:szCs w:val="20"/>
              </w:rPr>
            </w:pPr>
            <w:r>
              <w:rPr>
                <w:sz w:val="20"/>
                <w:szCs w:val="20"/>
              </w:rPr>
              <w:t>Datele agregatorului de oportunități de voluntariat. Operator/ANT; validare MEC.</w:t>
            </w:r>
          </w:p>
        </w:tc>
      </w:tr>
    </w:tbl>
    <w:p w14:paraId="75654ABC" w14:textId="77777777" w:rsidR="00156693" w:rsidRDefault="00156693">
      <w:pPr>
        <w:spacing w:after="100"/>
        <w:jc w:val="both"/>
      </w:pPr>
    </w:p>
    <w:p w14:paraId="49F101EA" w14:textId="77777777" w:rsidR="00156693" w:rsidRDefault="00000000">
      <w:pPr>
        <w:spacing w:after="60"/>
        <w:ind w:firstLine="720"/>
        <w:jc w:val="both"/>
      </w:pPr>
      <w:r>
        <w:t>47. Obiectivul general 3. Valorificarea potențialului tinerilor de a realiza inițiative de inovație socială și dezvoltare comunitară prin instrumente de suport financiar și material.</w:t>
      </w:r>
    </w:p>
    <w:p w14:paraId="3DE33783" w14:textId="77777777" w:rsidR="00156693" w:rsidRDefault="00000000">
      <w:pPr>
        <w:spacing w:after="60"/>
        <w:ind w:firstLine="720"/>
        <w:jc w:val="both"/>
      </w:pPr>
      <w:r>
        <w:t>47.1. Obiectivul specific 3.1. Extinderea programelor locale de suport pentru inițiativele tinerilor, pentru a atinge, până în anul 2030, numărul de 32 de autorități ale administrației publice locale care implementează astfel de programe.</w:t>
      </w:r>
    </w:p>
    <w:p w14:paraId="50D57DB2" w14:textId="77777777" w:rsidR="00156693" w:rsidRDefault="00000000">
      <w:pPr>
        <w:spacing w:after="60"/>
        <w:ind w:firstLine="720"/>
        <w:jc w:val="both"/>
      </w:pPr>
      <w:r>
        <w:rPr>
          <w:b/>
          <w:bCs/>
        </w:rPr>
        <w:t>Rezultat anticipat 3.1.1.</w:t>
      </w:r>
      <w:r>
        <w:t xml:space="preserve"> Mai multe programe de suport pentru tineri sunt realizate și finanțate de autoritățile publice locale de nivelul întâi, în baza unui mecanism de cofinanțare aprobat, iar programele sprijinite sunt menținute în anul următor.</w:t>
      </w:r>
    </w:p>
    <w:p w14:paraId="2943FF17" w14:textId="77777777" w:rsidR="00156693" w:rsidRDefault="00000000">
      <w:pPr>
        <w:spacing w:after="60"/>
        <w:ind w:firstLine="720"/>
        <w:jc w:val="both"/>
      </w:pPr>
      <w:r>
        <w:rPr>
          <w:b/>
          <w:bCs/>
        </w:rPr>
        <w:t>Rezultat anticipat 3.1.2.</w:t>
      </w:r>
      <w:r>
        <w:t xml:space="preserve"> Autoritățile publice locale beneficiază de suport metodologic pentru planificarea strategică, bugetarea participativă și implementarea programelor dedicate tinerilor.</w:t>
      </w:r>
    </w:p>
    <w:p w14:paraId="309DDEA3" w14:textId="77777777" w:rsidR="00156693" w:rsidRDefault="00000000">
      <w:pPr>
        <w:spacing w:after="60"/>
        <w:ind w:firstLine="720"/>
        <w:jc w:val="both"/>
      </w:pPr>
      <w:r>
        <w:lastRenderedPageBreak/>
        <w:t>47.2. Obiectivul specific 3.2. Sprijinirea financiară, materială și metodologică a proiectelor de inovație socială, pentru a ajunge la un total de 270 de proiecte susținute în cadrul Strategiei «Tineret 2030», până în anul 2030.</w:t>
      </w:r>
    </w:p>
    <w:p w14:paraId="3372DF6B" w14:textId="77777777" w:rsidR="00156693" w:rsidRDefault="00000000">
      <w:pPr>
        <w:spacing w:after="60"/>
        <w:ind w:firstLine="720"/>
        <w:jc w:val="both"/>
      </w:pPr>
      <w:r>
        <w:rPr>
          <w:b/>
          <w:bCs/>
        </w:rPr>
        <w:t>Rezultat anticipat 3.2.1.</w:t>
      </w:r>
      <w:r>
        <w:t xml:space="preserve"> Organizațiile de tineret dezvoltă și realizează inițiative de inovație socială, identificate în baza unor criterii aprobate, cu rezultate comunitare documentate.</w:t>
      </w:r>
    </w:p>
    <w:p w14:paraId="58F1DB4B" w14:textId="77777777" w:rsidR="00156693" w:rsidRDefault="00000000">
      <w:pPr>
        <w:spacing w:after="60"/>
        <w:ind w:firstLine="720"/>
        <w:jc w:val="both"/>
      </w:pPr>
      <w:r>
        <w:rPr>
          <w:b/>
          <w:bCs/>
        </w:rPr>
        <w:t>Rezultat anticipat 3.2.2.</w:t>
      </w:r>
      <w:r>
        <w:t xml:space="preserve"> Infrastructura de inovare socială este funcțională, dispune de buget de operare și este utilizată de organizațiile de tineret rezidente.</w:t>
      </w:r>
    </w:p>
    <w:p w14:paraId="5176BAC4" w14:textId="77777777" w:rsidR="00156693" w:rsidRDefault="00000000">
      <w:pPr>
        <w:spacing w:after="60"/>
        <w:ind w:firstLine="720"/>
        <w:jc w:val="both"/>
      </w:pPr>
      <w:r>
        <w:t>47.3. Obiectivul specific 3.3. Consolidarea structurilor asociative studențești și a participării acestora la viața instituțională și comunitară, pentru a atinge, până în anul 2030, numărul de 50 de organizații studențești active.</w:t>
      </w:r>
    </w:p>
    <w:p w14:paraId="52E7C7F8" w14:textId="77777777" w:rsidR="00156693" w:rsidRDefault="00000000">
      <w:pPr>
        <w:spacing w:after="60"/>
        <w:ind w:firstLine="720"/>
        <w:jc w:val="both"/>
      </w:pPr>
      <w:r>
        <w:rPr>
          <w:b/>
          <w:bCs/>
        </w:rPr>
        <w:t>Rezultat anticipat 3.3.1.</w:t>
      </w:r>
      <w:r>
        <w:t xml:space="preserve"> Mai multe structuri asociative studențești sunt active și au funcționalitate consolidată, inclusiv prin alegeri, acte interne și reprezentativitate demonstrată.</w:t>
      </w:r>
    </w:p>
    <w:p w14:paraId="20EF5BF9" w14:textId="77777777" w:rsidR="00156693" w:rsidRDefault="00000000">
      <w:pPr>
        <w:spacing w:after="60"/>
        <w:ind w:firstLine="720"/>
        <w:jc w:val="both"/>
      </w:pPr>
      <w:r>
        <w:rPr>
          <w:b/>
          <w:bCs/>
        </w:rPr>
        <w:t>Rezultat anticipat 3.3.2.</w:t>
      </w:r>
      <w:r>
        <w:t xml:space="preserve"> Proiectele și inițiativele studențești finanțate prin mecanismele Ministerului Educației și Cercetării și ale Agenției produc rezultate instituționale sau comunitare documentate.</w:t>
      </w:r>
    </w:p>
    <w:p w14:paraId="19A821FF" w14:textId="77777777" w:rsidR="00156693" w:rsidRDefault="00000000">
      <w:pPr>
        <w:spacing w:after="60"/>
        <w:ind w:firstLine="720"/>
        <w:jc w:val="both"/>
      </w:pPr>
      <w:r>
        <w:rPr>
          <w:b/>
          <w:bCs/>
        </w:rPr>
        <w:t>Rezultat anticipat 3.3.3.</w:t>
      </w:r>
      <w:r>
        <w:t xml:space="preserve"> Spațiile existente destinate activității studențești sunt valorificate, adaptate și utilizate, investițiile noi fiind fundamentate prin diagnostic de nevoi și buget de operare.</w:t>
      </w:r>
    </w:p>
    <w:p w14:paraId="622CF280" w14:textId="77777777" w:rsidR="00156693" w:rsidRDefault="00000000">
      <w:pPr>
        <w:spacing w:before="80" w:after="160"/>
        <w:ind w:firstLine="560"/>
        <w:jc w:val="both"/>
      </w:pPr>
      <w:r>
        <w:t>47.4. Impactul scontat urmare a implementării Obiectivului general 3  este că sectorul de tineret contribuie măsurabil la dezvoltarea socială și comunitară prin inițiative susținute, rezultate documentate și soluții care pot fi învățate și adaptate.</w:t>
      </w:r>
    </w:p>
    <w:p w14:paraId="7160018C" w14:textId="77777777" w:rsidR="00156693" w:rsidRDefault="00000000">
      <w:pPr>
        <w:spacing w:before="80" w:after="160"/>
        <w:ind w:firstLine="560"/>
        <w:jc w:val="both"/>
      </w:pPr>
      <w:r>
        <w:t xml:space="preserve">47.5. Cadrul de monitorizare a obiectivului general 3. </w:t>
      </w:r>
    </w:p>
    <w:p w14:paraId="0B284B07" w14:textId="77777777" w:rsidR="00156693" w:rsidRDefault="00000000">
      <w:pPr>
        <w:spacing w:before="80" w:after="160"/>
        <w:ind w:firstLine="560"/>
        <w:jc w:val="both"/>
        <w:rPr>
          <w:b/>
          <w:bCs/>
        </w:rPr>
      </w:pPr>
      <w:r>
        <w:rPr>
          <w:b/>
          <w:bCs/>
        </w:rPr>
        <w:t>Tabel 7. Monitorizare obiectiv general 3</w:t>
      </w:r>
    </w:p>
    <w:tbl>
      <w:tblPr>
        <w:tblStyle w:val="affffffffffffffffffffffffe"/>
        <w:tblW w:w="982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1680"/>
        <w:gridCol w:w="2625"/>
        <w:gridCol w:w="765"/>
        <w:gridCol w:w="720"/>
        <w:gridCol w:w="855"/>
        <w:gridCol w:w="2535"/>
      </w:tblGrid>
      <w:tr w:rsidR="00156693" w14:paraId="4CD3F9F5" w14:textId="77777777">
        <w:trPr>
          <w:cantSplit/>
          <w:tblHeader/>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3D30610" w14:textId="77777777" w:rsidR="00156693" w:rsidRDefault="00000000">
            <w:pPr>
              <w:jc w:val="center"/>
              <w:rPr>
                <w:sz w:val="20"/>
                <w:szCs w:val="20"/>
              </w:rPr>
            </w:pPr>
            <w:r>
              <w:rPr>
                <w:b/>
                <w:bCs/>
                <w:sz w:val="20"/>
                <w:szCs w:val="20"/>
              </w:rPr>
              <w:t>Cod OS</w:t>
            </w: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19C6854" w14:textId="77777777" w:rsidR="00156693" w:rsidRDefault="00000000">
            <w:pPr>
              <w:jc w:val="center"/>
              <w:rPr>
                <w:sz w:val="20"/>
                <w:szCs w:val="20"/>
              </w:rPr>
            </w:pPr>
            <w:r>
              <w:rPr>
                <w:b/>
                <w:bCs/>
                <w:sz w:val="20"/>
                <w:szCs w:val="20"/>
              </w:rPr>
              <w:t>Rezultat urmărit până în 2030</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5B5A86" w14:textId="77777777" w:rsidR="00156693" w:rsidRDefault="00000000">
            <w:pPr>
              <w:jc w:val="center"/>
              <w:rPr>
                <w:sz w:val="20"/>
                <w:szCs w:val="20"/>
              </w:rPr>
            </w:pPr>
            <w:r>
              <w:rPr>
                <w:b/>
                <w:bCs/>
                <w:sz w:val="20"/>
                <w:szCs w:val="20"/>
              </w:rPr>
              <w:t>Indicator de rezultat / impact</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3AC91D6" w14:textId="77777777" w:rsidR="00156693" w:rsidRDefault="00000000">
            <w:pPr>
              <w:jc w:val="center"/>
              <w:rPr>
                <w:sz w:val="20"/>
                <w:szCs w:val="20"/>
              </w:rPr>
            </w:pPr>
            <w:r>
              <w:rPr>
                <w:b/>
                <w:bCs/>
                <w:sz w:val="20"/>
                <w:szCs w:val="20"/>
              </w:rPr>
              <w:t>Bază</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E637957" w14:textId="77777777" w:rsidR="00156693" w:rsidRDefault="00000000">
            <w:pPr>
              <w:jc w:val="center"/>
              <w:rPr>
                <w:b/>
                <w:bCs/>
                <w:sz w:val="20"/>
                <w:szCs w:val="20"/>
              </w:rPr>
            </w:pPr>
            <w:r>
              <w:rPr>
                <w:b/>
                <w:bCs/>
                <w:sz w:val="20"/>
                <w:szCs w:val="20"/>
              </w:rPr>
              <w:t>Țintă 2028</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932B3BB" w14:textId="77777777" w:rsidR="00156693" w:rsidRDefault="00000000">
            <w:pPr>
              <w:jc w:val="center"/>
              <w:rPr>
                <w:sz w:val="20"/>
                <w:szCs w:val="20"/>
              </w:rPr>
            </w:pPr>
            <w:r>
              <w:rPr>
                <w:b/>
                <w:bCs/>
                <w:sz w:val="20"/>
                <w:szCs w:val="20"/>
              </w:rPr>
              <w:t>Țintă 2030</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925DE75" w14:textId="77777777" w:rsidR="00156693" w:rsidRDefault="00000000">
            <w:pPr>
              <w:jc w:val="center"/>
              <w:rPr>
                <w:sz w:val="20"/>
                <w:szCs w:val="20"/>
              </w:rPr>
            </w:pPr>
            <w:r>
              <w:rPr>
                <w:b/>
                <w:bCs/>
                <w:sz w:val="20"/>
                <w:szCs w:val="20"/>
              </w:rPr>
              <w:t>Sursă / responsabil de date</w:t>
            </w:r>
          </w:p>
        </w:tc>
      </w:tr>
      <w:tr w:rsidR="00156693" w14:paraId="3E6104DC" w14:textId="77777777">
        <w:trPr>
          <w:cantSplit/>
        </w:trPr>
        <w:tc>
          <w:tcPr>
            <w:tcW w:w="64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B290278" w14:textId="77777777" w:rsidR="00156693" w:rsidRDefault="00000000">
            <w:pPr>
              <w:rPr>
                <w:sz w:val="20"/>
                <w:szCs w:val="20"/>
              </w:rPr>
            </w:pPr>
            <w:r>
              <w:rPr>
                <w:sz w:val="20"/>
                <w:szCs w:val="20"/>
              </w:rPr>
              <w:t>OG</w:t>
            </w:r>
            <w:r>
              <w:rPr>
                <w:sz w:val="20"/>
                <w:szCs w:val="20"/>
              </w:rPr>
              <w:br/>
              <w:t>3</w:t>
            </w: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F50A6F5" w14:textId="77777777" w:rsidR="00156693" w:rsidRDefault="00000000">
            <w:pPr>
              <w:rPr>
                <w:sz w:val="20"/>
                <w:szCs w:val="20"/>
              </w:rPr>
            </w:pPr>
            <w:r>
              <w:rPr>
                <w:sz w:val="20"/>
                <w:szCs w:val="20"/>
              </w:rPr>
              <w:t xml:space="preserve">Mai mulți tineri realizează și se implică în proiecte și inițiative de inovație socială </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421FE77" w14:textId="77777777" w:rsidR="00156693" w:rsidRDefault="00000000">
            <w:pPr>
              <w:rPr>
                <w:sz w:val="20"/>
                <w:szCs w:val="20"/>
              </w:rPr>
            </w:pPr>
            <w:r>
              <w:rPr>
                <w:sz w:val="20"/>
                <w:szCs w:val="20"/>
              </w:rPr>
              <w:t>I09: Numărul de inițiative de inovație socială realizate în cadrul Strategiei „Tineret 2030”.</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72BDFA4" w14:textId="77777777" w:rsidR="00156693" w:rsidRDefault="00000000">
            <w:pPr>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92F6A32" w14:textId="77777777" w:rsidR="00156693" w:rsidRDefault="00000000">
            <w:pPr>
              <w:rPr>
                <w:sz w:val="20"/>
                <w:szCs w:val="20"/>
              </w:rPr>
            </w:pPr>
            <w:r>
              <w:rPr>
                <w:sz w:val="20"/>
                <w:szCs w:val="20"/>
              </w:rPr>
              <w:t>225</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B09F548" w14:textId="77777777" w:rsidR="00156693" w:rsidRDefault="00000000">
            <w:pPr>
              <w:rPr>
                <w:sz w:val="20"/>
                <w:szCs w:val="20"/>
              </w:rPr>
            </w:pPr>
            <w:r>
              <w:rPr>
                <w:sz w:val="20"/>
                <w:szCs w:val="20"/>
              </w:rPr>
              <w:t>300</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137AF7" w14:textId="77777777" w:rsidR="00156693" w:rsidRDefault="00000000">
            <w:pPr>
              <w:rPr>
                <w:sz w:val="20"/>
                <w:szCs w:val="20"/>
              </w:rPr>
            </w:pPr>
            <w:r>
              <w:rPr>
                <w:sz w:val="20"/>
                <w:szCs w:val="20"/>
              </w:rPr>
              <w:t xml:space="preserve">Raportul anual consolidat (acț. 3.2.1.4), pe baza criteriilor aprobate prin acț. 3.2.1.1; include proiectele de inovație socială din toate mecanismele OG3 (granturi ANT, programe APL, Capitala Tineretului, proiecte studențești). ANT/MEC. </w:t>
            </w:r>
          </w:p>
        </w:tc>
      </w:tr>
      <w:tr w:rsidR="00156693" w14:paraId="2237367C" w14:textId="77777777">
        <w:trPr>
          <w:cantSplit/>
        </w:trPr>
        <w:tc>
          <w:tcPr>
            <w:tcW w:w="645" w:type="dxa"/>
            <w:vMerge w:val="restart"/>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B044F6E" w14:textId="77777777" w:rsidR="00156693" w:rsidRDefault="00000000">
            <w:pPr>
              <w:rPr>
                <w:sz w:val="20"/>
                <w:szCs w:val="20"/>
              </w:rPr>
            </w:pPr>
            <w:r>
              <w:rPr>
                <w:sz w:val="20"/>
                <w:szCs w:val="20"/>
              </w:rPr>
              <w:t>OS</w:t>
            </w:r>
            <w:r>
              <w:rPr>
                <w:sz w:val="20"/>
                <w:szCs w:val="20"/>
              </w:rPr>
              <w:br/>
              <w:t>3.1</w:t>
            </w: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67EAD4" w14:textId="77777777" w:rsidR="00156693" w:rsidRDefault="00000000">
            <w:pPr>
              <w:rPr>
                <w:sz w:val="20"/>
                <w:szCs w:val="20"/>
              </w:rPr>
            </w:pPr>
            <w:r>
              <w:rPr>
                <w:sz w:val="20"/>
                <w:szCs w:val="20"/>
              </w:rPr>
              <w:t>Mai multe autorități locale implementează programe de suport pentru tineri</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0A8A5E0" w14:textId="77777777" w:rsidR="00156693" w:rsidRDefault="00000000">
            <w:pPr>
              <w:rPr>
                <w:sz w:val="20"/>
                <w:szCs w:val="20"/>
              </w:rPr>
            </w:pPr>
            <w:r>
              <w:rPr>
                <w:sz w:val="20"/>
                <w:szCs w:val="20"/>
              </w:rPr>
              <w:t xml:space="preserve">I10: Numărul autorităților publice locale care realizează programe de suport a inițiativelor tinerilor la nivel local </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0F05A91" w14:textId="77777777" w:rsidR="00156693" w:rsidRDefault="00000000">
            <w:pPr>
              <w:rPr>
                <w:sz w:val="20"/>
                <w:szCs w:val="20"/>
              </w:rPr>
            </w:pPr>
            <w:r>
              <w:rPr>
                <w:sz w:val="20"/>
                <w:szCs w:val="20"/>
              </w:rPr>
              <w:t xml:space="preserve">16 APL </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FCF3E80" w14:textId="77777777" w:rsidR="00156693" w:rsidRDefault="00000000">
            <w:pPr>
              <w:rPr>
                <w:sz w:val="20"/>
                <w:szCs w:val="20"/>
              </w:rPr>
            </w:pPr>
            <w:r>
              <w:rPr>
                <w:sz w:val="20"/>
                <w:szCs w:val="20"/>
              </w:rPr>
              <w:t>26</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C9D7577" w14:textId="77777777" w:rsidR="00156693" w:rsidRDefault="00000000">
            <w:pPr>
              <w:rPr>
                <w:sz w:val="20"/>
                <w:szCs w:val="20"/>
              </w:rPr>
            </w:pPr>
            <w:r>
              <w:rPr>
                <w:sz w:val="20"/>
                <w:szCs w:val="20"/>
              </w:rPr>
              <w:t>32</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FB01C36" w14:textId="77777777" w:rsidR="00156693" w:rsidRDefault="00000000">
            <w:pPr>
              <w:rPr>
                <w:sz w:val="20"/>
                <w:szCs w:val="20"/>
              </w:rPr>
            </w:pPr>
            <w:r>
              <w:rPr>
                <w:sz w:val="20"/>
                <w:szCs w:val="20"/>
              </w:rPr>
              <w:t>Raport MEC pe baza datelor APL. Colectare APL/ANT; validare MEC.</w:t>
            </w:r>
          </w:p>
        </w:tc>
      </w:tr>
      <w:tr w:rsidR="00156693" w14:paraId="707F8067" w14:textId="77777777">
        <w:trPr>
          <w:cantSplit/>
        </w:trPr>
        <w:tc>
          <w:tcPr>
            <w:tcW w:w="645" w:type="dxa"/>
            <w:vMerge/>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B31F80E" w14:textId="77777777" w:rsidR="00156693" w:rsidRDefault="00156693">
            <w:pPr>
              <w:widowControl w:val="0"/>
              <w:pBdr>
                <w:top w:val="nil"/>
                <w:left w:val="nil"/>
                <w:bottom w:val="nil"/>
                <w:right w:val="nil"/>
                <w:between w:val="nil"/>
              </w:pBdr>
              <w:spacing w:line="276" w:lineRule="auto"/>
              <w:rPr>
                <w:sz w:val="20"/>
                <w:szCs w:val="20"/>
              </w:rPr>
            </w:pP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7061618" w14:textId="77777777" w:rsidR="00156693" w:rsidRDefault="00000000">
            <w:pPr>
              <w:rPr>
                <w:sz w:val="20"/>
                <w:szCs w:val="20"/>
              </w:rPr>
            </w:pPr>
            <w:r>
              <w:rPr>
                <w:sz w:val="20"/>
                <w:szCs w:val="20"/>
              </w:rPr>
              <w:t>APL sprijinite mențin programul și finanțarea locală în anul următor.</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F8A4481" w14:textId="77777777" w:rsidR="00156693" w:rsidRDefault="00000000">
            <w:pPr>
              <w:rPr>
                <w:sz w:val="20"/>
                <w:szCs w:val="20"/>
              </w:rPr>
            </w:pPr>
            <w:r>
              <w:rPr>
                <w:sz w:val="20"/>
                <w:szCs w:val="20"/>
              </w:rPr>
              <w:t>Ponderea APL asistate care mențin un program local funcțional și alocarea bugetară în anul următor.</w:t>
            </w:r>
          </w:p>
        </w:tc>
        <w:tc>
          <w:tcPr>
            <w:tcW w:w="765"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tcPr>
          <w:p w14:paraId="4672BBAA" w14:textId="77777777" w:rsidR="00156693" w:rsidRDefault="00000000">
            <w:pPr>
              <w:spacing w:after="120"/>
              <w:ind w:left="40"/>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A964871" w14:textId="77777777" w:rsidR="00156693" w:rsidRDefault="00000000">
            <w:pPr>
              <w:rPr>
                <w:sz w:val="20"/>
                <w:szCs w:val="20"/>
              </w:rPr>
            </w:pPr>
            <w:r>
              <w:t>60%</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265EF2B" w14:textId="77777777" w:rsidR="00156693" w:rsidRDefault="00000000">
            <w:pPr>
              <w:rPr>
                <w:sz w:val="20"/>
                <w:szCs w:val="20"/>
              </w:rPr>
            </w:pPr>
            <w:sdt>
              <w:sdtPr>
                <w:tag w:val="goog_rdk_0"/>
                <w:id w:val="-1456158229"/>
              </w:sdtPr>
              <w:sdtContent>
                <w:r>
                  <w:rPr>
                    <w:rFonts w:ascii="Gungsuh" w:eastAsia="Gungsuh" w:hAnsi="Gungsuh" w:cs="Gungsuh"/>
                    <w:sz w:val="20"/>
                    <w:szCs w:val="20"/>
                  </w:rPr>
                  <w:t>≥75%</w:t>
                </w:r>
              </w:sdtContent>
            </w:sdt>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B950F7A" w14:textId="77777777" w:rsidR="00156693" w:rsidRDefault="00000000">
            <w:pPr>
              <w:rPr>
                <w:sz w:val="20"/>
                <w:szCs w:val="20"/>
              </w:rPr>
            </w:pPr>
            <w:r>
              <w:rPr>
                <w:sz w:val="20"/>
                <w:szCs w:val="20"/>
              </w:rPr>
              <w:t>Registru anual ANT/APL; bugete, execuție și raportare publică. Validare MEC.</w:t>
            </w:r>
          </w:p>
        </w:tc>
      </w:tr>
      <w:tr w:rsidR="00156693" w14:paraId="7DF9961E" w14:textId="77777777">
        <w:trPr>
          <w:cantSplit/>
        </w:trPr>
        <w:tc>
          <w:tcPr>
            <w:tcW w:w="645" w:type="dxa"/>
            <w:vMerge w:val="restart"/>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66DDB63" w14:textId="77777777" w:rsidR="00156693" w:rsidRDefault="00000000">
            <w:pPr>
              <w:rPr>
                <w:sz w:val="20"/>
                <w:szCs w:val="20"/>
              </w:rPr>
            </w:pPr>
            <w:r>
              <w:rPr>
                <w:sz w:val="20"/>
                <w:szCs w:val="20"/>
              </w:rPr>
              <w:lastRenderedPageBreak/>
              <w:t>OS</w:t>
            </w:r>
            <w:r>
              <w:rPr>
                <w:sz w:val="20"/>
                <w:szCs w:val="20"/>
              </w:rPr>
              <w:br/>
              <w:t>3.2</w:t>
            </w: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865B6E" w14:textId="77777777" w:rsidR="00156693" w:rsidRDefault="00000000">
            <w:pPr>
              <w:rPr>
                <w:sz w:val="20"/>
                <w:szCs w:val="20"/>
              </w:rPr>
            </w:pPr>
            <w:r>
              <w:rPr>
                <w:sz w:val="20"/>
                <w:szCs w:val="20"/>
              </w:rPr>
              <w:t>Mai multe organizații de tineret implementează cu succes inițiative de inovație socială</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06E451C" w14:textId="77777777" w:rsidR="00156693" w:rsidRDefault="00000000">
            <w:pPr>
              <w:rPr>
                <w:sz w:val="20"/>
                <w:szCs w:val="20"/>
              </w:rPr>
            </w:pPr>
            <w:r>
              <w:rPr>
                <w:sz w:val="20"/>
                <w:szCs w:val="20"/>
              </w:rPr>
              <w:t>I11: Numărul cumulativ de proiecte de inovație socială susținute în cadrul Strategiei ,,Tineret 2030”</w:t>
            </w:r>
          </w:p>
          <w:p w14:paraId="215DF4DA" w14:textId="77777777" w:rsidR="00156693" w:rsidRDefault="00000000">
            <w:pPr>
              <w:rPr>
                <w:sz w:val="20"/>
                <w:szCs w:val="20"/>
              </w:rPr>
            </w:pPr>
            <w:r>
              <w:rPr>
                <w:sz w:val="20"/>
                <w:szCs w:val="20"/>
              </w:rPr>
              <w:t>Numărul beneficiarilor proiectelor dezagregat pe criterii de gen, vârstă, mediu de reședință, statut socioeconomic, etnie și statut migrațional.</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C871315" w14:textId="77777777" w:rsidR="00156693" w:rsidRDefault="00000000">
            <w:pPr>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F3E156" w14:textId="77777777" w:rsidR="00156693" w:rsidRDefault="00000000">
            <w:pPr>
              <w:rPr>
                <w:sz w:val="20"/>
                <w:szCs w:val="20"/>
              </w:rPr>
            </w:pPr>
            <w:r>
              <w:rPr>
                <w:sz w:val="20"/>
                <w:szCs w:val="20"/>
              </w:rPr>
              <w:t>200</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B187420" w14:textId="77777777" w:rsidR="00156693" w:rsidRDefault="00000000">
            <w:pPr>
              <w:rPr>
                <w:sz w:val="20"/>
                <w:szCs w:val="20"/>
              </w:rPr>
            </w:pPr>
            <w:r>
              <w:rPr>
                <w:sz w:val="20"/>
                <w:szCs w:val="20"/>
              </w:rPr>
              <w:t>270</w:t>
            </w:r>
          </w:p>
        </w:tc>
        <w:tc>
          <w:tcPr>
            <w:tcW w:w="2535"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tcPr>
          <w:p w14:paraId="642BC38B" w14:textId="77777777" w:rsidR="00156693" w:rsidRDefault="00000000">
            <w:pPr>
              <w:rPr>
                <w:sz w:val="20"/>
                <w:szCs w:val="20"/>
              </w:rPr>
            </w:pPr>
            <w:r>
              <w:rPr>
                <w:sz w:val="20"/>
                <w:szCs w:val="20"/>
              </w:rPr>
              <w:t>Rapoarte de implementare a programelor de granturi. ANT; validare MEC.</w:t>
            </w:r>
          </w:p>
        </w:tc>
      </w:tr>
      <w:tr w:rsidR="00156693" w14:paraId="737D7CF7" w14:textId="77777777">
        <w:trPr>
          <w:cantSplit/>
        </w:trPr>
        <w:tc>
          <w:tcPr>
            <w:tcW w:w="645" w:type="dxa"/>
            <w:vMerge/>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B00E8F1" w14:textId="77777777" w:rsidR="00156693" w:rsidRDefault="00156693">
            <w:pPr>
              <w:widowControl w:val="0"/>
              <w:pBdr>
                <w:top w:val="nil"/>
                <w:left w:val="nil"/>
                <w:bottom w:val="nil"/>
                <w:right w:val="nil"/>
                <w:between w:val="nil"/>
              </w:pBdr>
              <w:spacing w:line="276" w:lineRule="auto"/>
              <w:rPr>
                <w:sz w:val="20"/>
                <w:szCs w:val="20"/>
              </w:rPr>
            </w:pPr>
          </w:p>
        </w:tc>
        <w:tc>
          <w:tcPr>
            <w:tcW w:w="168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CF5630F" w14:textId="77777777" w:rsidR="00156693" w:rsidRDefault="00000000">
            <w:pPr>
              <w:rPr>
                <w:sz w:val="20"/>
                <w:szCs w:val="20"/>
              </w:rPr>
            </w:pPr>
            <w:r>
              <w:rPr>
                <w:sz w:val="20"/>
                <w:szCs w:val="20"/>
              </w:rPr>
              <w:t>Organizațiile de tineret utilizează servicii de sprijin în infrastructura de inovare socială.</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CE5F385" w14:textId="77777777" w:rsidR="00156693" w:rsidRDefault="00000000">
            <w:pPr>
              <w:rPr>
                <w:sz w:val="20"/>
                <w:szCs w:val="20"/>
              </w:rPr>
            </w:pPr>
            <w:r>
              <w:rPr>
                <w:sz w:val="20"/>
                <w:szCs w:val="20"/>
              </w:rPr>
              <w:t>Numărul organizațiilor de tineret rezidente care beneficiază anual de suport în infrastructura de inovare socială.</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CBBEA37" w14:textId="77777777" w:rsidR="00156693" w:rsidRDefault="00000000">
            <w:pPr>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01522F7" w14:textId="77777777" w:rsidR="00156693" w:rsidRDefault="00000000">
            <w:pPr>
              <w:rPr>
                <w:sz w:val="20"/>
                <w:szCs w:val="20"/>
              </w:rPr>
            </w:pPr>
            <w:r>
              <w:rPr>
                <w:sz w:val="20"/>
                <w:szCs w:val="20"/>
              </w:rPr>
              <w:t>10/an</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5EB0F42" w14:textId="77777777" w:rsidR="00156693" w:rsidRDefault="00000000">
            <w:pPr>
              <w:rPr>
                <w:sz w:val="20"/>
                <w:szCs w:val="20"/>
              </w:rPr>
            </w:pPr>
            <w:r>
              <w:rPr>
                <w:sz w:val="20"/>
                <w:szCs w:val="20"/>
              </w:rPr>
              <w:t>15/an</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B5334A" w14:textId="77777777" w:rsidR="00156693" w:rsidRDefault="00000000">
            <w:pPr>
              <w:rPr>
                <w:sz w:val="20"/>
                <w:szCs w:val="20"/>
              </w:rPr>
            </w:pPr>
            <w:r>
              <w:rPr>
                <w:sz w:val="20"/>
                <w:szCs w:val="20"/>
              </w:rPr>
              <w:t>Registrul rezidenților și rapoarte de activitate. ANT; validare MEC.</w:t>
            </w:r>
          </w:p>
        </w:tc>
      </w:tr>
      <w:tr w:rsidR="00156693" w14:paraId="00448B4A" w14:textId="77777777">
        <w:trPr>
          <w:cantSplit/>
        </w:trPr>
        <w:tc>
          <w:tcPr>
            <w:tcW w:w="645" w:type="dxa"/>
            <w:vMerge w:val="restart"/>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02FFCD4" w14:textId="77777777" w:rsidR="00156693" w:rsidRDefault="00000000">
            <w:pPr>
              <w:rPr>
                <w:sz w:val="20"/>
                <w:szCs w:val="20"/>
              </w:rPr>
            </w:pPr>
            <w:r>
              <w:rPr>
                <w:sz w:val="20"/>
                <w:szCs w:val="20"/>
              </w:rPr>
              <w:t>OS</w:t>
            </w:r>
            <w:r>
              <w:rPr>
                <w:sz w:val="20"/>
                <w:szCs w:val="20"/>
              </w:rPr>
              <w:br/>
              <w:t>3.3</w:t>
            </w:r>
          </w:p>
        </w:tc>
        <w:tc>
          <w:tcPr>
            <w:tcW w:w="1680"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tcPr>
          <w:p w14:paraId="3C03167A" w14:textId="77777777" w:rsidR="00156693" w:rsidRDefault="00000000">
            <w:pPr>
              <w:rPr>
                <w:sz w:val="20"/>
                <w:szCs w:val="20"/>
              </w:rPr>
            </w:pPr>
            <w:r>
              <w:rPr>
                <w:sz w:val="20"/>
                <w:szCs w:val="20"/>
              </w:rPr>
              <w:t>Mai multe structuri de tineret funcționează în instituțiile de învățământ superior</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820868" w14:textId="77777777" w:rsidR="00156693" w:rsidRDefault="00000000">
            <w:pPr>
              <w:rPr>
                <w:sz w:val="20"/>
                <w:szCs w:val="20"/>
              </w:rPr>
            </w:pPr>
            <w:r>
              <w:rPr>
                <w:sz w:val="20"/>
                <w:szCs w:val="20"/>
              </w:rPr>
              <w:t>I12: Numărul organizațiilor studențești active</w:t>
            </w:r>
            <w:r>
              <w:rPr>
                <w:sz w:val="20"/>
                <w:szCs w:val="20"/>
              </w:rPr>
              <w:br/>
              <w:t>Complementar: numărul structurilor cu funcționalitate consolidată.</w:t>
            </w:r>
          </w:p>
          <w:p w14:paraId="60895F90" w14:textId="77777777" w:rsidR="00156693" w:rsidRDefault="00000000">
            <w:pPr>
              <w:rPr>
                <w:sz w:val="20"/>
                <w:szCs w:val="20"/>
              </w:rPr>
            </w:pPr>
            <w:r>
              <w:rPr>
                <w:sz w:val="20"/>
                <w:szCs w:val="20"/>
              </w:rPr>
              <w:t xml:space="preserve">Numărul studenților implicați în activitatea structurilor studențești dezagregat pe gen, vârstă, mediu de reședință, statut socio-economic și etnie. </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23F2BA" w14:textId="77777777" w:rsidR="00156693" w:rsidRDefault="00000000">
            <w:pPr>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B239420" w14:textId="77777777" w:rsidR="00156693" w:rsidRDefault="00000000">
            <w:pPr>
              <w:rPr>
                <w:sz w:val="20"/>
                <w:szCs w:val="20"/>
              </w:rPr>
            </w:pPr>
            <w:r>
              <w:t>35</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EF65F34" w14:textId="77777777" w:rsidR="00156693" w:rsidRDefault="00000000">
            <w:pPr>
              <w:rPr>
                <w:sz w:val="20"/>
                <w:szCs w:val="20"/>
              </w:rPr>
            </w:pPr>
            <w:r>
              <w:t>50</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CAEFD9F" w14:textId="77777777" w:rsidR="00156693" w:rsidRDefault="00000000">
            <w:pPr>
              <w:rPr>
                <w:sz w:val="20"/>
                <w:szCs w:val="20"/>
              </w:rPr>
            </w:pPr>
            <w:r>
              <w:rPr>
                <w:sz w:val="20"/>
                <w:szCs w:val="20"/>
              </w:rPr>
              <w:t>Raport MEC pe baza datelor instituțiilor de învățământ. Instituții/MEC.</w:t>
            </w:r>
          </w:p>
        </w:tc>
      </w:tr>
      <w:tr w:rsidR="00156693" w14:paraId="5C371BF5" w14:textId="77777777">
        <w:trPr>
          <w:cantSplit/>
        </w:trPr>
        <w:tc>
          <w:tcPr>
            <w:tcW w:w="645" w:type="dxa"/>
            <w:vMerge/>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0A05725" w14:textId="77777777" w:rsidR="00156693" w:rsidRDefault="00156693">
            <w:pPr>
              <w:widowControl w:val="0"/>
              <w:pBdr>
                <w:top w:val="nil"/>
                <w:left w:val="nil"/>
                <w:bottom w:val="nil"/>
                <w:right w:val="nil"/>
                <w:between w:val="nil"/>
              </w:pBdr>
              <w:spacing w:line="276" w:lineRule="auto"/>
              <w:rPr>
                <w:sz w:val="20"/>
                <w:szCs w:val="20"/>
              </w:rPr>
            </w:pPr>
          </w:p>
        </w:tc>
        <w:tc>
          <w:tcPr>
            <w:tcW w:w="1680" w:type="dxa"/>
            <w:tcBorders>
              <w:top w:val="single" w:sz="5" w:space="0" w:color="000000"/>
              <w:left w:val="single" w:sz="5" w:space="0" w:color="000000"/>
              <w:bottom w:val="single" w:sz="5" w:space="0" w:color="000000"/>
              <w:right w:val="single" w:sz="5" w:space="0" w:color="000000"/>
            </w:tcBorders>
            <w:tcMar>
              <w:top w:w="80" w:type="dxa"/>
              <w:left w:w="100" w:type="dxa"/>
              <w:bottom w:w="80" w:type="dxa"/>
              <w:right w:w="100" w:type="dxa"/>
            </w:tcMar>
          </w:tcPr>
          <w:p w14:paraId="023C084E" w14:textId="77777777" w:rsidR="00156693" w:rsidRDefault="00000000">
            <w:pPr>
              <w:rPr>
                <w:sz w:val="20"/>
                <w:szCs w:val="20"/>
              </w:rPr>
            </w:pPr>
            <w:r>
              <w:rPr>
                <w:sz w:val="20"/>
                <w:szCs w:val="20"/>
              </w:rPr>
              <w:t>Proiectele și inițiativele studențești finanțate produc rezultate instituționale sau comunitare documentate.</w:t>
            </w:r>
          </w:p>
        </w:tc>
        <w:tc>
          <w:tcPr>
            <w:tcW w:w="262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173C60" w14:textId="77777777" w:rsidR="00156693" w:rsidRDefault="00000000">
            <w:pPr>
              <w:rPr>
                <w:sz w:val="20"/>
                <w:szCs w:val="20"/>
              </w:rPr>
            </w:pPr>
            <w:r>
              <w:rPr>
                <w:sz w:val="20"/>
                <w:szCs w:val="20"/>
              </w:rPr>
              <w:t>Numărul total anual al proiectelor și inițiativelor studențești finanțate prin MEC și ANT, cu raportare separată și fără dublă numărare.</w:t>
            </w:r>
          </w:p>
        </w:tc>
        <w:tc>
          <w:tcPr>
            <w:tcW w:w="76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A7416E1" w14:textId="77777777" w:rsidR="00156693" w:rsidRDefault="00000000">
            <w:pPr>
              <w:rPr>
                <w:sz w:val="20"/>
                <w:szCs w:val="20"/>
              </w:rPr>
            </w:pPr>
            <w:r>
              <w:rPr>
                <w:sz w:val="20"/>
                <w:szCs w:val="20"/>
              </w:rPr>
              <w:t>Nu există date</w:t>
            </w:r>
          </w:p>
        </w:tc>
        <w:tc>
          <w:tcPr>
            <w:tcW w:w="7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9E84B6" w14:textId="77777777" w:rsidR="00156693" w:rsidRDefault="00000000">
            <w:pPr>
              <w:rPr>
                <w:sz w:val="20"/>
                <w:szCs w:val="20"/>
              </w:rPr>
            </w:pPr>
            <w:r>
              <w:rPr>
                <w:sz w:val="20"/>
                <w:szCs w:val="20"/>
              </w:rPr>
              <w:t>12</w:t>
            </w:r>
          </w:p>
        </w:tc>
        <w:tc>
          <w:tcPr>
            <w:tcW w:w="85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6562531" w14:textId="77777777" w:rsidR="00156693" w:rsidRDefault="00000000">
            <w:pPr>
              <w:rPr>
                <w:sz w:val="20"/>
                <w:szCs w:val="20"/>
              </w:rPr>
            </w:pPr>
            <w:r>
              <w:rPr>
                <w:sz w:val="20"/>
                <w:szCs w:val="20"/>
              </w:rPr>
              <w:t>14</w:t>
            </w:r>
          </w:p>
        </w:tc>
        <w:tc>
          <w:tcPr>
            <w:tcW w:w="25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1DD9201" w14:textId="77777777" w:rsidR="00156693" w:rsidRDefault="00000000">
            <w:pPr>
              <w:rPr>
                <w:sz w:val="20"/>
                <w:szCs w:val="20"/>
              </w:rPr>
            </w:pPr>
            <w:r>
              <w:rPr>
                <w:sz w:val="20"/>
                <w:szCs w:val="20"/>
              </w:rPr>
              <w:t>Rapoartele celor două mecanisme. Colectare MEC/ANT; validare MEC.</w:t>
            </w:r>
          </w:p>
        </w:tc>
      </w:tr>
    </w:tbl>
    <w:p w14:paraId="49387FE9" w14:textId="77777777" w:rsidR="00156693" w:rsidRDefault="00156693">
      <w:pPr>
        <w:spacing w:before="80" w:after="160"/>
        <w:jc w:val="center"/>
        <w:rPr>
          <w:b/>
          <w:bCs/>
        </w:rPr>
      </w:pPr>
    </w:p>
    <w:p w14:paraId="178FFBCB" w14:textId="77777777" w:rsidR="00156693" w:rsidRDefault="00000000">
      <w:pPr>
        <w:spacing w:before="80" w:after="160"/>
        <w:jc w:val="center"/>
        <w:rPr>
          <w:b/>
          <w:bCs/>
        </w:rPr>
      </w:pPr>
      <w:r>
        <w:rPr>
          <w:b/>
          <w:bCs/>
        </w:rPr>
        <w:t>Capitolul IV</w:t>
      </w:r>
    </w:p>
    <w:p w14:paraId="09BB4EAD" w14:textId="77777777" w:rsidR="00156693" w:rsidRDefault="00000000">
      <w:pPr>
        <w:spacing w:before="80" w:after="160"/>
        <w:jc w:val="center"/>
        <w:rPr>
          <w:b/>
          <w:bCs/>
        </w:rPr>
      </w:pPr>
      <w:r>
        <w:rPr>
          <w:b/>
          <w:bCs/>
        </w:rPr>
        <w:t>IMPACT</w:t>
      </w:r>
    </w:p>
    <w:p w14:paraId="71C5F19A" w14:textId="77777777" w:rsidR="00156693" w:rsidRDefault="00000000">
      <w:pPr>
        <w:spacing w:before="80" w:after="160"/>
        <w:jc w:val="both"/>
      </w:pPr>
      <w:r>
        <w:t xml:space="preserve">48. Ca urmare a implementării Programului, în Republica Moldova va funcționa un ecosistem consolidat de instituții, resurse umane și organizații capabile să elaboreze și să implementeze programe cu impact pentru tineri, pornind de la necesitățile reale ale acestora. </w:t>
      </w:r>
    </w:p>
    <w:p w14:paraId="51D287F9" w14:textId="77777777" w:rsidR="00156693" w:rsidRDefault="00000000">
      <w:pPr>
        <w:spacing w:before="80" w:after="160"/>
        <w:jc w:val="both"/>
      </w:pPr>
      <w:r>
        <w:t>49. La finalul primului ciclu de implementare a Strategiei rețeaua centrelor de tineret cuprindea 65 de centre de tineret înregistrate, distribuite pe trei niveluri de dezvoltare, iar profesionalizarea se afla la stadiul aprobării standardului ocupațional și a standardului de calificare. Până în anul 2030, numărul centrelor de tineret va crește cu 14 centre funcționale,  rețeaua va funcționa în baza unor criterii de calitate aplicate și evaluate anual, 100% dintre lucrătorii de tineret din centre vor avea competențele validate, iar ponderea lucrătorilor calificați în totalul lucrătorilor de tineret va crește de la 35% la 50%.</w:t>
      </w:r>
    </w:p>
    <w:p w14:paraId="14B72C02" w14:textId="77777777" w:rsidR="00156693" w:rsidRDefault="00000000">
      <w:pPr>
        <w:spacing w:before="80" w:after="160"/>
        <w:jc w:val="both"/>
      </w:pPr>
      <w:r>
        <w:t xml:space="preserve">50. Prin alinierea la cadrul de politici al spațiului comunitar, implementarea Programului va asigura că perspectiva tinerilor va fi integrată în politicile sectoriale relevante prin analiza sistematică a efectelor politicilor publice asupra tinerilor înaintea adoptării acestora, dezvoltarea și implementarea instrumentelor de </w:t>
      </w:r>
      <w:r>
        <w:lastRenderedPageBreak/>
        <w:t>co-creare și co-management cu participarea tinerilor, dar și prioritizarea programelor de suport pentru consolidarea structurilor de participare a tinerilor în școală, universitate, consilii locale etc.</w:t>
      </w:r>
    </w:p>
    <w:p w14:paraId="52200651" w14:textId="77777777" w:rsidR="00156693" w:rsidRDefault="00000000">
      <w:pPr>
        <w:spacing w:before="80" w:after="160"/>
        <w:jc w:val="both"/>
      </w:pPr>
      <w:r>
        <w:t xml:space="preserve">51. Contribuția Programului la impactul Strategiei  este condiționată de trei factori, urmăriți distinct pe toată perioada de implementare (i) capacitatea instituțională, (ii)  predictibilitatea resurselor, (iii) disponibilitatea datelor comparabile, asigurată prin sistemul unic de date. </w:t>
      </w:r>
    </w:p>
    <w:p w14:paraId="319F371B" w14:textId="77777777" w:rsidR="00156693" w:rsidRDefault="00000000">
      <w:pPr>
        <w:spacing w:before="80" w:after="160"/>
        <w:jc w:val="both"/>
      </w:pPr>
      <w:r>
        <w:t xml:space="preserve">52. Evaluarea finală a primului ciclu a arătat că, din 92 de acțiuni planificate, 46 au fost realizate integral, 32 parțial și 14 nerealizate, iar nerealizările s-au concentrat acolo unde lipseau mecanismul de implementare, sursa de finanțare sau datele. Programul atribuie fiecăreia dintre aceste trei condiții acțiuni, termene și responsabili proprii, iar evoluția lor se raportează anual alături de indicatorii de rezultat.  </w:t>
      </w:r>
    </w:p>
    <w:p w14:paraId="4411CCF1" w14:textId="77777777" w:rsidR="00156693" w:rsidRDefault="00000000">
      <w:pPr>
        <w:spacing w:before="80" w:after="160"/>
        <w:jc w:val="both"/>
      </w:pPr>
      <w:r>
        <w:t xml:space="preserve">53. Impactul social se manifestă prin influența tinerilor asupra deciziilor publice și prin rezultatele produse în comunități, dincolo de participarea generică la activități și de consultările sporadice. Programul contribuie la reziliența democratică a tinerilor prin competențe de gândire critică și educație media și digitală. </w:t>
      </w:r>
    </w:p>
    <w:p w14:paraId="79F013FC" w14:textId="77777777" w:rsidR="00156693" w:rsidRDefault="00000000">
      <w:pPr>
        <w:spacing w:before="80" w:after="160"/>
        <w:jc w:val="both"/>
      </w:pPr>
      <w:r>
        <w:t>54. Schimbarea calitativă urmărită este trecerea de la consultarea formală la participarea semnificativă a tinerilor în toate procesele decizionale. Structurile de reprezentare funcționează pe baza unor criterii verificabile de reprezentativitate, iar rezultatele se măsoară prin beneficiari unici și prin continuitatea participării, dezagregate conform pct. 79.</w:t>
      </w:r>
    </w:p>
    <w:p w14:paraId="0A3BB3F8" w14:textId="77777777" w:rsidR="00156693" w:rsidRDefault="00000000">
      <w:pPr>
        <w:spacing w:before="80" w:after="160"/>
        <w:jc w:val="both"/>
      </w:pPr>
      <w:r>
        <w:t xml:space="preserve">55.  Impactul administrativ vizează politici publice fundamentate pe nevoile reale ale tinerilor, pe participarea acestora și pe dovezi. Cel de-al doilea ciclu de implementare al Strategiei pune accent, odată cu reforma administrativ-teritorială, pe investiții structurale în capacitatea autorităților administrației publice locale de a dezvolta, implementa și evalua politici publice cu integrarea perspectivei de tineret, co-finanțarea politicilor și programelor locale, crearea de comunități de practicieni ai lucrului de tineret și extinderea expertizei prin schimb de experiență și bune practici. Administrația va dispune, pentru prima dată, de un sistem unic de date și de un raport anual consolidat privind proiectele și inițiativele finanțate în sector, indiferent de mecanismul de finanțare. </w:t>
      </w:r>
    </w:p>
    <w:p w14:paraId="2F73E9AA" w14:textId="77777777" w:rsidR="00156693" w:rsidRDefault="00000000">
      <w:pPr>
        <w:spacing w:before="80" w:after="160"/>
        <w:jc w:val="both"/>
      </w:pPr>
      <w:r>
        <w:t>56. Impactul economic este indirect și se manifestă prin competențele, gândirea antreprenorială și capacitatea de inovare ale tinerilor. Programul nu instituie servicii de ocupare, dar contribuie la reducerea acestui decalaj prin informare de proximitate, învățare nonformală, programe nonformale de orientare în carieră pentru elevi și referire însoțită către serviciile specializate competente, precum și prin recunoașterea competențelor dobândite nonformal: cadrul de competențe și metodologia de certificare a programelor de voluntariat vor fi aplicate, iar voluntarii care finalizează programe certificate vor primi un portofoliu individual de competențe, utilizabil în relația cu angajatorii.</w:t>
      </w:r>
    </w:p>
    <w:p w14:paraId="0CD7FDEC" w14:textId="77777777" w:rsidR="00156693" w:rsidRDefault="00000000">
      <w:pPr>
        <w:spacing w:before="80" w:after="160"/>
        <w:jc w:val="both"/>
      </w:pPr>
      <w:r>
        <w:t>57. Demonstrarea impactului se realizează în baza valorilor de referință pentru anul 2026, a țintelor intermediare pentru anul 2028 și a țintelor finale pentru anul 2030.</w:t>
      </w:r>
    </w:p>
    <w:p w14:paraId="5534EE12" w14:textId="77777777" w:rsidR="00156693" w:rsidRDefault="00000000">
      <w:pPr>
        <w:spacing w:before="80" w:after="160"/>
        <w:jc w:val="both"/>
      </w:pPr>
      <w:r>
        <w:t>58. Evaluarea impactului urmează a fi efectuată prin elaborarea rapoartelor anuale de progres ale planului de acțiuni aferent Programului, evaluarea intermediară din anul 2028 și evaluarea finală de implementare a Strategiei.</w:t>
      </w:r>
    </w:p>
    <w:p w14:paraId="6A9E103D" w14:textId="77777777" w:rsidR="00156693" w:rsidRDefault="00000000">
      <w:pPr>
        <w:spacing w:before="80" w:after="160"/>
        <w:jc w:val="center"/>
        <w:rPr>
          <w:b/>
          <w:bCs/>
        </w:rPr>
      </w:pPr>
      <w:r>
        <w:rPr>
          <w:b/>
          <w:bCs/>
        </w:rPr>
        <w:t xml:space="preserve">Capitol V. </w:t>
      </w:r>
    </w:p>
    <w:p w14:paraId="4CE1DCFC" w14:textId="77777777" w:rsidR="00156693" w:rsidRDefault="00000000">
      <w:pPr>
        <w:spacing w:before="80" w:after="160"/>
        <w:jc w:val="center"/>
        <w:rPr>
          <w:b/>
          <w:bCs/>
        </w:rPr>
      </w:pPr>
      <w:r>
        <w:rPr>
          <w:b/>
          <w:bCs/>
        </w:rPr>
        <w:t>COSTURI</w:t>
      </w:r>
    </w:p>
    <w:p w14:paraId="0FE78DCF" w14:textId="77777777" w:rsidR="00156693" w:rsidRDefault="00000000">
      <w:pPr>
        <w:spacing w:before="80" w:after="160"/>
        <w:jc w:val="both"/>
      </w:pPr>
      <w:r>
        <w:t xml:space="preserve">59. Costurile de implementare a Programului sunt corelate cu limitele și planificarea din cadrul bugetar pe termen mediu, mijloacele financiare aprobate în bugetul autorităților administrației publice centrale vizate în planul de acțiuni conex Programului, precum și mijloacele financiare planificate în bugetul autorităților administrației publice locale. </w:t>
      </w:r>
    </w:p>
    <w:p w14:paraId="41380502" w14:textId="77777777" w:rsidR="00156693" w:rsidRDefault="00000000">
      <w:pPr>
        <w:spacing w:before="80" w:after="160"/>
        <w:jc w:val="both"/>
      </w:pPr>
      <w:r>
        <w:lastRenderedPageBreak/>
        <w:t xml:space="preserve">60. Sursa principală de finanțare a Programului o constituie bugetul de stat, subprogramul 8603 „Tineret”, administrat de Ministerul Educației și Cercetării. </w:t>
      </w:r>
    </w:p>
    <w:p w14:paraId="1D24EA28" w14:textId="77777777" w:rsidR="00156693" w:rsidRDefault="00000000">
      <w:pPr>
        <w:spacing w:before="80" w:after="160"/>
        <w:jc w:val="both"/>
      </w:pPr>
      <w:r>
        <w:t xml:space="preserve">61. Planul de acțiuni conex prevede costuri acoperite de partenerii de dezvoltare, asumate în cadrul programelor de țară și în planurile de acțiuni în baza acordurilor de colaborare cu autoritatea centrală de specialitate. </w:t>
      </w:r>
    </w:p>
    <w:p w14:paraId="2C37BE80" w14:textId="77777777" w:rsidR="00156693" w:rsidRDefault="00000000">
      <w:pPr>
        <w:spacing w:before="80" w:after="160"/>
        <w:jc w:val="both"/>
      </w:pPr>
      <w:r>
        <w:t xml:space="preserve">62. Programul prevede cheltuieli neacoperite în valoare de 30% din bugetul total prevăzut, care urmează a fi abordate fie prin identificarea mijloacelor financiare suplimentare din cadrul proiectelor europene sau parteneriate locale, fie prin revizuirea nivelului de ambiție asumat în implementarea Programului. </w:t>
      </w:r>
    </w:p>
    <w:p w14:paraId="7193F04A" w14:textId="77777777" w:rsidR="00156693" w:rsidRDefault="00000000">
      <w:pPr>
        <w:spacing w:before="80" w:after="160"/>
        <w:jc w:val="both"/>
      </w:pPr>
      <w:r>
        <w:rPr>
          <w:b/>
          <w:bCs/>
        </w:rPr>
        <w:t xml:space="preserve">63. </w:t>
      </w:r>
      <w:r>
        <w:t xml:space="preserve">Alocațiile prevăzute în cadrul bugetar pe termen mediu pentru subprogramul 8603 „Tineret” sunt prezentate în tabelul următor: </w:t>
      </w:r>
    </w:p>
    <w:p w14:paraId="53764523" w14:textId="77777777" w:rsidR="00156693" w:rsidRDefault="00000000">
      <w:pPr>
        <w:spacing w:before="80" w:after="160"/>
        <w:jc w:val="both"/>
        <w:rPr>
          <w:b/>
          <w:bCs/>
          <w:sz w:val="20"/>
          <w:szCs w:val="20"/>
        </w:rPr>
      </w:pPr>
      <w:r>
        <w:rPr>
          <w:b/>
          <w:bCs/>
          <w:sz w:val="20"/>
          <w:szCs w:val="20"/>
        </w:rPr>
        <w:t xml:space="preserve">Tabel 8. </w:t>
      </w:r>
      <w:r>
        <w:rPr>
          <w:sz w:val="20"/>
          <w:szCs w:val="20"/>
        </w:rPr>
        <w:t>Alocațiile subprogramului 8603 „Tineret” pentru anii 2027–2030</w:t>
      </w:r>
      <w:r>
        <w:rPr>
          <w:b/>
          <w:bCs/>
          <w:sz w:val="20"/>
          <w:szCs w:val="20"/>
        </w:rPr>
        <w:t xml:space="preserve"> </w:t>
      </w:r>
    </w:p>
    <w:tbl>
      <w:tblPr>
        <w:tblStyle w:val="afffffffffffffffffffffffff"/>
        <w:tblW w:w="9637" w:type="dxa"/>
        <w:tblBorders>
          <w:top w:val="nil"/>
          <w:left w:val="nil"/>
          <w:bottom w:val="nil"/>
          <w:right w:val="nil"/>
          <w:insideH w:val="nil"/>
          <w:insideV w:val="nil"/>
        </w:tblBorders>
        <w:tblLayout w:type="fixed"/>
        <w:tblLook w:val="0600" w:firstRow="0" w:lastRow="0" w:firstColumn="0" w:lastColumn="0" w:noHBand="1" w:noVBand="1"/>
      </w:tblPr>
      <w:tblGrid>
        <w:gridCol w:w="3882"/>
        <w:gridCol w:w="1438"/>
        <w:gridCol w:w="1439"/>
        <w:gridCol w:w="1439"/>
        <w:gridCol w:w="1439"/>
      </w:tblGrid>
      <w:tr w:rsidR="00156693" w14:paraId="1921022E" w14:textId="77777777">
        <w:trPr>
          <w:trHeight w:val="315"/>
        </w:trPr>
        <w:tc>
          <w:tcPr>
            <w:tcW w:w="3881" w:type="dxa"/>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7B472C19" w14:textId="77777777" w:rsidR="00156693" w:rsidRDefault="00000000">
            <w:pPr>
              <w:spacing w:after="0"/>
              <w:ind w:left="-20"/>
              <w:jc w:val="center"/>
              <w:rPr>
                <w:b/>
                <w:bCs/>
                <w:sz w:val="20"/>
                <w:szCs w:val="20"/>
              </w:rPr>
            </w:pPr>
            <w:r>
              <w:rPr>
                <w:b/>
                <w:bCs/>
                <w:sz w:val="20"/>
                <w:szCs w:val="20"/>
              </w:rPr>
              <w:t>Activități</w:t>
            </w:r>
          </w:p>
        </w:tc>
        <w:tc>
          <w:tcPr>
            <w:tcW w:w="1438"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7473B9DC" w14:textId="77777777" w:rsidR="00156693" w:rsidRDefault="00000000">
            <w:pPr>
              <w:spacing w:after="0"/>
              <w:ind w:left="-20"/>
              <w:jc w:val="center"/>
              <w:rPr>
                <w:b/>
                <w:bCs/>
                <w:sz w:val="20"/>
                <w:szCs w:val="20"/>
              </w:rPr>
            </w:pPr>
            <w:r>
              <w:rPr>
                <w:b/>
                <w:bCs/>
                <w:sz w:val="20"/>
                <w:szCs w:val="20"/>
              </w:rPr>
              <w:t>2027</w:t>
            </w:r>
          </w:p>
        </w:tc>
        <w:tc>
          <w:tcPr>
            <w:tcW w:w="1438"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6AE13A7" w14:textId="77777777" w:rsidR="00156693" w:rsidRDefault="00000000">
            <w:pPr>
              <w:spacing w:after="0"/>
              <w:ind w:left="-20"/>
              <w:jc w:val="center"/>
              <w:rPr>
                <w:b/>
                <w:bCs/>
                <w:sz w:val="20"/>
                <w:szCs w:val="20"/>
              </w:rPr>
            </w:pPr>
            <w:r>
              <w:rPr>
                <w:b/>
                <w:bCs/>
                <w:sz w:val="20"/>
                <w:szCs w:val="20"/>
              </w:rPr>
              <w:t>2028</w:t>
            </w:r>
          </w:p>
        </w:tc>
        <w:tc>
          <w:tcPr>
            <w:tcW w:w="1438"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2F34A258" w14:textId="77777777" w:rsidR="00156693" w:rsidRDefault="00000000">
            <w:pPr>
              <w:spacing w:after="0"/>
              <w:ind w:left="-20"/>
              <w:jc w:val="center"/>
              <w:rPr>
                <w:b/>
                <w:bCs/>
                <w:sz w:val="20"/>
                <w:szCs w:val="20"/>
              </w:rPr>
            </w:pPr>
            <w:r>
              <w:rPr>
                <w:b/>
                <w:bCs/>
                <w:sz w:val="20"/>
                <w:szCs w:val="20"/>
              </w:rPr>
              <w:t>2029</w:t>
            </w:r>
          </w:p>
        </w:tc>
        <w:tc>
          <w:tcPr>
            <w:tcW w:w="1438"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144D80C" w14:textId="77777777" w:rsidR="00156693" w:rsidRDefault="00000000">
            <w:pPr>
              <w:spacing w:after="0"/>
              <w:ind w:left="-20"/>
              <w:jc w:val="center"/>
              <w:rPr>
                <w:b/>
                <w:bCs/>
                <w:sz w:val="20"/>
                <w:szCs w:val="20"/>
              </w:rPr>
            </w:pPr>
            <w:r>
              <w:rPr>
                <w:b/>
                <w:bCs/>
                <w:sz w:val="20"/>
                <w:szCs w:val="20"/>
              </w:rPr>
              <w:t>2030</w:t>
            </w:r>
          </w:p>
        </w:tc>
      </w:tr>
      <w:tr w:rsidR="00156693" w14:paraId="69538563" w14:textId="77777777">
        <w:trPr>
          <w:trHeight w:val="360"/>
        </w:trPr>
        <w:tc>
          <w:tcPr>
            <w:tcW w:w="3881"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225D4C92" w14:textId="77777777" w:rsidR="00156693" w:rsidRDefault="00000000">
            <w:pPr>
              <w:spacing w:after="0"/>
              <w:ind w:left="-20"/>
              <w:rPr>
                <w:sz w:val="20"/>
                <w:szCs w:val="20"/>
              </w:rPr>
            </w:pPr>
            <w:r>
              <w:rPr>
                <w:sz w:val="20"/>
                <w:szCs w:val="20"/>
              </w:rPr>
              <w:t>Programe și proiecte pentru organizațiile de tineret</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704F36CE" w14:textId="77777777" w:rsidR="00156693" w:rsidRDefault="00000000">
            <w:pPr>
              <w:spacing w:after="0"/>
              <w:ind w:left="-20"/>
              <w:jc w:val="center"/>
              <w:rPr>
                <w:sz w:val="20"/>
                <w:szCs w:val="20"/>
              </w:rPr>
            </w:pPr>
            <w:r>
              <w:rPr>
                <w:sz w:val="20"/>
                <w:szCs w:val="20"/>
              </w:rPr>
              <w:t xml:space="preserve"> 5 150,2</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29F67EC3" w14:textId="77777777" w:rsidR="00156693" w:rsidRDefault="00000000">
            <w:pPr>
              <w:spacing w:after="0"/>
              <w:ind w:left="-20"/>
              <w:jc w:val="center"/>
              <w:rPr>
                <w:sz w:val="20"/>
                <w:szCs w:val="20"/>
              </w:rPr>
            </w:pPr>
            <w:r>
              <w:rPr>
                <w:sz w:val="20"/>
                <w:szCs w:val="20"/>
              </w:rPr>
              <w:t>5 150,2</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7069D77A" w14:textId="77777777" w:rsidR="00156693" w:rsidRDefault="00000000">
            <w:pPr>
              <w:spacing w:after="0"/>
              <w:ind w:left="-20"/>
              <w:jc w:val="center"/>
              <w:rPr>
                <w:sz w:val="20"/>
                <w:szCs w:val="20"/>
              </w:rPr>
            </w:pPr>
            <w:r>
              <w:rPr>
                <w:sz w:val="20"/>
                <w:szCs w:val="20"/>
              </w:rPr>
              <w:t>5 150,2</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277C5EF4" w14:textId="77777777" w:rsidR="00156693" w:rsidRDefault="00000000">
            <w:pPr>
              <w:spacing w:after="0"/>
              <w:ind w:left="-20"/>
              <w:jc w:val="center"/>
              <w:rPr>
                <w:sz w:val="20"/>
                <w:szCs w:val="20"/>
              </w:rPr>
            </w:pPr>
            <w:r>
              <w:rPr>
                <w:sz w:val="20"/>
                <w:szCs w:val="20"/>
              </w:rPr>
              <w:t xml:space="preserve"> 5 150,2</w:t>
            </w:r>
          </w:p>
        </w:tc>
      </w:tr>
      <w:tr w:rsidR="00156693" w14:paraId="4647FD66" w14:textId="77777777">
        <w:trPr>
          <w:trHeight w:val="360"/>
        </w:trPr>
        <w:tc>
          <w:tcPr>
            <w:tcW w:w="3881"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4431237F" w14:textId="77777777" w:rsidR="00156693" w:rsidRDefault="00000000">
            <w:pPr>
              <w:spacing w:after="0"/>
              <w:ind w:left="-20"/>
              <w:rPr>
                <w:sz w:val="20"/>
                <w:szCs w:val="20"/>
              </w:rPr>
            </w:pPr>
            <w:r>
              <w:rPr>
                <w:sz w:val="20"/>
                <w:szCs w:val="20"/>
              </w:rPr>
              <w:t>Dezvoltarea activităților de tineret</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2C2B94A2" w14:textId="77777777" w:rsidR="00156693" w:rsidRDefault="00000000">
            <w:pPr>
              <w:spacing w:after="0"/>
              <w:ind w:left="-20"/>
              <w:jc w:val="center"/>
              <w:rPr>
                <w:sz w:val="20"/>
                <w:szCs w:val="20"/>
              </w:rPr>
            </w:pPr>
            <w:r>
              <w:rPr>
                <w:sz w:val="20"/>
                <w:szCs w:val="20"/>
              </w:rPr>
              <w:t xml:space="preserve"> 27 390,9</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1EF1C7FF" w14:textId="77777777" w:rsidR="00156693" w:rsidRDefault="00000000">
            <w:pPr>
              <w:spacing w:after="0"/>
              <w:ind w:left="-20"/>
              <w:jc w:val="center"/>
              <w:rPr>
                <w:sz w:val="20"/>
                <w:szCs w:val="20"/>
              </w:rPr>
            </w:pPr>
            <w:r>
              <w:rPr>
                <w:sz w:val="20"/>
                <w:szCs w:val="20"/>
              </w:rPr>
              <w:t>27 390,9</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3C923D81" w14:textId="77777777" w:rsidR="00156693" w:rsidRDefault="00000000">
            <w:pPr>
              <w:spacing w:after="0"/>
              <w:ind w:left="-20"/>
              <w:jc w:val="center"/>
              <w:rPr>
                <w:sz w:val="20"/>
                <w:szCs w:val="20"/>
              </w:rPr>
            </w:pPr>
            <w:r>
              <w:rPr>
                <w:sz w:val="20"/>
                <w:szCs w:val="20"/>
              </w:rPr>
              <w:t>27 390,9</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514E5CB9" w14:textId="77777777" w:rsidR="00156693" w:rsidRDefault="00000000">
            <w:pPr>
              <w:spacing w:after="0"/>
              <w:ind w:left="-20"/>
              <w:jc w:val="center"/>
              <w:rPr>
                <w:sz w:val="20"/>
                <w:szCs w:val="20"/>
              </w:rPr>
            </w:pPr>
            <w:r>
              <w:rPr>
                <w:sz w:val="20"/>
                <w:szCs w:val="20"/>
              </w:rPr>
              <w:t>27 390,9</w:t>
            </w:r>
          </w:p>
        </w:tc>
      </w:tr>
      <w:tr w:rsidR="00156693" w14:paraId="058B0CF8" w14:textId="77777777">
        <w:trPr>
          <w:trHeight w:val="360"/>
        </w:trPr>
        <w:tc>
          <w:tcPr>
            <w:tcW w:w="3881"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52D103E0" w14:textId="77777777" w:rsidR="00156693" w:rsidRDefault="00000000">
            <w:pPr>
              <w:spacing w:after="0"/>
              <w:ind w:left="-20"/>
              <w:rPr>
                <w:sz w:val="20"/>
                <w:szCs w:val="20"/>
              </w:rPr>
            </w:pPr>
            <w:r>
              <w:rPr>
                <w:sz w:val="20"/>
                <w:szCs w:val="20"/>
              </w:rPr>
              <w:t>Bugetul local (competențe proprii)</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378E8FB4" w14:textId="77777777" w:rsidR="00156693" w:rsidRDefault="00000000">
            <w:pPr>
              <w:spacing w:after="0"/>
              <w:ind w:left="-20"/>
              <w:jc w:val="center"/>
              <w:rPr>
                <w:sz w:val="20"/>
                <w:szCs w:val="20"/>
              </w:rPr>
            </w:pPr>
            <w:r>
              <w:rPr>
                <w:sz w:val="20"/>
                <w:szCs w:val="20"/>
              </w:rPr>
              <w:t xml:space="preserve"> 114 455,7</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732BB25F" w14:textId="77777777" w:rsidR="00156693" w:rsidRDefault="00000000">
            <w:pPr>
              <w:spacing w:after="0"/>
              <w:ind w:left="-20"/>
              <w:jc w:val="center"/>
              <w:rPr>
                <w:sz w:val="20"/>
                <w:szCs w:val="20"/>
              </w:rPr>
            </w:pPr>
            <w:r>
              <w:rPr>
                <w:sz w:val="20"/>
                <w:szCs w:val="20"/>
              </w:rPr>
              <w:t xml:space="preserve">114 455,7 </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6E66D960" w14:textId="77777777" w:rsidR="00156693" w:rsidRDefault="00000000">
            <w:pPr>
              <w:spacing w:after="0"/>
              <w:ind w:left="-20"/>
              <w:jc w:val="center"/>
              <w:rPr>
                <w:sz w:val="20"/>
                <w:szCs w:val="20"/>
              </w:rPr>
            </w:pPr>
            <w:r>
              <w:rPr>
                <w:sz w:val="20"/>
                <w:szCs w:val="20"/>
              </w:rPr>
              <w:t xml:space="preserve"> 114 455,7</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7AAE233E" w14:textId="77777777" w:rsidR="00156693" w:rsidRDefault="00000000">
            <w:pPr>
              <w:spacing w:after="0"/>
              <w:ind w:left="-20"/>
              <w:jc w:val="center"/>
              <w:rPr>
                <w:sz w:val="20"/>
                <w:szCs w:val="20"/>
              </w:rPr>
            </w:pPr>
            <w:r>
              <w:rPr>
                <w:sz w:val="20"/>
                <w:szCs w:val="20"/>
              </w:rPr>
              <w:t xml:space="preserve">  114 455,7</w:t>
            </w:r>
          </w:p>
        </w:tc>
      </w:tr>
      <w:tr w:rsidR="00156693" w14:paraId="2BFE2D90" w14:textId="77777777">
        <w:trPr>
          <w:trHeight w:val="360"/>
        </w:trPr>
        <w:tc>
          <w:tcPr>
            <w:tcW w:w="3881"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427D3AEB" w14:textId="77777777" w:rsidR="00156693" w:rsidRDefault="00000000">
            <w:pPr>
              <w:spacing w:after="0"/>
              <w:ind w:left="-20"/>
              <w:rPr>
                <w:sz w:val="20"/>
                <w:szCs w:val="20"/>
              </w:rPr>
            </w:pPr>
            <w:r>
              <w:rPr>
                <w:sz w:val="20"/>
                <w:szCs w:val="20"/>
              </w:rPr>
              <w:t>Total subprogramul 8603</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594A2562" w14:textId="77777777" w:rsidR="00156693" w:rsidRDefault="00000000">
            <w:pPr>
              <w:spacing w:after="0"/>
              <w:ind w:left="-20"/>
              <w:jc w:val="center"/>
              <w:rPr>
                <w:sz w:val="20"/>
                <w:szCs w:val="20"/>
              </w:rPr>
            </w:pPr>
            <w:r>
              <w:rPr>
                <w:sz w:val="20"/>
                <w:szCs w:val="20"/>
              </w:rPr>
              <w:t xml:space="preserve"> 146 996,8</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0C88FC8B" w14:textId="77777777" w:rsidR="00156693" w:rsidRDefault="00000000">
            <w:pPr>
              <w:spacing w:after="0"/>
              <w:ind w:left="-20"/>
              <w:jc w:val="center"/>
              <w:rPr>
                <w:sz w:val="20"/>
                <w:szCs w:val="20"/>
              </w:rPr>
            </w:pPr>
            <w:r>
              <w:rPr>
                <w:sz w:val="20"/>
                <w:szCs w:val="20"/>
              </w:rPr>
              <w:t xml:space="preserve"> 146 996,8</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7E4D0F19" w14:textId="77777777" w:rsidR="00156693" w:rsidRDefault="00000000">
            <w:pPr>
              <w:spacing w:after="0"/>
              <w:ind w:left="-20"/>
              <w:jc w:val="center"/>
              <w:rPr>
                <w:sz w:val="20"/>
                <w:szCs w:val="20"/>
              </w:rPr>
            </w:pPr>
            <w:r>
              <w:rPr>
                <w:sz w:val="20"/>
                <w:szCs w:val="20"/>
              </w:rPr>
              <w:t>146 996,8</w:t>
            </w:r>
          </w:p>
        </w:tc>
        <w:tc>
          <w:tcPr>
            <w:tcW w:w="1438" w:type="dxa"/>
            <w:tcBorders>
              <w:top w:val="nil"/>
              <w:left w:val="nil"/>
              <w:bottom w:val="single" w:sz="6" w:space="0" w:color="000000"/>
              <w:right w:val="single" w:sz="6" w:space="0" w:color="000000"/>
            </w:tcBorders>
            <w:tcMar>
              <w:top w:w="40" w:type="dxa"/>
              <w:left w:w="60" w:type="dxa"/>
              <w:bottom w:w="40" w:type="dxa"/>
              <w:right w:w="60" w:type="dxa"/>
            </w:tcMar>
          </w:tcPr>
          <w:p w14:paraId="6D493188" w14:textId="77777777" w:rsidR="00156693" w:rsidRDefault="00000000">
            <w:pPr>
              <w:spacing w:after="0"/>
              <w:ind w:left="-20"/>
              <w:jc w:val="center"/>
              <w:rPr>
                <w:sz w:val="20"/>
                <w:szCs w:val="20"/>
              </w:rPr>
            </w:pPr>
            <w:r>
              <w:rPr>
                <w:sz w:val="20"/>
                <w:szCs w:val="20"/>
              </w:rPr>
              <w:t xml:space="preserve">146 996,8 </w:t>
            </w:r>
          </w:p>
        </w:tc>
      </w:tr>
    </w:tbl>
    <w:p w14:paraId="5126AA3A" w14:textId="77777777" w:rsidR="00156693" w:rsidRDefault="00000000">
      <w:pPr>
        <w:spacing w:before="80" w:after="160"/>
      </w:pPr>
      <w:r>
        <w:rPr>
          <w:b/>
          <w:bCs/>
        </w:rPr>
        <w:t xml:space="preserve">64. </w:t>
      </w:r>
      <w:r>
        <w:t>Mijloacele financiare necesare realizării Programului, distribuite pe obiective specifice, sunt prezentate în tabelul următor:</w:t>
      </w:r>
    </w:p>
    <w:p w14:paraId="535D66C2" w14:textId="77777777" w:rsidR="00156693" w:rsidRDefault="00000000">
      <w:pPr>
        <w:spacing w:before="80" w:after="160"/>
        <w:rPr>
          <w:sz w:val="20"/>
          <w:szCs w:val="20"/>
        </w:rPr>
      </w:pPr>
      <w:r>
        <w:rPr>
          <w:b/>
          <w:bCs/>
          <w:sz w:val="20"/>
          <w:szCs w:val="20"/>
        </w:rPr>
        <w:t xml:space="preserve">Tabel 9. </w:t>
      </w:r>
      <w:r>
        <w:rPr>
          <w:sz w:val="20"/>
          <w:szCs w:val="20"/>
        </w:rPr>
        <w:t xml:space="preserve">Mijloacele financiare necesare pentru realizarea Programului, pe obiective specifice (mii lei) </w:t>
      </w:r>
    </w:p>
    <w:tbl>
      <w:tblPr>
        <w:tblStyle w:val="afffffffffffffffffffffffff0"/>
        <w:tblW w:w="9630" w:type="dxa"/>
        <w:tblBorders>
          <w:top w:val="nil"/>
          <w:left w:val="nil"/>
          <w:bottom w:val="nil"/>
          <w:right w:val="nil"/>
          <w:insideH w:val="nil"/>
          <w:insideV w:val="nil"/>
        </w:tblBorders>
        <w:tblLayout w:type="fixed"/>
        <w:tblLook w:val="0600" w:firstRow="0" w:lastRow="0" w:firstColumn="0" w:lastColumn="0" w:noHBand="1" w:noVBand="1"/>
      </w:tblPr>
      <w:tblGrid>
        <w:gridCol w:w="1650"/>
        <w:gridCol w:w="1080"/>
        <w:gridCol w:w="1035"/>
        <w:gridCol w:w="915"/>
        <w:gridCol w:w="1095"/>
        <w:gridCol w:w="1155"/>
        <w:gridCol w:w="1230"/>
        <w:gridCol w:w="1470"/>
      </w:tblGrid>
      <w:tr w:rsidR="00156693" w14:paraId="7950CA75" w14:textId="77777777">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413C0BB3" w14:textId="77777777" w:rsidR="00156693" w:rsidRDefault="00000000">
            <w:pPr>
              <w:spacing w:after="0"/>
              <w:ind w:left="-20"/>
              <w:jc w:val="center"/>
              <w:rPr>
                <w:b/>
                <w:bCs/>
                <w:sz w:val="20"/>
                <w:szCs w:val="20"/>
              </w:rPr>
            </w:pPr>
            <w:r>
              <w:rPr>
                <w:b/>
                <w:bCs/>
                <w:sz w:val="20"/>
                <w:szCs w:val="20"/>
              </w:rPr>
              <w:t>Obiectiv specific</w:t>
            </w:r>
          </w:p>
        </w:tc>
        <w:tc>
          <w:tcPr>
            <w:tcW w:w="1080"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3799A918" w14:textId="77777777" w:rsidR="00156693" w:rsidRDefault="00000000">
            <w:pPr>
              <w:spacing w:after="0"/>
              <w:ind w:left="-20"/>
              <w:jc w:val="center"/>
              <w:rPr>
                <w:b/>
                <w:bCs/>
                <w:sz w:val="20"/>
                <w:szCs w:val="20"/>
              </w:rPr>
            </w:pPr>
            <w:r>
              <w:rPr>
                <w:b/>
                <w:bCs/>
                <w:sz w:val="20"/>
                <w:szCs w:val="20"/>
              </w:rPr>
              <w:t>2027</w:t>
            </w:r>
          </w:p>
        </w:tc>
        <w:tc>
          <w:tcPr>
            <w:tcW w:w="1035"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CF8DA1C" w14:textId="77777777" w:rsidR="00156693" w:rsidRDefault="00000000">
            <w:pPr>
              <w:spacing w:after="0"/>
              <w:ind w:left="-20"/>
              <w:jc w:val="center"/>
              <w:rPr>
                <w:b/>
                <w:bCs/>
                <w:sz w:val="20"/>
                <w:szCs w:val="20"/>
              </w:rPr>
            </w:pPr>
            <w:r>
              <w:rPr>
                <w:b/>
                <w:bCs/>
                <w:sz w:val="20"/>
                <w:szCs w:val="20"/>
              </w:rPr>
              <w:t>2028</w:t>
            </w:r>
          </w:p>
        </w:tc>
        <w:tc>
          <w:tcPr>
            <w:tcW w:w="915"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1D4163A" w14:textId="77777777" w:rsidR="00156693" w:rsidRDefault="00000000">
            <w:pPr>
              <w:spacing w:after="0"/>
              <w:ind w:left="-20"/>
              <w:jc w:val="center"/>
              <w:rPr>
                <w:b/>
                <w:bCs/>
                <w:sz w:val="20"/>
                <w:szCs w:val="20"/>
              </w:rPr>
            </w:pPr>
            <w:r>
              <w:rPr>
                <w:b/>
                <w:bCs/>
                <w:sz w:val="20"/>
                <w:szCs w:val="20"/>
              </w:rPr>
              <w:t>2029</w:t>
            </w:r>
          </w:p>
        </w:tc>
        <w:tc>
          <w:tcPr>
            <w:tcW w:w="1095"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0656F70" w14:textId="77777777" w:rsidR="00156693" w:rsidRDefault="00000000">
            <w:pPr>
              <w:spacing w:after="0"/>
              <w:ind w:left="-20"/>
              <w:jc w:val="center"/>
              <w:rPr>
                <w:b/>
                <w:bCs/>
                <w:sz w:val="20"/>
                <w:szCs w:val="20"/>
              </w:rPr>
            </w:pPr>
            <w:r>
              <w:rPr>
                <w:b/>
                <w:bCs/>
                <w:sz w:val="20"/>
                <w:szCs w:val="20"/>
              </w:rPr>
              <w:t>2030</w:t>
            </w:r>
          </w:p>
        </w:tc>
        <w:tc>
          <w:tcPr>
            <w:tcW w:w="1155"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E70D04A" w14:textId="77777777" w:rsidR="00156693" w:rsidRDefault="00000000">
            <w:pPr>
              <w:spacing w:after="0"/>
              <w:ind w:left="-20"/>
              <w:jc w:val="center"/>
              <w:rPr>
                <w:b/>
                <w:bCs/>
                <w:sz w:val="20"/>
                <w:szCs w:val="20"/>
              </w:rPr>
            </w:pPr>
            <w:r>
              <w:rPr>
                <w:b/>
                <w:bCs/>
                <w:sz w:val="20"/>
                <w:szCs w:val="20"/>
              </w:rPr>
              <w:t>Total</w:t>
            </w:r>
          </w:p>
        </w:tc>
        <w:tc>
          <w:tcPr>
            <w:tcW w:w="1230"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68F36DFD" w14:textId="77777777" w:rsidR="00156693" w:rsidRDefault="00000000">
            <w:pPr>
              <w:spacing w:after="0"/>
              <w:ind w:left="-20"/>
              <w:jc w:val="center"/>
              <w:rPr>
                <w:b/>
                <w:bCs/>
                <w:sz w:val="20"/>
                <w:szCs w:val="20"/>
              </w:rPr>
            </w:pPr>
            <w:r>
              <w:rPr>
                <w:b/>
                <w:bCs/>
                <w:sz w:val="20"/>
                <w:szCs w:val="20"/>
              </w:rPr>
              <w:t>Buget public</w:t>
            </w:r>
          </w:p>
        </w:tc>
        <w:tc>
          <w:tcPr>
            <w:tcW w:w="1470"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5DCF6B35" w14:textId="77777777" w:rsidR="00156693" w:rsidRDefault="00000000">
            <w:pPr>
              <w:spacing w:after="0"/>
              <w:ind w:left="-20"/>
              <w:jc w:val="center"/>
              <w:rPr>
                <w:b/>
                <w:bCs/>
                <w:sz w:val="20"/>
                <w:szCs w:val="20"/>
              </w:rPr>
            </w:pPr>
            <w:r>
              <w:rPr>
                <w:b/>
                <w:bCs/>
                <w:sz w:val="20"/>
                <w:szCs w:val="20"/>
              </w:rPr>
              <w:t>Asistență externă</w:t>
            </w:r>
          </w:p>
        </w:tc>
      </w:tr>
      <w:tr w:rsidR="00156693" w14:paraId="2190099F"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2B73F486" w14:textId="77777777" w:rsidR="00156693" w:rsidRDefault="00000000">
            <w:pPr>
              <w:spacing w:after="0"/>
              <w:ind w:left="-20"/>
              <w:rPr>
                <w:sz w:val="20"/>
                <w:szCs w:val="20"/>
              </w:rPr>
            </w:pPr>
            <w:r>
              <w:rPr>
                <w:sz w:val="20"/>
                <w:szCs w:val="20"/>
              </w:rPr>
              <w:t>Obiectivul specific 1.1</w:t>
            </w:r>
          </w:p>
        </w:tc>
        <w:tc>
          <w:tcPr>
            <w:tcW w:w="1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A7882A3" w14:textId="77777777" w:rsidR="00156693" w:rsidRDefault="00000000">
            <w:pPr>
              <w:spacing w:after="0"/>
              <w:ind w:left="-20"/>
              <w:jc w:val="center"/>
              <w:rPr>
                <w:sz w:val="20"/>
                <w:szCs w:val="20"/>
              </w:rPr>
            </w:pPr>
            <w:r>
              <w:rPr>
                <w:sz w:val="20"/>
                <w:szCs w:val="20"/>
              </w:rPr>
              <w:t>5 356,0</w:t>
            </w:r>
          </w:p>
        </w:tc>
        <w:tc>
          <w:tcPr>
            <w:tcW w:w="10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C386568" w14:textId="77777777" w:rsidR="00156693" w:rsidRDefault="00000000">
            <w:pPr>
              <w:spacing w:after="0"/>
              <w:ind w:left="-20"/>
              <w:jc w:val="center"/>
              <w:rPr>
                <w:sz w:val="20"/>
                <w:szCs w:val="20"/>
              </w:rPr>
            </w:pPr>
            <w:r>
              <w:rPr>
                <w:sz w:val="20"/>
                <w:szCs w:val="20"/>
              </w:rPr>
              <w:t>6 422,0</w:t>
            </w:r>
          </w:p>
        </w:tc>
        <w:tc>
          <w:tcPr>
            <w:tcW w:w="91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A97177B" w14:textId="77777777" w:rsidR="00156693" w:rsidRDefault="00000000">
            <w:pPr>
              <w:spacing w:after="0"/>
              <w:ind w:left="-20"/>
              <w:jc w:val="center"/>
              <w:rPr>
                <w:sz w:val="20"/>
                <w:szCs w:val="20"/>
              </w:rPr>
            </w:pPr>
            <w:r>
              <w:rPr>
                <w:sz w:val="20"/>
                <w:szCs w:val="20"/>
              </w:rPr>
              <w:t>6 757,0</w:t>
            </w:r>
          </w:p>
        </w:tc>
        <w:tc>
          <w:tcPr>
            <w:tcW w:w="10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6C9536" w14:textId="77777777" w:rsidR="00156693" w:rsidRDefault="00000000">
            <w:pPr>
              <w:spacing w:after="0"/>
              <w:ind w:left="-20"/>
              <w:jc w:val="center"/>
              <w:rPr>
                <w:sz w:val="20"/>
                <w:szCs w:val="20"/>
              </w:rPr>
            </w:pPr>
            <w:r>
              <w:rPr>
                <w:sz w:val="20"/>
                <w:szCs w:val="20"/>
              </w:rPr>
              <w:t>6 757,0</w:t>
            </w:r>
          </w:p>
        </w:tc>
        <w:tc>
          <w:tcPr>
            <w:tcW w:w="1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DA5160D" w14:textId="77777777" w:rsidR="00156693" w:rsidRDefault="00000000">
            <w:pPr>
              <w:spacing w:after="0"/>
              <w:ind w:left="-20"/>
              <w:jc w:val="center"/>
              <w:rPr>
                <w:b/>
                <w:bCs/>
                <w:sz w:val="20"/>
                <w:szCs w:val="20"/>
              </w:rPr>
            </w:pPr>
            <w:r>
              <w:rPr>
                <w:b/>
                <w:bCs/>
                <w:sz w:val="20"/>
                <w:szCs w:val="20"/>
              </w:rPr>
              <w:t>25 292,0</w:t>
            </w:r>
          </w:p>
        </w:tc>
        <w:tc>
          <w:tcPr>
            <w:tcW w:w="12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4BDDF8" w14:textId="77777777" w:rsidR="00156693" w:rsidRDefault="00000000">
            <w:pPr>
              <w:spacing w:after="0"/>
              <w:ind w:left="-20"/>
              <w:jc w:val="center"/>
              <w:rPr>
                <w:sz w:val="20"/>
                <w:szCs w:val="20"/>
              </w:rPr>
            </w:pPr>
            <w:r>
              <w:rPr>
                <w:sz w:val="20"/>
                <w:szCs w:val="20"/>
              </w:rPr>
              <w:t>17 292,0</w:t>
            </w:r>
          </w:p>
        </w:tc>
        <w:tc>
          <w:tcPr>
            <w:tcW w:w="14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8F467D" w14:textId="77777777" w:rsidR="00156693" w:rsidRDefault="00000000">
            <w:pPr>
              <w:spacing w:after="0"/>
              <w:ind w:left="-20"/>
              <w:jc w:val="center"/>
              <w:rPr>
                <w:sz w:val="20"/>
                <w:szCs w:val="20"/>
              </w:rPr>
            </w:pPr>
            <w:r>
              <w:rPr>
                <w:sz w:val="20"/>
                <w:szCs w:val="20"/>
              </w:rPr>
              <w:t>8 000,0</w:t>
            </w:r>
          </w:p>
        </w:tc>
      </w:tr>
      <w:tr w:rsidR="00156693" w14:paraId="4F18CF56"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2DCDD4EE" w14:textId="77777777" w:rsidR="00156693" w:rsidRDefault="00000000">
            <w:pPr>
              <w:spacing w:after="0"/>
              <w:ind w:left="-20"/>
              <w:rPr>
                <w:sz w:val="20"/>
                <w:szCs w:val="20"/>
              </w:rPr>
            </w:pPr>
            <w:r>
              <w:rPr>
                <w:sz w:val="20"/>
                <w:szCs w:val="20"/>
              </w:rPr>
              <w:t>Obiectivul specific 1.2</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6E82D4" w14:textId="77777777" w:rsidR="00156693" w:rsidRDefault="00000000">
            <w:pPr>
              <w:spacing w:after="0"/>
              <w:ind w:left="-20"/>
              <w:jc w:val="center"/>
              <w:rPr>
                <w:sz w:val="20"/>
                <w:szCs w:val="20"/>
              </w:rPr>
            </w:pPr>
            <w:r>
              <w:rPr>
                <w:sz w:val="20"/>
                <w:szCs w:val="20"/>
              </w:rPr>
              <w:t>410,0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69DED16" w14:textId="77777777" w:rsidR="00156693" w:rsidRDefault="00000000">
            <w:pPr>
              <w:spacing w:after="0"/>
              <w:ind w:left="-20"/>
              <w:jc w:val="center"/>
              <w:rPr>
                <w:sz w:val="20"/>
                <w:szCs w:val="20"/>
              </w:rPr>
            </w:pPr>
            <w:r>
              <w:rPr>
                <w:sz w:val="20"/>
                <w:szCs w:val="20"/>
              </w:rPr>
              <w:t>330,0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39D3850" w14:textId="77777777" w:rsidR="00156693" w:rsidRDefault="00000000">
            <w:pPr>
              <w:spacing w:after="0"/>
              <w:ind w:left="-20"/>
              <w:jc w:val="center"/>
              <w:rPr>
                <w:sz w:val="20"/>
                <w:szCs w:val="20"/>
              </w:rPr>
            </w:pPr>
            <w:r>
              <w:rPr>
                <w:sz w:val="20"/>
                <w:szCs w:val="20"/>
              </w:rPr>
              <w:t>1 580,0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1862E4E" w14:textId="77777777" w:rsidR="00156693" w:rsidRDefault="00000000">
            <w:pPr>
              <w:spacing w:after="0"/>
              <w:ind w:left="-20"/>
              <w:jc w:val="center"/>
              <w:rPr>
                <w:sz w:val="20"/>
                <w:szCs w:val="20"/>
              </w:rPr>
            </w:pPr>
            <w:r>
              <w:rPr>
                <w:sz w:val="20"/>
                <w:szCs w:val="20"/>
              </w:rPr>
              <w:t>1 500,0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3AB26A1" w14:textId="77777777" w:rsidR="00156693" w:rsidRDefault="00000000">
            <w:pPr>
              <w:spacing w:after="0"/>
              <w:ind w:left="-20"/>
              <w:jc w:val="center"/>
              <w:rPr>
                <w:b/>
                <w:bCs/>
                <w:sz w:val="20"/>
                <w:szCs w:val="20"/>
              </w:rPr>
            </w:pPr>
            <w:r>
              <w:rPr>
                <w:b/>
                <w:bCs/>
                <w:sz w:val="20"/>
                <w:szCs w:val="20"/>
              </w:rPr>
              <w:t>3 820,0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7F59C1E" w14:textId="77777777" w:rsidR="00156693" w:rsidRDefault="00000000">
            <w:pPr>
              <w:spacing w:after="0"/>
              <w:ind w:left="-20"/>
              <w:jc w:val="center"/>
              <w:rPr>
                <w:sz w:val="20"/>
                <w:szCs w:val="20"/>
              </w:rPr>
            </w:pPr>
            <w:r>
              <w:rPr>
                <w:sz w:val="20"/>
                <w:szCs w:val="20"/>
              </w:rPr>
              <w:t>1 340,0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4731C7E" w14:textId="77777777" w:rsidR="00156693" w:rsidRDefault="00000000">
            <w:pPr>
              <w:spacing w:after="0"/>
              <w:ind w:left="-20"/>
              <w:jc w:val="center"/>
              <w:rPr>
                <w:sz w:val="20"/>
                <w:szCs w:val="20"/>
              </w:rPr>
            </w:pPr>
            <w:r>
              <w:rPr>
                <w:sz w:val="20"/>
                <w:szCs w:val="20"/>
              </w:rPr>
              <w:t>2 480,0</w:t>
            </w:r>
          </w:p>
        </w:tc>
      </w:tr>
      <w:tr w:rsidR="00156693" w14:paraId="59BDB1AC"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05D6ED9D" w14:textId="77777777" w:rsidR="00156693" w:rsidRDefault="00000000">
            <w:pPr>
              <w:spacing w:after="0"/>
              <w:ind w:left="-20"/>
              <w:rPr>
                <w:sz w:val="20"/>
                <w:szCs w:val="20"/>
              </w:rPr>
            </w:pPr>
            <w:r>
              <w:rPr>
                <w:sz w:val="20"/>
                <w:szCs w:val="20"/>
              </w:rPr>
              <w:t>Obiectivul specific 1.3</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664B92" w14:textId="77777777" w:rsidR="00156693" w:rsidRDefault="00000000">
            <w:pPr>
              <w:spacing w:after="0"/>
              <w:ind w:left="-20"/>
              <w:jc w:val="center"/>
              <w:rPr>
                <w:sz w:val="20"/>
                <w:szCs w:val="20"/>
              </w:rPr>
            </w:pPr>
            <w:r>
              <w:rPr>
                <w:sz w:val="20"/>
                <w:szCs w:val="20"/>
              </w:rPr>
              <w:t>143,0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6DE7F8" w14:textId="77777777" w:rsidR="00156693" w:rsidRDefault="00000000">
            <w:pPr>
              <w:spacing w:after="0"/>
              <w:ind w:left="-20"/>
              <w:jc w:val="center"/>
              <w:rPr>
                <w:sz w:val="20"/>
                <w:szCs w:val="20"/>
              </w:rPr>
            </w:pPr>
            <w:r>
              <w:rPr>
                <w:sz w:val="20"/>
                <w:szCs w:val="20"/>
              </w:rPr>
              <w:t>1 190,0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F68FD52" w14:textId="77777777" w:rsidR="00156693" w:rsidRDefault="00000000">
            <w:pPr>
              <w:spacing w:after="0"/>
              <w:ind w:left="-20"/>
              <w:jc w:val="center"/>
              <w:rPr>
                <w:sz w:val="20"/>
                <w:szCs w:val="20"/>
              </w:rPr>
            </w:pPr>
            <w:r>
              <w:rPr>
                <w:sz w:val="20"/>
                <w:szCs w:val="20"/>
              </w:rPr>
              <w:t>488,0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9CAFFBE" w14:textId="77777777" w:rsidR="00156693" w:rsidRDefault="00000000">
            <w:pPr>
              <w:spacing w:after="0"/>
              <w:ind w:left="-20"/>
              <w:jc w:val="center"/>
              <w:rPr>
                <w:sz w:val="20"/>
                <w:szCs w:val="20"/>
              </w:rPr>
            </w:pPr>
            <w:r>
              <w:rPr>
                <w:sz w:val="20"/>
                <w:szCs w:val="20"/>
              </w:rPr>
              <w:t>550,0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BC1E467" w14:textId="77777777" w:rsidR="00156693" w:rsidRDefault="00000000">
            <w:pPr>
              <w:spacing w:after="0"/>
              <w:ind w:left="-20"/>
              <w:jc w:val="center"/>
              <w:rPr>
                <w:b/>
                <w:bCs/>
                <w:sz w:val="20"/>
                <w:szCs w:val="20"/>
              </w:rPr>
            </w:pPr>
            <w:r>
              <w:rPr>
                <w:b/>
                <w:bCs/>
                <w:sz w:val="20"/>
                <w:szCs w:val="20"/>
              </w:rPr>
              <w:t>2 371,0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8642F16" w14:textId="77777777" w:rsidR="00156693" w:rsidRDefault="00000000">
            <w:pPr>
              <w:spacing w:after="0"/>
              <w:ind w:left="-20"/>
              <w:jc w:val="center"/>
              <w:rPr>
                <w:sz w:val="20"/>
                <w:szCs w:val="20"/>
              </w:rPr>
            </w:pPr>
            <w:r>
              <w:rPr>
                <w:sz w:val="20"/>
                <w:szCs w:val="20"/>
              </w:rPr>
              <w:t>1 581,0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66F5FDE" w14:textId="77777777" w:rsidR="00156693" w:rsidRDefault="00000000">
            <w:pPr>
              <w:spacing w:after="0"/>
              <w:ind w:left="-20"/>
              <w:jc w:val="center"/>
              <w:rPr>
                <w:sz w:val="20"/>
                <w:szCs w:val="20"/>
              </w:rPr>
            </w:pPr>
            <w:r>
              <w:rPr>
                <w:sz w:val="20"/>
                <w:szCs w:val="20"/>
              </w:rPr>
              <w:t>790,0</w:t>
            </w:r>
          </w:p>
        </w:tc>
      </w:tr>
      <w:tr w:rsidR="00156693" w14:paraId="461914F9"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5D55EE25" w14:textId="77777777" w:rsidR="00156693" w:rsidRDefault="00000000">
            <w:pPr>
              <w:spacing w:after="0"/>
              <w:ind w:left="-20"/>
              <w:rPr>
                <w:sz w:val="20"/>
                <w:szCs w:val="20"/>
              </w:rPr>
            </w:pPr>
            <w:r>
              <w:rPr>
                <w:sz w:val="20"/>
                <w:szCs w:val="20"/>
              </w:rPr>
              <w:t>Obiectivul specific 2.1</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49DF967" w14:textId="77777777" w:rsidR="00156693" w:rsidRDefault="00000000">
            <w:pPr>
              <w:spacing w:after="0"/>
              <w:ind w:left="-20"/>
              <w:jc w:val="center"/>
              <w:rPr>
                <w:sz w:val="20"/>
                <w:szCs w:val="20"/>
              </w:rPr>
            </w:pPr>
            <w:r>
              <w:rPr>
                <w:sz w:val="20"/>
                <w:szCs w:val="20"/>
              </w:rPr>
              <w:t>4 624,0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B75B6D6" w14:textId="77777777" w:rsidR="00156693" w:rsidRDefault="00000000">
            <w:pPr>
              <w:spacing w:after="0"/>
              <w:ind w:left="-20"/>
              <w:jc w:val="center"/>
              <w:rPr>
                <w:sz w:val="20"/>
                <w:szCs w:val="20"/>
              </w:rPr>
            </w:pPr>
            <w:r>
              <w:rPr>
                <w:sz w:val="20"/>
                <w:szCs w:val="20"/>
              </w:rPr>
              <w:t>5 614,0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DF42873" w14:textId="77777777" w:rsidR="00156693" w:rsidRDefault="00000000">
            <w:pPr>
              <w:spacing w:after="0"/>
              <w:ind w:left="-20"/>
              <w:jc w:val="center"/>
              <w:rPr>
                <w:sz w:val="20"/>
                <w:szCs w:val="20"/>
              </w:rPr>
            </w:pPr>
            <w:r>
              <w:rPr>
                <w:sz w:val="20"/>
                <w:szCs w:val="20"/>
              </w:rPr>
              <w:t>5 761,0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C0B598" w14:textId="77777777" w:rsidR="00156693" w:rsidRDefault="00000000">
            <w:pPr>
              <w:spacing w:after="0"/>
              <w:ind w:left="-20"/>
              <w:jc w:val="center"/>
              <w:rPr>
                <w:sz w:val="20"/>
                <w:szCs w:val="20"/>
              </w:rPr>
            </w:pPr>
            <w:r>
              <w:rPr>
                <w:sz w:val="20"/>
                <w:szCs w:val="20"/>
              </w:rPr>
              <w:t>5 061,0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035EC2" w14:textId="77777777" w:rsidR="00156693" w:rsidRDefault="00000000">
            <w:pPr>
              <w:spacing w:after="0"/>
              <w:ind w:left="-20"/>
              <w:jc w:val="center"/>
              <w:rPr>
                <w:b/>
                <w:bCs/>
                <w:sz w:val="20"/>
                <w:szCs w:val="20"/>
              </w:rPr>
            </w:pPr>
            <w:r>
              <w:rPr>
                <w:b/>
                <w:bCs/>
                <w:sz w:val="20"/>
                <w:szCs w:val="20"/>
              </w:rPr>
              <w:t>21 060,0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5730D0" w14:textId="77777777" w:rsidR="00156693" w:rsidRDefault="00000000">
            <w:pPr>
              <w:spacing w:after="0"/>
              <w:ind w:left="-20"/>
              <w:jc w:val="center"/>
              <w:rPr>
                <w:sz w:val="20"/>
                <w:szCs w:val="20"/>
              </w:rPr>
            </w:pPr>
            <w:r>
              <w:rPr>
                <w:sz w:val="20"/>
                <w:szCs w:val="20"/>
              </w:rPr>
              <w:t xml:space="preserve">15 816,0 </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F86A77" w14:textId="77777777" w:rsidR="00156693" w:rsidRDefault="00000000">
            <w:pPr>
              <w:spacing w:after="0"/>
              <w:ind w:left="-20"/>
              <w:jc w:val="center"/>
              <w:rPr>
                <w:sz w:val="20"/>
                <w:szCs w:val="20"/>
              </w:rPr>
            </w:pPr>
            <w:r>
              <w:rPr>
                <w:sz w:val="20"/>
                <w:szCs w:val="20"/>
              </w:rPr>
              <w:t>5 244,0</w:t>
            </w:r>
          </w:p>
        </w:tc>
      </w:tr>
      <w:tr w:rsidR="00156693" w14:paraId="41DB7430"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4B4661B5" w14:textId="77777777" w:rsidR="00156693" w:rsidRDefault="00000000">
            <w:pPr>
              <w:spacing w:after="0"/>
              <w:ind w:left="-20"/>
              <w:rPr>
                <w:sz w:val="20"/>
                <w:szCs w:val="20"/>
              </w:rPr>
            </w:pPr>
            <w:r>
              <w:rPr>
                <w:sz w:val="20"/>
                <w:szCs w:val="20"/>
              </w:rPr>
              <w:t>Obiectivul specific 2.2</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61F4102" w14:textId="77777777" w:rsidR="00156693" w:rsidRDefault="00000000">
            <w:pPr>
              <w:spacing w:after="0"/>
              <w:ind w:left="-20"/>
              <w:jc w:val="center"/>
              <w:rPr>
                <w:sz w:val="20"/>
                <w:szCs w:val="20"/>
              </w:rPr>
            </w:pPr>
            <w:r>
              <w:rPr>
                <w:sz w:val="20"/>
                <w:szCs w:val="20"/>
              </w:rPr>
              <w:t>12 733,0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0DC4EA" w14:textId="77777777" w:rsidR="00156693" w:rsidRDefault="00000000">
            <w:pPr>
              <w:spacing w:after="0"/>
              <w:ind w:left="-20"/>
              <w:jc w:val="center"/>
              <w:rPr>
                <w:sz w:val="20"/>
                <w:szCs w:val="20"/>
              </w:rPr>
            </w:pPr>
            <w:r>
              <w:rPr>
                <w:sz w:val="20"/>
                <w:szCs w:val="20"/>
              </w:rPr>
              <w:t>12 763,0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482106" w14:textId="77777777" w:rsidR="00156693" w:rsidRDefault="00000000">
            <w:pPr>
              <w:spacing w:after="0"/>
              <w:ind w:left="-20"/>
              <w:jc w:val="center"/>
              <w:rPr>
                <w:sz w:val="20"/>
                <w:szCs w:val="20"/>
              </w:rPr>
            </w:pPr>
            <w:r>
              <w:rPr>
                <w:sz w:val="20"/>
                <w:szCs w:val="20"/>
              </w:rPr>
              <w:t>14 033,0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2798C1" w14:textId="77777777" w:rsidR="00156693" w:rsidRDefault="00000000">
            <w:pPr>
              <w:spacing w:after="0"/>
              <w:ind w:left="-20"/>
              <w:jc w:val="center"/>
              <w:rPr>
                <w:sz w:val="20"/>
                <w:szCs w:val="20"/>
              </w:rPr>
            </w:pPr>
            <w:r>
              <w:rPr>
                <w:sz w:val="20"/>
                <w:szCs w:val="20"/>
              </w:rPr>
              <w:t>14 033,0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71BF916" w14:textId="77777777" w:rsidR="00156693" w:rsidRDefault="00000000">
            <w:pPr>
              <w:spacing w:after="0"/>
              <w:ind w:left="-20"/>
              <w:jc w:val="center"/>
              <w:rPr>
                <w:b/>
                <w:bCs/>
                <w:sz w:val="20"/>
                <w:szCs w:val="20"/>
              </w:rPr>
            </w:pPr>
            <w:r>
              <w:rPr>
                <w:b/>
                <w:bCs/>
                <w:sz w:val="20"/>
                <w:szCs w:val="20"/>
              </w:rPr>
              <w:t>53 562,0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72F73B8" w14:textId="77777777" w:rsidR="00156693" w:rsidRDefault="00000000">
            <w:pPr>
              <w:spacing w:after="0"/>
              <w:ind w:left="-20"/>
              <w:jc w:val="center"/>
              <w:rPr>
                <w:sz w:val="20"/>
                <w:szCs w:val="20"/>
              </w:rPr>
            </w:pPr>
            <w:r>
              <w:rPr>
                <w:sz w:val="20"/>
                <w:szCs w:val="20"/>
              </w:rPr>
              <w:t>45 562,0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77328F" w14:textId="77777777" w:rsidR="00156693" w:rsidRDefault="00000000">
            <w:pPr>
              <w:spacing w:after="0"/>
              <w:ind w:left="-20"/>
              <w:jc w:val="center"/>
              <w:rPr>
                <w:sz w:val="20"/>
                <w:szCs w:val="20"/>
              </w:rPr>
            </w:pPr>
            <w:r>
              <w:rPr>
                <w:sz w:val="20"/>
                <w:szCs w:val="20"/>
              </w:rPr>
              <w:t>8 000,0</w:t>
            </w:r>
          </w:p>
        </w:tc>
      </w:tr>
      <w:tr w:rsidR="00156693" w14:paraId="527C6385"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1B051FEB" w14:textId="77777777" w:rsidR="00156693" w:rsidRDefault="00000000">
            <w:pPr>
              <w:spacing w:after="0"/>
              <w:ind w:left="-20"/>
              <w:rPr>
                <w:sz w:val="20"/>
                <w:szCs w:val="20"/>
              </w:rPr>
            </w:pPr>
            <w:r>
              <w:rPr>
                <w:sz w:val="20"/>
                <w:szCs w:val="20"/>
              </w:rPr>
              <w:t>Obiectivul specific 2.3</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EA642FA" w14:textId="77777777" w:rsidR="00156693" w:rsidRDefault="00000000">
            <w:pPr>
              <w:spacing w:after="0"/>
              <w:ind w:left="-20"/>
              <w:jc w:val="center"/>
              <w:rPr>
                <w:sz w:val="20"/>
                <w:szCs w:val="20"/>
              </w:rPr>
            </w:pPr>
            <w:r>
              <w:rPr>
                <w:sz w:val="20"/>
                <w:szCs w:val="20"/>
              </w:rPr>
              <w:t>489,0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B644B09" w14:textId="77777777" w:rsidR="00156693" w:rsidRDefault="00000000">
            <w:pPr>
              <w:spacing w:after="0"/>
              <w:ind w:left="-20"/>
              <w:jc w:val="center"/>
              <w:rPr>
                <w:sz w:val="20"/>
                <w:szCs w:val="20"/>
              </w:rPr>
            </w:pPr>
            <w:r>
              <w:rPr>
                <w:sz w:val="20"/>
                <w:szCs w:val="20"/>
              </w:rPr>
              <w:t>497,0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19F666C" w14:textId="77777777" w:rsidR="00156693" w:rsidRDefault="00000000">
            <w:pPr>
              <w:spacing w:after="0"/>
              <w:ind w:left="-20"/>
              <w:jc w:val="center"/>
              <w:rPr>
                <w:sz w:val="20"/>
                <w:szCs w:val="20"/>
              </w:rPr>
            </w:pPr>
            <w:r>
              <w:rPr>
                <w:sz w:val="20"/>
                <w:szCs w:val="20"/>
              </w:rPr>
              <w:t>697,0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290205" w14:textId="77777777" w:rsidR="00156693" w:rsidRDefault="00000000">
            <w:pPr>
              <w:spacing w:after="0"/>
              <w:ind w:left="-20"/>
              <w:jc w:val="center"/>
              <w:rPr>
                <w:sz w:val="20"/>
                <w:szCs w:val="20"/>
              </w:rPr>
            </w:pPr>
            <w:r>
              <w:rPr>
                <w:sz w:val="20"/>
                <w:szCs w:val="20"/>
              </w:rPr>
              <w:t>697,0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F3F49EA" w14:textId="77777777" w:rsidR="00156693" w:rsidRDefault="00000000">
            <w:pPr>
              <w:spacing w:after="0"/>
              <w:ind w:left="-20"/>
              <w:jc w:val="center"/>
              <w:rPr>
                <w:b/>
                <w:bCs/>
                <w:sz w:val="20"/>
                <w:szCs w:val="20"/>
              </w:rPr>
            </w:pPr>
            <w:r>
              <w:rPr>
                <w:b/>
                <w:bCs/>
                <w:sz w:val="20"/>
                <w:szCs w:val="20"/>
              </w:rPr>
              <w:t>2 380,0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A037685" w14:textId="77777777" w:rsidR="00156693" w:rsidRDefault="00000000">
            <w:pPr>
              <w:spacing w:after="0"/>
              <w:ind w:left="-20"/>
              <w:jc w:val="center"/>
              <w:rPr>
                <w:sz w:val="20"/>
                <w:szCs w:val="20"/>
              </w:rPr>
            </w:pPr>
            <w:r>
              <w:rPr>
                <w:sz w:val="20"/>
                <w:szCs w:val="20"/>
              </w:rPr>
              <w:t>2 380,0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1E67DFF" w14:textId="77777777" w:rsidR="00156693" w:rsidRDefault="00000000">
            <w:pPr>
              <w:spacing w:after="0"/>
              <w:ind w:left="-20"/>
              <w:jc w:val="center"/>
              <w:rPr>
                <w:sz w:val="20"/>
                <w:szCs w:val="20"/>
              </w:rPr>
            </w:pPr>
            <w:r>
              <w:rPr>
                <w:sz w:val="20"/>
                <w:szCs w:val="20"/>
              </w:rPr>
              <w:t xml:space="preserve"> 0,0</w:t>
            </w:r>
          </w:p>
        </w:tc>
      </w:tr>
      <w:tr w:rsidR="00156693" w14:paraId="50330DF3"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0902D4E3" w14:textId="77777777" w:rsidR="00156693" w:rsidRDefault="00000000">
            <w:pPr>
              <w:spacing w:after="0"/>
              <w:ind w:left="-20"/>
              <w:rPr>
                <w:sz w:val="20"/>
                <w:szCs w:val="20"/>
              </w:rPr>
            </w:pPr>
            <w:r>
              <w:rPr>
                <w:sz w:val="20"/>
                <w:szCs w:val="20"/>
              </w:rPr>
              <w:t>Obiectivul specific 3.1</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ADCDB3" w14:textId="77777777" w:rsidR="00156693" w:rsidRDefault="00000000">
            <w:pPr>
              <w:spacing w:after="0"/>
              <w:ind w:left="-20"/>
              <w:jc w:val="center"/>
              <w:rPr>
                <w:sz w:val="20"/>
                <w:szCs w:val="20"/>
              </w:rPr>
            </w:pPr>
            <w:r>
              <w:rPr>
                <w:sz w:val="20"/>
                <w:szCs w:val="20"/>
              </w:rPr>
              <w:t>2 481,0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B91F93" w14:textId="77777777" w:rsidR="00156693" w:rsidRDefault="00000000">
            <w:pPr>
              <w:spacing w:after="0"/>
              <w:ind w:left="-20"/>
              <w:jc w:val="center"/>
              <w:rPr>
                <w:sz w:val="20"/>
                <w:szCs w:val="20"/>
              </w:rPr>
            </w:pPr>
            <w:r>
              <w:rPr>
                <w:sz w:val="20"/>
                <w:szCs w:val="20"/>
              </w:rPr>
              <w:t>3 238,0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FD122F" w14:textId="77777777" w:rsidR="00156693" w:rsidRDefault="00000000">
            <w:pPr>
              <w:spacing w:after="0"/>
              <w:ind w:left="-20"/>
              <w:jc w:val="center"/>
              <w:rPr>
                <w:sz w:val="20"/>
                <w:szCs w:val="20"/>
              </w:rPr>
            </w:pPr>
            <w:r>
              <w:rPr>
                <w:sz w:val="20"/>
                <w:szCs w:val="20"/>
              </w:rPr>
              <w:t>3 538,0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1AF6F5D" w14:textId="77777777" w:rsidR="00156693" w:rsidRDefault="00000000">
            <w:pPr>
              <w:spacing w:after="0"/>
              <w:ind w:left="-20"/>
              <w:jc w:val="center"/>
              <w:rPr>
                <w:sz w:val="20"/>
                <w:szCs w:val="20"/>
              </w:rPr>
            </w:pPr>
            <w:r>
              <w:rPr>
                <w:sz w:val="20"/>
                <w:szCs w:val="20"/>
              </w:rPr>
              <w:t>3 938,0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5017E7" w14:textId="77777777" w:rsidR="00156693" w:rsidRDefault="00000000">
            <w:pPr>
              <w:spacing w:after="0"/>
              <w:ind w:left="-20"/>
              <w:jc w:val="center"/>
              <w:rPr>
                <w:b/>
                <w:bCs/>
                <w:sz w:val="20"/>
                <w:szCs w:val="20"/>
              </w:rPr>
            </w:pPr>
            <w:r>
              <w:rPr>
                <w:b/>
                <w:bCs/>
                <w:sz w:val="20"/>
                <w:szCs w:val="20"/>
              </w:rPr>
              <w:t>13 195,0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B1DFF1" w14:textId="77777777" w:rsidR="00156693" w:rsidRDefault="00000000">
            <w:pPr>
              <w:spacing w:after="0"/>
              <w:ind w:left="-20"/>
              <w:jc w:val="center"/>
              <w:rPr>
                <w:sz w:val="20"/>
                <w:szCs w:val="20"/>
              </w:rPr>
            </w:pPr>
            <w:r>
              <w:rPr>
                <w:sz w:val="20"/>
                <w:szCs w:val="20"/>
              </w:rPr>
              <w:t>11 084,0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3E91762" w14:textId="77777777" w:rsidR="00156693" w:rsidRDefault="00000000">
            <w:pPr>
              <w:spacing w:after="0"/>
              <w:ind w:left="-20"/>
              <w:jc w:val="center"/>
              <w:rPr>
                <w:sz w:val="20"/>
                <w:szCs w:val="20"/>
              </w:rPr>
            </w:pPr>
            <w:r>
              <w:rPr>
                <w:sz w:val="20"/>
                <w:szCs w:val="20"/>
              </w:rPr>
              <w:t>2 111,0</w:t>
            </w:r>
          </w:p>
        </w:tc>
      </w:tr>
      <w:tr w:rsidR="00156693" w14:paraId="0F3B5D08"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51AB0D26" w14:textId="77777777" w:rsidR="00156693" w:rsidRDefault="00000000">
            <w:pPr>
              <w:spacing w:after="0"/>
              <w:ind w:left="-20"/>
              <w:rPr>
                <w:sz w:val="20"/>
                <w:szCs w:val="20"/>
              </w:rPr>
            </w:pPr>
            <w:r>
              <w:rPr>
                <w:sz w:val="20"/>
                <w:szCs w:val="20"/>
              </w:rPr>
              <w:t>Obiectivul specific 3.2</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A245DE5" w14:textId="77777777" w:rsidR="00156693" w:rsidRDefault="00000000">
            <w:pPr>
              <w:spacing w:after="0"/>
              <w:ind w:left="-20"/>
              <w:jc w:val="center"/>
              <w:rPr>
                <w:sz w:val="20"/>
                <w:szCs w:val="20"/>
              </w:rPr>
            </w:pPr>
            <w:r>
              <w:rPr>
                <w:sz w:val="20"/>
                <w:szCs w:val="20"/>
              </w:rPr>
              <w:t>17 090,0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032F408" w14:textId="77777777" w:rsidR="00156693" w:rsidRDefault="00000000">
            <w:pPr>
              <w:spacing w:after="0"/>
              <w:ind w:left="-20"/>
              <w:jc w:val="center"/>
              <w:rPr>
                <w:sz w:val="20"/>
                <w:szCs w:val="20"/>
              </w:rPr>
            </w:pPr>
            <w:r>
              <w:rPr>
                <w:sz w:val="20"/>
                <w:szCs w:val="20"/>
              </w:rPr>
              <w:t>8 590,0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DC8A894" w14:textId="77777777" w:rsidR="00156693" w:rsidRDefault="00000000">
            <w:pPr>
              <w:spacing w:after="0"/>
              <w:ind w:left="-20"/>
              <w:jc w:val="center"/>
              <w:rPr>
                <w:sz w:val="20"/>
                <w:szCs w:val="20"/>
              </w:rPr>
            </w:pPr>
            <w:r>
              <w:rPr>
                <w:sz w:val="20"/>
                <w:szCs w:val="20"/>
              </w:rPr>
              <w:t>8 590,0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F80F28" w14:textId="77777777" w:rsidR="00156693" w:rsidRDefault="00000000">
            <w:pPr>
              <w:spacing w:after="0"/>
              <w:ind w:left="-20"/>
              <w:jc w:val="center"/>
              <w:rPr>
                <w:sz w:val="20"/>
                <w:szCs w:val="20"/>
              </w:rPr>
            </w:pPr>
            <w:r>
              <w:rPr>
                <w:sz w:val="20"/>
                <w:szCs w:val="20"/>
              </w:rPr>
              <w:t>8 590,0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6A3FC2" w14:textId="77777777" w:rsidR="00156693" w:rsidRDefault="00000000">
            <w:pPr>
              <w:spacing w:after="0"/>
              <w:ind w:left="-20"/>
              <w:jc w:val="center"/>
              <w:rPr>
                <w:b/>
                <w:bCs/>
                <w:sz w:val="20"/>
                <w:szCs w:val="20"/>
              </w:rPr>
            </w:pPr>
            <w:r>
              <w:rPr>
                <w:b/>
                <w:bCs/>
                <w:sz w:val="20"/>
                <w:szCs w:val="20"/>
              </w:rPr>
              <w:t>42 860,0</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F1CC13A" w14:textId="77777777" w:rsidR="00156693" w:rsidRDefault="00000000">
            <w:pPr>
              <w:spacing w:after="0"/>
              <w:ind w:left="-20"/>
              <w:jc w:val="center"/>
              <w:rPr>
                <w:sz w:val="20"/>
                <w:szCs w:val="20"/>
              </w:rPr>
            </w:pPr>
            <w:r>
              <w:rPr>
                <w:sz w:val="20"/>
                <w:szCs w:val="20"/>
              </w:rPr>
              <w:t>20 960,0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D2DC069" w14:textId="77777777" w:rsidR="00156693" w:rsidRDefault="00000000">
            <w:pPr>
              <w:spacing w:after="0"/>
              <w:ind w:left="-20"/>
              <w:jc w:val="center"/>
              <w:rPr>
                <w:sz w:val="20"/>
                <w:szCs w:val="20"/>
              </w:rPr>
            </w:pPr>
            <w:r>
              <w:rPr>
                <w:sz w:val="20"/>
                <w:szCs w:val="20"/>
              </w:rPr>
              <w:t>21 900,0</w:t>
            </w:r>
          </w:p>
        </w:tc>
      </w:tr>
      <w:tr w:rsidR="00156693" w14:paraId="670AEB35"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736CAA22" w14:textId="77777777" w:rsidR="00156693" w:rsidRDefault="00000000">
            <w:pPr>
              <w:spacing w:after="0"/>
              <w:ind w:left="-20"/>
              <w:rPr>
                <w:sz w:val="20"/>
                <w:szCs w:val="20"/>
              </w:rPr>
            </w:pPr>
            <w:r>
              <w:rPr>
                <w:sz w:val="20"/>
                <w:szCs w:val="20"/>
              </w:rPr>
              <w:lastRenderedPageBreak/>
              <w:t>Obiectivul specific 3.3</w:t>
            </w:r>
          </w:p>
        </w:tc>
        <w:tc>
          <w:tcPr>
            <w:tcW w:w="108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AC7DD54" w14:textId="77777777" w:rsidR="00156693" w:rsidRDefault="00000000">
            <w:pPr>
              <w:spacing w:after="0"/>
              <w:ind w:left="-20"/>
              <w:jc w:val="center"/>
              <w:rPr>
                <w:sz w:val="20"/>
                <w:szCs w:val="20"/>
              </w:rPr>
            </w:pPr>
            <w:r>
              <w:rPr>
                <w:sz w:val="20"/>
                <w:szCs w:val="20"/>
              </w:rPr>
              <w:t>3 675,0</w:t>
            </w:r>
          </w:p>
        </w:tc>
        <w:tc>
          <w:tcPr>
            <w:tcW w:w="103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082A679" w14:textId="77777777" w:rsidR="00156693" w:rsidRDefault="00000000">
            <w:pPr>
              <w:spacing w:after="0"/>
              <w:ind w:left="-20"/>
              <w:jc w:val="center"/>
              <w:rPr>
                <w:sz w:val="20"/>
                <w:szCs w:val="20"/>
              </w:rPr>
            </w:pPr>
            <w:r>
              <w:rPr>
                <w:sz w:val="20"/>
                <w:szCs w:val="20"/>
              </w:rPr>
              <w:t>5 920,0</w:t>
            </w:r>
          </w:p>
        </w:tc>
        <w:tc>
          <w:tcPr>
            <w:tcW w:w="91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F394A52" w14:textId="77777777" w:rsidR="00156693" w:rsidRDefault="00000000">
            <w:pPr>
              <w:spacing w:after="0"/>
              <w:ind w:left="-20"/>
              <w:jc w:val="center"/>
              <w:rPr>
                <w:sz w:val="20"/>
                <w:szCs w:val="20"/>
              </w:rPr>
            </w:pPr>
            <w:r>
              <w:rPr>
                <w:sz w:val="20"/>
                <w:szCs w:val="20"/>
              </w:rPr>
              <w:t>6 875,0</w:t>
            </w:r>
          </w:p>
        </w:tc>
        <w:tc>
          <w:tcPr>
            <w:tcW w:w="10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3E507E1" w14:textId="77777777" w:rsidR="00156693" w:rsidRDefault="00000000">
            <w:pPr>
              <w:spacing w:after="0"/>
              <w:ind w:left="-20"/>
              <w:jc w:val="center"/>
              <w:rPr>
                <w:sz w:val="20"/>
                <w:szCs w:val="20"/>
              </w:rPr>
            </w:pPr>
            <w:r>
              <w:rPr>
                <w:sz w:val="20"/>
                <w:szCs w:val="20"/>
              </w:rPr>
              <w:t>6 620,0</w:t>
            </w:r>
          </w:p>
        </w:tc>
        <w:tc>
          <w:tcPr>
            <w:tcW w:w="115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46BFF48" w14:textId="77777777" w:rsidR="00156693" w:rsidRDefault="00000000">
            <w:pPr>
              <w:spacing w:after="0"/>
              <w:ind w:left="-20"/>
              <w:jc w:val="center"/>
              <w:rPr>
                <w:b/>
                <w:bCs/>
                <w:sz w:val="20"/>
                <w:szCs w:val="20"/>
              </w:rPr>
            </w:pPr>
            <w:r>
              <w:rPr>
                <w:b/>
                <w:bCs/>
                <w:sz w:val="20"/>
                <w:szCs w:val="20"/>
              </w:rPr>
              <w:t xml:space="preserve">23 090,0 </w:t>
            </w:r>
          </w:p>
        </w:tc>
        <w:tc>
          <w:tcPr>
            <w:tcW w:w="123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E2D3E01" w14:textId="77777777" w:rsidR="00156693" w:rsidRDefault="00000000">
            <w:pPr>
              <w:spacing w:after="0"/>
              <w:ind w:left="-20"/>
              <w:jc w:val="center"/>
              <w:rPr>
                <w:sz w:val="20"/>
                <w:szCs w:val="20"/>
              </w:rPr>
            </w:pPr>
            <w:r>
              <w:rPr>
                <w:sz w:val="20"/>
                <w:szCs w:val="20"/>
              </w:rPr>
              <w:t>19 100,0</w:t>
            </w:r>
          </w:p>
        </w:tc>
        <w:tc>
          <w:tcPr>
            <w:tcW w:w="147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B085D4" w14:textId="77777777" w:rsidR="00156693" w:rsidRDefault="00000000">
            <w:pPr>
              <w:spacing w:after="0"/>
              <w:ind w:left="-20"/>
              <w:jc w:val="center"/>
              <w:rPr>
                <w:sz w:val="20"/>
                <w:szCs w:val="20"/>
              </w:rPr>
            </w:pPr>
            <w:r>
              <w:rPr>
                <w:sz w:val="20"/>
                <w:szCs w:val="20"/>
              </w:rPr>
              <w:t>3 990,0</w:t>
            </w:r>
          </w:p>
        </w:tc>
      </w:tr>
      <w:tr w:rsidR="00156693" w14:paraId="4352B4E0" w14:textId="77777777">
        <w:trPr>
          <w:trHeight w:val="360"/>
        </w:trPr>
        <w:tc>
          <w:tcPr>
            <w:tcW w:w="1650"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28EE3E40" w14:textId="77777777" w:rsidR="00156693" w:rsidRDefault="00000000">
            <w:pPr>
              <w:spacing w:after="0"/>
              <w:ind w:left="-20"/>
              <w:rPr>
                <w:b/>
                <w:bCs/>
                <w:sz w:val="20"/>
                <w:szCs w:val="20"/>
              </w:rPr>
            </w:pPr>
            <w:r>
              <w:rPr>
                <w:b/>
                <w:bCs/>
                <w:sz w:val="20"/>
                <w:szCs w:val="20"/>
              </w:rPr>
              <w:t>Total costuri</w:t>
            </w:r>
          </w:p>
        </w:tc>
        <w:tc>
          <w:tcPr>
            <w:tcW w:w="1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6D6E99A" w14:textId="77777777" w:rsidR="00156693" w:rsidRDefault="00000000">
            <w:pPr>
              <w:spacing w:after="0"/>
              <w:ind w:left="-20"/>
              <w:jc w:val="center"/>
              <w:rPr>
                <w:b/>
                <w:bCs/>
                <w:sz w:val="20"/>
                <w:szCs w:val="20"/>
              </w:rPr>
            </w:pPr>
            <w:r>
              <w:rPr>
                <w:b/>
                <w:bCs/>
                <w:sz w:val="20"/>
                <w:szCs w:val="20"/>
              </w:rPr>
              <w:t>47 001,0</w:t>
            </w:r>
          </w:p>
        </w:tc>
        <w:tc>
          <w:tcPr>
            <w:tcW w:w="103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DCC964F" w14:textId="77777777" w:rsidR="00156693" w:rsidRDefault="00000000">
            <w:pPr>
              <w:spacing w:after="0"/>
              <w:ind w:left="-20"/>
              <w:jc w:val="center"/>
              <w:rPr>
                <w:b/>
                <w:bCs/>
                <w:sz w:val="20"/>
                <w:szCs w:val="20"/>
              </w:rPr>
            </w:pPr>
            <w:r>
              <w:rPr>
                <w:b/>
                <w:bCs/>
                <w:sz w:val="20"/>
                <w:szCs w:val="20"/>
              </w:rPr>
              <w:t>44 564,0</w:t>
            </w:r>
          </w:p>
        </w:tc>
        <w:tc>
          <w:tcPr>
            <w:tcW w:w="91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CAF149C" w14:textId="77777777" w:rsidR="00156693" w:rsidRDefault="00000000">
            <w:pPr>
              <w:spacing w:after="0"/>
              <w:ind w:left="-20"/>
              <w:jc w:val="center"/>
              <w:rPr>
                <w:b/>
                <w:bCs/>
                <w:sz w:val="20"/>
                <w:szCs w:val="20"/>
              </w:rPr>
            </w:pPr>
            <w:r>
              <w:rPr>
                <w:b/>
                <w:bCs/>
                <w:sz w:val="20"/>
                <w:szCs w:val="20"/>
              </w:rPr>
              <w:t>48 319,0</w:t>
            </w:r>
          </w:p>
        </w:tc>
        <w:tc>
          <w:tcPr>
            <w:tcW w:w="109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3B6A28D" w14:textId="77777777" w:rsidR="00156693" w:rsidRDefault="00000000">
            <w:pPr>
              <w:spacing w:after="0"/>
              <w:ind w:left="-20"/>
              <w:jc w:val="center"/>
              <w:rPr>
                <w:b/>
                <w:bCs/>
                <w:sz w:val="20"/>
                <w:szCs w:val="20"/>
              </w:rPr>
            </w:pPr>
            <w:r>
              <w:rPr>
                <w:b/>
                <w:bCs/>
                <w:sz w:val="20"/>
                <w:szCs w:val="20"/>
              </w:rPr>
              <w:t>47 746,0</w:t>
            </w:r>
          </w:p>
        </w:tc>
        <w:tc>
          <w:tcPr>
            <w:tcW w:w="115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86DB0E" w14:textId="77777777" w:rsidR="00156693" w:rsidRDefault="00000000">
            <w:pPr>
              <w:spacing w:after="0"/>
              <w:ind w:left="-20"/>
              <w:jc w:val="center"/>
              <w:rPr>
                <w:b/>
                <w:bCs/>
                <w:sz w:val="20"/>
                <w:szCs w:val="20"/>
              </w:rPr>
            </w:pPr>
            <w:r>
              <w:rPr>
                <w:b/>
                <w:bCs/>
                <w:sz w:val="20"/>
                <w:szCs w:val="20"/>
              </w:rPr>
              <w:t>187 630,0</w:t>
            </w:r>
          </w:p>
        </w:tc>
        <w:tc>
          <w:tcPr>
            <w:tcW w:w="12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8E8E24" w14:textId="77777777" w:rsidR="00156693" w:rsidRDefault="00000000">
            <w:pPr>
              <w:spacing w:after="0"/>
              <w:ind w:left="-20"/>
              <w:jc w:val="center"/>
              <w:rPr>
                <w:b/>
                <w:bCs/>
                <w:sz w:val="20"/>
                <w:szCs w:val="20"/>
              </w:rPr>
            </w:pPr>
            <w:r>
              <w:rPr>
                <w:b/>
                <w:bCs/>
                <w:sz w:val="20"/>
                <w:szCs w:val="20"/>
              </w:rPr>
              <w:t>135 115,0</w:t>
            </w:r>
          </w:p>
        </w:tc>
        <w:tc>
          <w:tcPr>
            <w:tcW w:w="14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7EFBDD6" w14:textId="77777777" w:rsidR="00156693" w:rsidRDefault="00000000">
            <w:pPr>
              <w:spacing w:after="0"/>
              <w:ind w:left="-20"/>
              <w:jc w:val="center"/>
              <w:rPr>
                <w:b/>
                <w:bCs/>
                <w:sz w:val="20"/>
                <w:szCs w:val="20"/>
              </w:rPr>
            </w:pPr>
            <w:r>
              <w:rPr>
                <w:b/>
                <w:bCs/>
                <w:sz w:val="20"/>
                <w:szCs w:val="20"/>
              </w:rPr>
              <w:t>52 515,0</w:t>
            </w:r>
          </w:p>
        </w:tc>
      </w:tr>
    </w:tbl>
    <w:p w14:paraId="56F1DD99" w14:textId="77777777" w:rsidR="00156693" w:rsidRDefault="00156693">
      <w:pPr>
        <w:spacing w:before="80" w:after="160"/>
        <w:jc w:val="center"/>
        <w:rPr>
          <w:b/>
          <w:bCs/>
        </w:rPr>
      </w:pPr>
    </w:p>
    <w:p w14:paraId="17CF29D3" w14:textId="77777777" w:rsidR="00156693" w:rsidRDefault="00000000">
      <w:pPr>
        <w:spacing w:before="80" w:after="160"/>
        <w:jc w:val="center"/>
        <w:rPr>
          <w:b/>
          <w:bCs/>
        </w:rPr>
      </w:pPr>
      <w:r>
        <w:rPr>
          <w:b/>
          <w:bCs/>
        </w:rPr>
        <w:t xml:space="preserve">Capitol VI. </w:t>
      </w:r>
    </w:p>
    <w:p w14:paraId="01844512" w14:textId="77777777" w:rsidR="00156693" w:rsidRDefault="00000000">
      <w:pPr>
        <w:spacing w:before="80" w:after="160"/>
        <w:jc w:val="center"/>
        <w:rPr>
          <w:b/>
          <w:bCs/>
        </w:rPr>
      </w:pPr>
      <w:r>
        <w:rPr>
          <w:b/>
          <w:bCs/>
        </w:rPr>
        <w:t xml:space="preserve">RISCURI ȘI MĂSURI DE PREVENIRE </w:t>
      </w:r>
    </w:p>
    <w:p w14:paraId="4A5A669B" w14:textId="77777777" w:rsidR="00156693" w:rsidRDefault="00000000">
      <w:pPr>
        <w:spacing w:before="80" w:after="160"/>
        <w:jc w:val="both"/>
      </w:pPr>
      <w:r>
        <w:t>65. Implementarea Programului și atingerea țintelor și a indicatorilor de impact stabiliți prin acesta depind de capacitatea structurilor responsabile de implementare și de abilitatea acestora de a se racorda la noi realități sociale, economice sau administrative.</w:t>
      </w:r>
    </w:p>
    <w:p w14:paraId="091F2274" w14:textId="77777777" w:rsidR="00156693" w:rsidRDefault="00000000">
      <w:pPr>
        <w:spacing w:after="100"/>
        <w:jc w:val="both"/>
      </w:pPr>
      <w:r>
        <w:t>66. Registrul riscurilor, conform matricei, corelează riscurile prevăzute în Strategie cu obiectivele Programului și măsurile de protejare a continuității, accesului și rezultatelor. Pentru fiecare risc, mecanismele prevăzute în Tabelul 10 stabilesc responsabilul de monitorizare, semnalul de avertizare, măsura de răspuns și termenul de reexaminare. Riscurile se revizuiesc semestrial și ori de câte ori apare un semnal care poate afecta atingerea unei ținte sau continuitatea unei acțiuni.</w:t>
      </w:r>
    </w:p>
    <w:p w14:paraId="0A79686D" w14:textId="77777777" w:rsidR="00156693" w:rsidRDefault="00000000">
      <w:pPr>
        <w:keepNext/>
        <w:spacing w:before="120" w:after="60" w:line="240" w:lineRule="auto"/>
        <w:rPr>
          <w:b/>
          <w:bCs/>
          <w:sz w:val="20"/>
          <w:szCs w:val="20"/>
        </w:rPr>
      </w:pPr>
      <w:r>
        <w:rPr>
          <w:b/>
          <w:bCs/>
          <w:sz w:val="20"/>
          <w:szCs w:val="20"/>
        </w:rPr>
        <w:lastRenderedPageBreak/>
        <w:t>Tabel 10. Riscurile pentru implementarea programului</w:t>
      </w:r>
    </w:p>
    <w:tbl>
      <w:tblPr>
        <w:tblStyle w:val="afffffffffffffffffffffffff1"/>
        <w:tblW w:w="9480" w:type="dxa"/>
        <w:tblBorders>
          <w:top w:val="nil"/>
          <w:left w:val="nil"/>
          <w:bottom w:val="nil"/>
          <w:right w:val="nil"/>
          <w:insideH w:val="nil"/>
          <w:insideV w:val="nil"/>
        </w:tblBorders>
        <w:tblLayout w:type="fixed"/>
        <w:tblLook w:val="0600" w:firstRow="0" w:lastRow="0" w:firstColumn="0" w:lastColumn="0" w:noHBand="1" w:noVBand="1"/>
      </w:tblPr>
      <w:tblGrid>
        <w:gridCol w:w="735"/>
        <w:gridCol w:w="3525"/>
        <w:gridCol w:w="1320"/>
        <w:gridCol w:w="3900"/>
      </w:tblGrid>
      <w:tr w:rsidR="00156693" w14:paraId="0111A528" w14:textId="77777777">
        <w:trPr>
          <w:trHeight w:val="480"/>
        </w:trPr>
        <w:tc>
          <w:tcPr>
            <w:tcW w:w="735"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A7DE7C" w14:textId="77777777" w:rsidR="00156693" w:rsidRDefault="00000000">
            <w:pPr>
              <w:keepNext/>
              <w:spacing w:line="240" w:lineRule="auto"/>
              <w:ind w:left="40"/>
              <w:jc w:val="center"/>
              <w:rPr>
                <w:b/>
                <w:bCs/>
                <w:sz w:val="20"/>
                <w:szCs w:val="20"/>
              </w:rPr>
            </w:pPr>
            <w:r>
              <w:rPr>
                <w:b/>
                <w:bCs/>
                <w:sz w:val="20"/>
                <w:szCs w:val="20"/>
              </w:rPr>
              <w:t>Cod</w:t>
            </w:r>
          </w:p>
        </w:tc>
        <w:tc>
          <w:tcPr>
            <w:tcW w:w="3525"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390F206D" w14:textId="77777777" w:rsidR="00156693" w:rsidRDefault="00000000">
            <w:pPr>
              <w:keepNext/>
              <w:spacing w:line="240" w:lineRule="auto"/>
              <w:ind w:left="40"/>
              <w:jc w:val="center"/>
              <w:rPr>
                <w:b/>
                <w:bCs/>
                <w:sz w:val="20"/>
                <w:szCs w:val="20"/>
              </w:rPr>
            </w:pPr>
            <w:r>
              <w:rPr>
                <w:b/>
                <w:bCs/>
                <w:sz w:val="20"/>
                <w:szCs w:val="20"/>
              </w:rPr>
              <w:t>Risc</w:t>
            </w:r>
          </w:p>
        </w:tc>
        <w:tc>
          <w:tcPr>
            <w:tcW w:w="1320"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145BC64C" w14:textId="77777777" w:rsidR="00156693" w:rsidRDefault="00000000">
            <w:pPr>
              <w:keepNext/>
              <w:spacing w:line="240" w:lineRule="auto"/>
              <w:ind w:left="40"/>
              <w:jc w:val="center"/>
              <w:rPr>
                <w:b/>
                <w:bCs/>
                <w:sz w:val="20"/>
                <w:szCs w:val="20"/>
              </w:rPr>
            </w:pPr>
            <w:r>
              <w:rPr>
                <w:b/>
                <w:bCs/>
                <w:sz w:val="20"/>
                <w:szCs w:val="20"/>
              </w:rPr>
              <w:t>Nivel</w:t>
            </w:r>
          </w:p>
        </w:tc>
        <w:tc>
          <w:tcPr>
            <w:tcW w:w="3900"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1FD31D24" w14:textId="77777777" w:rsidR="00156693" w:rsidRDefault="00000000">
            <w:pPr>
              <w:keepNext/>
              <w:spacing w:line="240" w:lineRule="auto"/>
              <w:ind w:left="40"/>
              <w:jc w:val="center"/>
              <w:rPr>
                <w:b/>
                <w:bCs/>
                <w:sz w:val="20"/>
                <w:szCs w:val="20"/>
              </w:rPr>
            </w:pPr>
            <w:r>
              <w:rPr>
                <w:b/>
                <w:bCs/>
                <w:sz w:val="20"/>
                <w:szCs w:val="20"/>
              </w:rPr>
              <w:t>Măsură-cheie</w:t>
            </w:r>
          </w:p>
        </w:tc>
      </w:tr>
      <w:tr w:rsidR="00156693" w14:paraId="5C3BD731"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1CF9900D" w14:textId="77777777" w:rsidR="00156693" w:rsidRDefault="00000000">
            <w:pPr>
              <w:keepNext/>
              <w:spacing w:line="240" w:lineRule="auto"/>
              <w:ind w:left="40"/>
              <w:jc w:val="center"/>
              <w:rPr>
                <w:sz w:val="20"/>
                <w:szCs w:val="20"/>
              </w:rPr>
            </w:pPr>
            <w:r>
              <w:rPr>
                <w:sz w:val="20"/>
                <w:szCs w:val="20"/>
              </w:rPr>
              <w:t>R01</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2D18161F" w14:textId="77777777" w:rsidR="00156693" w:rsidRDefault="00000000">
            <w:pPr>
              <w:keepNext/>
              <w:spacing w:line="240" w:lineRule="auto"/>
              <w:ind w:left="40"/>
              <w:rPr>
                <w:sz w:val="20"/>
                <w:szCs w:val="20"/>
              </w:rPr>
            </w:pPr>
            <w:r>
              <w:rPr>
                <w:sz w:val="20"/>
                <w:szCs w:val="20"/>
              </w:rPr>
              <w:t>Insuficiența mijloacelor financiare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1015689C"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205AF37D" w14:textId="77777777" w:rsidR="00156693" w:rsidRDefault="00000000">
            <w:pPr>
              <w:keepNext/>
              <w:spacing w:line="240" w:lineRule="auto"/>
              <w:ind w:left="40"/>
              <w:rPr>
                <w:sz w:val="20"/>
                <w:szCs w:val="20"/>
              </w:rPr>
            </w:pPr>
            <w:r>
              <w:rPr>
                <w:sz w:val="20"/>
                <w:szCs w:val="20"/>
              </w:rPr>
              <w:t>Planificare CBTM și matching grants; lansare condiționată de buget confirmat</w:t>
            </w:r>
          </w:p>
        </w:tc>
      </w:tr>
      <w:tr w:rsidR="00156693" w14:paraId="314513D3"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7EBB4DA6" w14:textId="77777777" w:rsidR="00156693" w:rsidRDefault="00000000">
            <w:pPr>
              <w:keepNext/>
              <w:spacing w:line="240" w:lineRule="auto"/>
              <w:ind w:left="40"/>
              <w:jc w:val="center"/>
              <w:rPr>
                <w:sz w:val="20"/>
                <w:szCs w:val="20"/>
              </w:rPr>
            </w:pPr>
            <w:r>
              <w:rPr>
                <w:sz w:val="20"/>
                <w:szCs w:val="20"/>
              </w:rPr>
              <w:t>R02</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729ECF8A" w14:textId="77777777" w:rsidR="00156693" w:rsidRDefault="00000000">
            <w:pPr>
              <w:keepNext/>
              <w:spacing w:line="240" w:lineRule="auto"/>
              <w:ind w:left="40"/>
              <w:rPr>
                <w:sz w:val="20"/>
                <w:szCs w:val="20"/>
              </w:rPr>
            </w:pPr>
            <w:r>
              <w:rPr>
                <w:sz w:val="20"/>
                <w:szCs w:val="20"/>
              </w:rPr>
              <w:t>Fluctuație mare de personal în domeniul de tineret</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518CD33F"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22910A4E" w14:textId="77777777" w:rsidR="00156693" w:rsidRDefault="00000000">
            <w:pPr>
              <w:keepNext/>
              <w:spacing w:line="240" w:lineRule="auto"/>
              <w:ind w:left="40"/>
              <w:rPr>
                <w:sz w:val="20"/>
                <w:szCs w:val="20"/>
              </w:rPr>
            </w:pPr>
            <w:r>
              <w:rPr>
                <w:sz w:val="20"/>
                <w:szCs w:val="20"/>
              </w:rPr>
              <w:t>Profesionalizare, mentorat și stimulente de retenție</w:t>
            </w:r>
          </w:p>
        </w:tc>
      </w:tr>
      <w:tr w:rsidR="00156693" w14:paraId="509CD5F1"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4216560D" w14:textId="77777777" w:rsidR="00156693" w:rsidRDefault="00000000">
            <w:pPr>
              <w:keepNext/>
              <w:spacing w:line="240" w:lineRule="auto"/>
              <w:ind w:left="40"/>
              <w:jc w:val="center"/>
              <w:rPr>
                <w:sz w:val="20"/>
                <w:szCs w:val="20"/>
              </w:rPr>
            </w:pPr>
            <w:r>
              <w:rPr>
                <w:sz w:val="20"/>
                <w:szCs w:val="20"/>
              </w:rPr>
              <w:t>R03</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6DF006BD" w14:textId="77777777" w:rsidR="00156693" w:rsidRDefault="00000000">
            <w:pPr>
              <w:keepNext/>
              <w:spacing w:line="240" w:lineRule="auto"/>
              <w:ind w:left="40"/>
              <w:rPr>
                <w:sz w:val="20"/>
                <w:szCs w:val="20"/>
              </w:rPr>
            </w:pPr>
            <w:r>
              <w:rPr>
                <w:sz w:val="20"/>
                <w:szCs w:val="20"/>
              </w:rPr>
              <w:t>Capacitate redusă de coordonare și monitorizare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2C3F6E95"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18820F97" w14:textId="77777777" w:rsidR="00156693" w:rsidRDefault="00000000">
            <w:pPr>
              <w:keepNext/>
              <w:spacing w:line="240" w:lineRule="auto"/>
              <w:ind w:left="40"/>
              <w:rPr>
                <w:sz w:val="20"/>
                <w:szCs w:val="20"/>
              </w:rPr>
            </w:pPr>
            <w:r>
              <w:rPr>
                <w:sz w:val="20"/>
                <w:szCs w:val="20"/>
              </w:rPr>
              <w:t>Sprijin metodologic, roluri/termene clare, escaladarea blocajelor</w:t>
            </w:r>
          </w:p>
        </w:tc>
      </w:tr>
      <w:tr w:rsidR="00156693" w14:paraId="578DE173"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2BC86055" w14:textId="77777777" w:rsidR="00156693" w:rsidRDefault="00000000">
            <w:pPr>
              <w:keepNext/>
              <w:spacing w:line="240" w:lineRule="auto"/>
              <w:ind w:left="40"/>
              <w:jc w:val="center"/>
              <w:rPr>
                <w:sz w:val="20"/>
                <w:szCs w:val="20"/>
              </w:rPr>
            </w:pPr>
            <w:r>
              <w:rPr>
                <w:sz w:val="20"/>
                <w:szCs w:val="20"/>
              </w:rPr>
              <w:t>R04</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4124784B" w14:textId="77777777" w:rsidR="00156693" w:rsidRDefault="00000000">
            <w:pPr>
              <w:keepNext/>
              <w:spacing w:line="240" w:lineRule="auto"/>
              <w:ind w:left="40"/>
              <w:rPr>
                <w:sz w:val="20"/>
                <w:szCs w:val="20"/>
              </w:rPr>
            </w:pPr>
            <w:r>
              <w:rPr>
                <w:sz w:val="20"/>
                <w:szCs w:val="20"/>
              </w:rPr>
              <w:t>Lipsă de coeziune între actori centrali/locali/civici</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2F279FCD"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1E2A4B0D" w14:textId="77777777" w:rsidR="00156693" w:rsidRDefault="00000000">
            <w:pPr>
              <w:keepNext/>
              <w:spacing w:line="240" w:lineRule="auto"/>
              <w:ind w:left="40"/>
              <w:rPr>
                <w:sz w:val="20"/>
                <w:szCs w:val="20"/>
              </w:rPr>
            </w:pPr>
            <w:r>
              <w:rPr>
                <w:sz w:val="20"/>
                <w:szCs w:val="20"/>
              </w:rPr>
              <w:t>Dialog și co-management, contribuții convenite</w:t>
            </w:r>
          </w:p>
        </w:tc>
      </w:tr>
      <w:tr w:rsidR="00156693" w14:paraId="2601F1CA"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790EEDAA" w14:textId="77777777" w:rsidR="00156693" w:rsidRDefault="00000000">
            <w:pPr>
              <w:keepNext/>
              <w:spacing w:line="240" w:lineRule="auto"/>
              <w:ind w:left="40"/>
              <w:jc w:val="center"/>
              <w:rPr>
                <w:sz w:val="20"/>
                <w:szCs w:val="20"/>
              </w:rPr>
            </w:pPr>
            <w:r>
              <w:rPr>
                <w:sz w:val="20"/>
                <w:szCs w:val="20"/>
              </w:rPr>
              <w:t>R05</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4CC07A62" w14:textId="77777777" w:rsidR="00156693" w:rsidRDefault="00000000">
            <w:pPr>
              <w:keepNext/>
              <w:spacing w:line="240" w:lineRule="auto"/>
              <w:ind w:left="40"/>
              <w:rPr>
                <w:sz w:val="20"/>
                <w:szCs w:val="20"/>
              </w:rPr>
            </w:pPr>
            <w:r>
              <w:rPr>
                <w:sz w:val="20"/>
                <w:szCs w:val="20"/>
              </w:rPr>
              <w:t>Recunoaștere publică insuficientă a sectorului</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0F23E389" w14:textId="77777777" w:rsidR="00156693" w:rsidRDefault="00000000">
            <w:pPr>
              <w:keepNext/>
              <w:spacing w:line="240" w:lineRule="auto"/>
              <w:ind w:left="40"/>
              <w:jc w:val="center"/>
              <w:rPr>
                <w:sz w:val="20"/>
                <w:szCs w:val="20"/>
              </w:rPr>
            </w:pPr>
            <w:r>
              <w:rPr>
                <w:sz w:val="20"/>
                <w:szCs w:val="20"/>
              </w:rPr>
              <w:t>Mediu</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6EDCC1C1" w14:textId="77777777" w:rsidR="00156693" w:rsidRDefault="00000000">
            <w:pPr>
              <w:keepNext/>
              <w:spacing w:line="240" w:lineRule="auto"/>
              <w:ind w:left="40"/>
              <w:rPr>
                <w:sz w:val="20"/>
                <w:szCs w:val="20"/>
              </w:rPr>
            </w:pPr>
            <w:r>
              <w:rPr>
                <w:sz w:val="20"/>
                <w:szCs w:val="20"/>
              </w:rPr>
              <w:t>Promovarea rezultatelor și a voluntariatului</w:t>
            </w:r>
          </w:p>
        </w:tc>
      </w:tr>
      <w:tr w:rsidR="00156693" w14:paraId="2B59B79D"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33A5A2C8" w14:textId="77777777" w:rsidR="00156693" w:rsidRDefault="00000000">
            <w:pPr>
              <w:keepNext/>
              <w:spacing w:line="240" w:lineRule="auto"/>
              <w:ind w:left="40"/>
              <w:jc w:val="center"/>
              <w:rPr>
                <w:sz w:val="20"/>
                <w:szCs w:val="20"/>
              </w:rPr>
            </w:pPr>
            <w:r>
              <w:rPr>
                <w:sz w:val="20"/>
                <w:szCs w:val="20"/>
              </w:rPr>
              <w:t>R06</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7462A8AC" w14:textId="77777777" w:rsidR="00156693" w:rsidRDefault="00000000">
            <w:pPr>
              <w:keepNext/>
              <w:spacing w:line="240" w:lineRule="auto"/>
              <w:ind w:left="40"/>
              <w:rPr>
                <w:sz w:val="20"/>
                <w:szCs w:val="20"/>
              </w:rPr>
            </w:pPr>
            <w:r>
              <w:rPr>
                <w:sz w:val="20"/>
                <w:szCs w:val="20"/>
              </w:rPr>
              <w:t>Instabilitate politică</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07EDBC68"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4661A73D" w14:textId="77777777" w:rsidR="00156693" w:rsidRDefault="00000000">
            <w:pPr>
              <w:keepNext/>
              <w:spacing w:line="240" w:lineRule="auto"/>
              <w:ind w:left="40"/>
              <w:rPr>
                <w:sz w:val="20"/>
                <w:szCs w:val="20"/>
              </w:rPr>
            </w:pPr>
            <w:r>
              <w:rPr>
                <w:sz w:val="20"/>
                <w:szCs w:val="20"/>
              </w:rPr>
              <w:t>Continuitatea angajamentelor prin proceduri instituționale</w:t>
            </w:r>
          </w:p>
        </w:tc>
      </w:tr>
      <w:tr w:rsidR="00156693" w14:paraId="5B5E60C2" w14:textId="77777777">
        <w:trPr>
          <w:trHeight w:val="48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2BE5BD74" w14:textId="77777777" w:rsidR="00156693" w:rsidRDefault="00000000">
            <w:pPr>
              <w:keepNext/>
              <w:spacing w:line="240" w:lineRule="auto"/>
              <w:ind w:left="40"/>
              <w:jc w:val="center"/>
              <w:rPr>
                <w:sz w:val="20"/>
                <w:szCs w:val="20"/>
              </w:rPr>
            </w:pPr>
            <w:r>
              <w:rPr>
                <w:sz w:val="20"/>
                <w:szCs w:val="20"/>
              </w:rPr>
              <w:t>R07</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27A1E68E" w14:textId="77777777" w:rsidR="00156693" w:rsidRDefault="00000000">
            <w:pPr>
              <w:keepNext/>
              <w:spacing w:line="240" w:lineRule="auto"/>
              <w:ind w:left="40"/>
              <w:rPr>
                <w:sz w:val="20"/>
                <w:szCs w:val="20"/>
              </w:rPr>
            </w:pPr>
            <w:r>
              <w:rPr>
                <w:sz w:val="20"/>
                <w:szCs w:val="20"/>
              </w:rPr>
              <w:t>Șocuri sociale și economice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0916A025"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440A54A7" w14:textId="77777777" w:rsidR="00156693" w:rsidRDefault="00000000">
            <w:pPr>
              <w:keepNext/>
              <w:spacing w:line="240" w:lineRule="auto"/>
              <w:ind w:left="40"/>
              <w:rPr>
                <w:sz w:val="20"/>
                <w:szCs w:val="20"/>
              </w:rPr>
            </w:pPr>
            <w:r>
              <w:rPr>
                <w:sz w:val="20"/>
                <w:szCs w:val="20"/>
              </w:rPr>
              <w:t>Furnizare flexibilă, continuitatea sprijinului</w:t>
            </w:r>
          </w:p>
        </w:tc>
      </w:tr>
      <w:tr w:rsidR="00156693" w14:paraId="73F16808"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4EB2E75D" w14:textId="77777777" w:rsidR="00156693" w:rsidRDefault="00000000">
            <w:pPr>
              <w:keepNext/>
              <w:spacing w:line="240" w:lineRule="auto"/>
              <w:ind w:left="40"/>
              <w:jc w:val="center"/>
              <w:rPr>
                <w:sz w:val="20"/>
                <w:szCs w:val="20"/>
              </w:rPr>
            </w:pPr>
            <w:r>
              <w:rPr>
                <w:sz w:val="20"/>
                <w:szCs w:val="20"/>
              </w:rPr>
              <w:t>R08</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4062C269" w14:textId="77777777" w:rsidR="00156693" w:rsidRDefault="00000000">
            <w:pPr>
              <w:keepNext/>
              <w:spacing w:line="240" w:lineRule="auto"/>
              <w:ind w:left="40"/>
              <w:rPr>
                <w:sz w:val="20"/>
                <w:szCs w:val="20"/>
              </w:rPr>
            </w:pPr>
            <w:r>
              <w:rPr>
                <w:sz w:val="20"/>
                <w:szCs w:val="20"/>
              </w:rPr>
              <w:t>Inflație și instabilitate economică</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27C91801"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68AA9A61" w14:textId="77777777" w:rsidR="00156693" w:rsidRDefault="00000000">
            <w:pPr>
              <w:keepNext/>
              <w:spacing w:line="240" w:lineRule="auto"/>
              <w:ind w:left="40"/>
              <w:rPr>
                <w:sz w:val="20"/>
                <w:szCs w:val="20"/>
              </w:rPr>
            </w:pPr>
            <w:r>
              <w:rPr>
                <w:sz w:val="20"/>
                <w:szCs w:val="20"/>
              </w:rPr>
              <w:t>Actualizarea costurilor pe baza prognozelor oficiale</w:t>
            </w:r>
          </w:p>
        </w:tc>
      </w:tr>
      <w:tr w:rsidR="00156693" w14:paraId="6636D820" w14:textId="77777777">
        <w:trPr>
          <w:trHeight w:val="48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0F30F139" w14:textId="77777777" w:rsidR="00156693" w:rsidRDefault="00000000">
            <w:pPr>
              <w:keepNext/>
              <w:spacing w:line="240" w:lineRule="auto"/>
              <w:ind w:left="40"/>
              <w:jc w:val="center"/>
              <w:rPr>
                <w:sz w:val="20"/>
                <w:szCs w:val="20"/>
              </w:rPr>
            </w:pPr>
            <w:r>
              <w:rPr>
                <w:sz w:val="20"/>
                <w:szCs w:val="20"/>
              </w:rPr>
              <w:t>R09</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63A2C3FD" w14:textId="77777777" w:rsidR="00156693" w:rsidRDefault="00000000">
            <w:pPr>
              <w:keepNext/>
              <w:spacing w:line="240" w:lineRule="auto"/>
              <w:ind w:left="40"/>
              <w:rPr>
                <w:sz w:val="20"/>
                <w:szCs w:val="20"/>
              </w:rPr>
            </w:pPr>
            <w:r>
              <w:rPr>
                <w:sz w:val="20"/>
                <w:szCs w:val="20"/>
              </w:rPr>
              <w:t>Reorganizări administrativ-teritoriale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7645A829"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69511245" w14:textId="77777777" w:rsidR="00156693" w:rsidRDefault="00000000">
            <w:pPr>
              <w:keepNext/>
              <w:spacing w:line="240" w:lineRule="auto"/>
              <w:ind w:left="40"/>
              <w:rPr>
                <w:sz w:val="20"/>
                <w:szCs w:val="20"/>
              </w:rPr>
            </w:pPr>
            <w:r>
              <w:rPr>
                <w:sz w:val="20"/>
                <w:szCs w:val="20"/>
              </w:rPr>
              <w:t>Transferul ordonat al responsabilităților și datelor</w:t>
            </w:r>
          </w:p>
        </w:tc>
      </w:tr>
      <w:tr w:rsidR="00156693" w14:paraId="6CC90B09"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610E3584" w14:textId="77777777" w:rsidR="00156693" w:rsidRDefault="00000000">
            <w:pPr>
              <w:keepNext/>
              <w:spacing w:line="240" w:lineRule="auto"/>
              <w:ind w:left="40"/>
              <w:jc w:val="center"/>
              <w:rPr>
                <w:sz w:val="20"/>
                <w:szCs w:val="20"/>
              </w:rPr>
            </w:pPr>
            <w:r>
              <w:rPr>
                <w:sz w:val="20"/>
                <w:szCs w:val="20"/>
              </w:rPr>
              <w:t>R10</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7927E663" w14:textId="77777777" w:rsidR="00156693" w:rsidRDefault="00000000">
            <w:pPr>
              <w:keepNext/>
              <w:spacing w:line="240" w:lineRule="auto"/>
              <w:ind w:left="40"/>
              <w:rPr>
                <w:sz w:val="20"/>
                <w:szCs w:val="20"/>
              </w:rPr>
            </w:pPr>
            <w:r>
              <w:rPr>
                <w:sz w:val="20"/>
                <w:szCs w:val="20"/>
              </w:rPr>
              <w:t>Programe APL aprobate formal, fără execuție bugetară</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0ABE5137" w14:textId="77777777" w:rsidR="00156693" w:rsidRDefault="00000000">
            <w:pPr>
              <w:keepNext/>
              <w:spacing w:line="240" w:lineRule="auto"/>
              <w:ind w:left="40"/>
              <w:jc w:val="center"/>
              <w:rPr>
                <w:sz w:val="20"/>
                <w:szCs w:val="20"/>
              </w:rPr>
            </w:pPr>
            <w:r>
              <w:rPr>
                <w:sz w:val="20"/>
                <w:szCs w:val="20"/>
              </w:rPr>
              <w:t>Ridicat, prob. ridicată</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423E582A" w14:textId="77777777" w:rsidR="00156693" w:rsidRDefault="00000000">
            <w:pPr>
              <w:keepNext/>
              <w:spacing w:line="240" w:lineRule="auto"/>
              <w:ind w:left="40"/>
              <w:rPr>
                <w:sz w:val="20"/>
                <w:szCs w:val="20"/>
              </w:rPr>
            </w:pPr>
            <w:r>
              <w:rPr>
                <w:sz w:val="20"/>
                <w:szCs w:val="20"/>
              </w:rPr>
              <w:t>Asistență tehnică și verificarea execuției</w:t>
            </w:r>
          </w:p>
        </w:tc>
      </w:tr>
      <w:tr w:rsidR="00156693" w14:paraId="2E35FECB"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77B958EB" w14:textId="77777777" w:rsidR="00156693" w:rsidRDefault="00000000">
            <w:pPr>
              <w:keepNext/>
              <w:spacing w:line="240" w:lineRule="auto"/>
              <w:ind w:left="40"/>
              <w:jc w:val="center"/>
              <w:rPr>
                <w:sz w:val="20"/>
                <w:szCs w:val="20"/>
              </w:rPr>
            </w:pPr>
            <w:r>
              <w:rPr>
                <w:sz w:val="20"/>
                <w:szCs w:val="20"/>
              </w:rPr>
              <w:t>R11</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1C952AEE" w14:textId="77777777" w:rsidR="00156693" w:rsidRDefault="00000000">
            <w:pPr>
              <w:keepNext/>
              <w:spacing w:line="240" w:lineRule="auto"/>
              <w:ind w:left="40"/>
              <w:rPr>
                <w:sz w:val="20"/>
                <w:szCs w:val="20"/>
              </w:rPr>
            </w:pPr>
            <w:r>
              <w:rPr>
                <w:sz w:val="20"/>
                <w:szCs w:val="20"/>
              </w:rPr>
              <w:t>Granturi concentrate în Chișinău, tineri rurali excluși</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219CB42B"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13B8A8F2" w14:textId="77777777" w:rsidR="00156693" w:rsidRDefault="00000000">
            <w:pPr>
              <w:keepNext/>
              <w:spacing w:line="240" w:lineRule="auto"/>
              <w:ind w:left="40"/>
              <w:rPr>
                <w:sz w:val="20"/>
                <w:szCs w:val="20"/>
              </w:rPr>
            </w:pPr>
            <w:r>
              <w:rPr>
                <w:sz w:val="20"/>
                <w:szCs w:val="20"/>
              </w:rPr>
              <w:t>Microgranturi cu criterii geografice, sprijin solicitanți noi</w:t>
            </w:r>
          </w:p>
        </w:tc>
      </w:tr>
      <w:tr w:rsidR="00156693" w14:paraId="03ACBD56"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687C7208" w14:textId="77777777" w:rsidR="00156693" w:rsidRDefault="00000000">
            <w:pPr>
              <w:keepNext/>
              <w:spacing w:line="240" w:lineRule="auto"/>
              <w:ind w:left="40"/>
              <w:jc w:val="center"/>
              <w:rPr>
                <w:sz w:val="20"/>
                <w:szCs w:val="20"/>
              </w:rPr>
            </w:pPr>
            <w:r>
              <w:rPr>
                <w:sz w:val="20"/>
                <w:szCs w:val="20"/>
              </w:rPr>
              <w:t>R12</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092F9745" w14:textId="77777777" w:rsidR="00156693" w:rsidRDefault="00000000">
            <w:pPr>
              <w:keepNext/>
              <w:spacing w:line="240" w:lineRule="auto"/>
              <w:ind w:left="40"/>
              <w:rPr>
                <w:sz w:val="20"/>
                <w:szCs w:val="20"/>
              </w:rPr>
            </w:pPr>
            <w:r>
              <w:rPr>
                <w:sz w:val="20"/>
                <w:szCs w:val="20"/>
              </w:rPr>
              <w:t>Proiecte raportate eronat ca inovație socială</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01CAD6EF" w14:textId="77777777" w:rsidR="00156693" w:rsidRDefault="00000000">
            <w:pPr>
              <w:keepNext/>
              <w:spacing w:line="240" w:lineRule="auto"/>
              <w:ind w:left="40"/>
              <w:jc w:val="center"/>
              <w:rPr>
                <w:sz w:val="20"/>
                <w:szCs w:val="20"/>
              </w:rPr>
            </w:pPr>
            <w:r>
              <w:rPr>
                <w:sz w:val="20"/>
                <w:szCs w:val="20"/>
              </w:rPr>
              <w:t>Ridicat, prob. ridicată</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5DA45063" w14:textId="77777777" w:rsidR="00156693" w:rsidRDefault="00000000">
            <w:pPr>
              <w:keepNext/>
              <w:spacing w:line="240" w:lineRule="auto"/>
              <w:ind w:left="40"/>
              <w:rPr>
                <w:sz w:val="20"/>
                <w:szCs w:val="20"/>
              </w:rPr>
            </w:pPr>
            <w:r>
              <w:rPr>
                <w:sz w:val="20"/>
                <w:szCs w:val="20"/>
              </w:rPr>
              <w:t>Definiție operațională și verificare anuală a rezultatelor</w:t>
            </w:r>
          </w:p>
        </w:tc>
      </w:tr>
      <w:tr w:rsidR="00156693" w14:paraId="6ADC7528"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14E84EC8" w14:textId="77777777" w:rsidR="00156693" w:rsidRDefault="00000000">
            <w:pPr>
              <w:keepNext/>
              <w:spacing w:line="240" w:lineRule="auto"/>
              <w:ind w:left="40"/>
              <w:jc w:val="center"/>
              <w:rPr>
                <w:sz w:val="20"/>
                <w:szCs w:val="20"/>
              </w:rPr>
            </w:pPr>
            <w:r>
              <w:rPr>
                <w:sz w:val="20"/>
                <w:szCs w:val="20"/>
              </w:rPr>
              <w:t>R13</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2F230D86" w14:textId="77777777" w:rsidR="00156693" w:rsidRDefault="00000000">
            <w:pPr>
              <w:keepNext/>
              <w:spacing w:line="240" w:lineRule="auto"/>
              <w:ind w:left="40"/>
              <w:rPr>
                <w:sz w:val="20"/>
                <w:szCs w:val="20"/>
              </w:rPr>
            </w:pPr>
            <w:r>
              <w:rPr>
                <w:sz w:val="20"/>
                <w:szCs w:val="20"/>
              </w:rPr>
              <w:t>Centrul de Inovație Socială fără servicii/buget operațional</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6ECA905D"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6C1132F3" w14:textId="77777777" w:rsidR="00156693" w:rsidRDefault="00000000">
            <w:pPr>
              <w:keepNext/>
              <w:spacing w:line="240" w:lineRule="auto"/>
              <w:ind w:left="40"/>
              <w:rPr>
                <w:sz w:val="20"/>
                <w:szCs w:val="20"/>
              </w:rPr>
            </w:pPr>
            <w:r>
              <w:rPr>
                <w:sz w:val="20"/>
                <w:szCs w:val="20"/>
              </w:rPr>
              <w:t>Buget operațional înaintea extinderii, servicii legate de cerere</w:t>
            </w:r>
          </w:p>
        </w:tc>
      </w:tr>
      <w:tr w:rsidR="00156693" w14:paraId="4229A7A1"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26877A7E" w14:textId="77777777" w:rsidR="00156693" w:rsidRDefault="00000000">
            <w:pPr>
              <w:keepNext/>
              <w:spacing w:line="240" w:lineRule="auto"/>
              <w:ind w:left="40"/>
              <w:jc w:val="center"/>
              <w:rPr>
                <w:sz w:val="20"/>
                <w:szCs w:val="20"/>
              </w:rPr>
            </w:pPr>
            <w:r>
              <w:rPr>
                <w:sz w:val="20"/>
                <w:szCs w:val="20"/>
              </w:rPr>
              <w:t>R14</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3672EA19" w14:textId="77777777" w:rsidR="00156693" w:rsidRDefault="00000000">
            <w:pPr>
              <w:keepNext/>
              <w:spacing w:line="240" w:lineRule="auto"/>
              <w:ind w:left="40"/>
              <w:rPr>
                <w:sz w:val="20"/>
                <w:szCs w:val="20"/>
              </w:rPr>
            </w:pPr>
            <w:r>
              <w:rPr>
                <w:sz w:val="20"/>
                <w:szCs w:val="20"/>
              </w:rPr>
              <w:t>Structuri de tineri formale, fără legitimitate reală</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718B8F01"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11FA15F9" w14:textId="77777777" w:rsidR="00156693" w:rsidRDefault="00000000">
            <w:pPr>
              <w:keepNext/>
              <w:spacing w:line="240" w:lineRule="auto"/>
              <w:ind w:left="40"/>
              <w:rPr>
                <w:sz w:val="20"/>
                <w:szCs w:val="20"/>
              </w:rPr>
            </w:pPr>
            <w:r>
              <w:rPr>
                <w:sz w:val="20"/>
                <w:szCs w:val="20"/>
              </w:rPr>
              <w:t>Criterii de funcționalitate (alegeri, independență, raportare)</w:t>
            </w:r>
          </w:p>
        </w:tc>
      </w:tr>
      <w:tr w:rsidR="00156693" w14:paraId="2ADC92E6"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5310B1D7" w14:textId="77777777" w:rsidR="00156693" w:rsidRDefault="00000000">
            <w:pPr>
              <w:keepNext/>
              <w:spacing w:line="240" w:lineRule="auto"/>
              <w:ind w:left="40"/>
              <w:jc w:val="center"/>
              <w:rPr>
                <w:sz w:val="20"/>
                <w:szCs w:val="20"/>
              </w:rPr>
            </w:pPr>
            <w:r>
              <w:rPr>
                <w:sz w:val="20"/>
                <w:szCs w:val="20"/>
              </w:rPr>
              <w:t>R15</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42836397" w14:textId="77777777" w:rsidR="00156693" w:rsidRDefault="00000000">
            <w:pPr>
              <w:keepNext/>
              <w:spacing w:line="240" w:lineRule="auto"/>
              <w:ind w:left="40"/>
              <w:rPr>
                <w:sz w:val="20"/>
                <w:szCs w:val="20"/>
              </w:rPr>
            </w:pPr>
            <w:r>
              <w:rPr>
                <w:sz w:val="20"/>
                <w:szCs w:val="20"/>
              </w:rPr>
              <w:t>Date incomplete sau necomparabile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45907391" w14:textId="77777777" w:rsidR="00156693" w:rsidRDefault="00000000">
            <w:pPr>
              <w:keepNext/>
              <w:spacing w:line="240" w:lineRule="auto"/>
              <w:ind w:left="40"/>
              <w:jc w:val="center"/>
              <w:rPr>
                <w:sz w:val="20"/>
                <w:szCs w:val="20"/>
              </w:rPr>
            </w:pPr>
            <w:r>
              <w:rPr>
                <w:sz w:val="20"/>
                <w:szCs w:val="20"/>
              </w:rPr>
              <w:t>Ridicat, prob. ridicată</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51AE681A" w14:textId="77777777" w:rsidR="00156693" w:rsidRDefault="00000000">
            <w:pPr>
              <w:keepNext/>
              <w:spacing w:line="240" w:lineRule="auto"/>
              <w:ind w:left="40"/>
              <w:rPr>
                <w:sz w:val="20"/>
                <w:szCs w:val="20"/>
              </w:rPr>
            </w:pPr>
            <w:r>
              <w:rPr>
                <w:sz w:val="20"/>
                <w:szCs w:val="20"/>
              </w:rPr>
              <w:t>Set minim de date și validare anuală a calității</w:t>
            </w:r>
          </w:p>
        </w:tc>
      </w:tr>
      <w:tr w:rsidR="00156693" w14:paraId="516A31F4" w14:textId="77777777">
        <w:trPr>
          <w:trHeight w:val="690"/>
        </w:trPr>
        <w:tc>
          <w:tcPr>
            <w:tcW w:w="73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6AFC5925" w14:textId="77777777" w:rsidR="00156693" w:rsidRDefault="00000000">
            <w:pPr>
              <w:keepNext/>
              <w:spacing w:line="240" w:lineRule="auto"/>
              <w:ind w:left="40"/>
              <w:jc w:val="center"/>
              <w:rPr>
                <w:sz w:val="20"/>
                <w:szCs w:val="20"/>
              </w:rPr>
            </w:pPr>
            <w:r>
              <w:rPr>
                <w:sz w:val="20"/>
                <w:szCs w:val="20"/>
              </w:rPr>
              <w:t>R16</w:t>
            </w:r>
          </w:p>
        </w:tc>
        <w:tc>
          <w:tcPr>
            <w:tcW w:w="3525" w:type="dxa"/>
            <w:tcBorders>
              <w:top w:val="nil"/>
              <w:left w:val="nil"/>
              <w:bottom w:val="single" w:sz="6" w:space="0" w:color="000000"/>
              <w:right w:val="single" w:sz="6" w:space="0" w:color="000000"/>
            </w:tcBorders>
            <w:tcMar>
              <w:top w:w="60" w:type="dxa"/>
              <w:left w:w="80" w:type="dxa"/>
              <w:bottom w:w="60" w:type="dxa"/>
              <w:right w:w="80" w:type="dxa"/>
            </w:tcMar>
          </w:tcPr>
          <w:p w14:paraId="6DF4C73E" w14:textId="77777777" w:rsidR="00156693" w:rsidRDefault="00000000">
            <w:pPr>
              <w:keepNext/>
              <w:spacing w:line="240" w:lineRule="auto"/>
              <w:ind w:left="40"/>
              <w:rPr>
                <w:sz w:val="20"/>
                <w:szCs w:val="20"/>
              </w:rPr>
            </w:pPr>
            <w:r>
              <w:rPr>
                <w:sz w:val="20"/>
                <w:szCs w:val="20"/>
              </w:rPr>
              <w:t>Extindere fără calitate/competențe aplicate</w:t>
            </w:r>
          </w:p>
        </w:tc>
        <w:tc>
          <w:tcPr>
            <w:tcW w:w="1320" w:type="dxa"/>
            <w:tcBorders>
              <w:top w:val="nil"/>
              <w:left w:val="nil"/>
              <w:bottom w:val="single" w:sz="6" w:space="0" w:color="000000"/>
              <w:right w:val="single" w:sz="6" w:space="0" w:color="000000"/>
            </w:tcBorders>
            <w:tcMar>
              <w:top w:w="60" w:type="dxa"/>
              <w:left w:w="80" w:type="dxa"/>
              <w:bottom w:w="60" w:type="dxa"/>
              <w:right w:w="80" w:type="dxa"/>
            </w:tcMar>
          </w:tcPr>
          <w:p w14:paraId="628C7774" w14:textId="77777777" w:rsidR="00156693" w:rsidRDefault="00000000">
            <w:pPr>
              <w:keepNext/>
              <w:spacing w:line="240" w:lineRule="auto"/>
              <w:ind w:left="40"/>
              <w:jc w:val="center"/>
              <w:rPr>
                <w:sz w:val="20"/>
                <w:szCs w:val="20"/>
              </w:rPr>
            </w:pPr>
            <w:r>
              <w:rPr>
                <w:sz w:val="20"/>
                <w:szCs w:val="20"/>
              </w:rPr>
              <w:t>Ridicat</w:t>
            </w:r>
          </w:p>
        </w:tc>
        <w:tc>
          <w:tcPr>
            <w:tcW w:w="3900" w:type="dxa"/>
            <w:tcBorders>
              <w:top w:val="nil"/>
              <w:left w:val="nil"/>
              <w:bottom w:val="single" w:sz="6" w:space="0" w:color="000000"/>
              <w:right w:val="single" w:sz="6" w:space="0" w:color="000000"/>
            </w:tcBorders>
            <w:tcMar>
              <w:top w:w="60" w:type="dxa"/>
              <w:left w:w="80" w:type="dxa"/>
              <w:bottom w:w="60" w:type="dxa"/>
              <w:right w:w="80" w:type="dxa"/>
            </w:tcMar>
          </w:tcPr>
          <w:p w14:paraId="41CF8691" w14:textId="77777777" w:rsidR="00156693" w:rsidRDefault="00000000">
            <w:pPr>
              <w:keepNext/>
              <w:spacing w:line="240" w:lineRule="auto"/>
              <w:ind w:left="40"/>
              <w:rPr>
                <w:sz w:val="20"/>
                <w:szCs w:val="20"/>
              </w:rPr>
            </w:pPr>
            <w:r>
              <w:rPr>
                <w:sz w:val="20"/>
                <w:szCs w:val="20"/>
              </w:rPr>
              <w:t>Aplicarea standardelor, evaluare și mentorat</w:t>
            </w:r>
          </w:p>
        </w:tc>
      </w:tr>
    </w:tbl>
    <w:p w14:paraId="720B5034" w14:textId="77777777" w:rsidR="00156693" w:rsidRDefault="00000000">
      <w:pPr>
        <w:keepNext/>
        <w:spacing w:before="120" w:after="60" w:line="240" w:lineRule="auto"/>
      </w:pPr>
      <w:r>
        <w:t>67. Ministerul Educației și Cercetării și Guvernul întreprind măsurile necesare pentru crearea condițiilor optime de implementare a Programului și de reducere a riscurilor.</w:t>
      </w:r>
    </w:p>
    <w:p w14:paraId="3710D0AE" w14:textId="77777777" w:rsidR="00156693" w:rsidRDefault="00156693">
      <w:pPr>
        <w:spacing w:before="80" w:after="160"/>
        <w:jc w:val="center"/>
        <w:rPr>
          <w:b/>
          <w:bCs/>
          <w:sz w:val="24"/>
          <w:szCs w:val="24"/>
        </w:rPr>
      </w:pPr>
    </w:p>
    <w:p w14:paraId="1B226B5F" w14:textId="77777777" w:rsidR="00156693" w:rsidRDefault="00000000">
      <w:pPr>
        <w:spacing w:before="80" w:after="160"/>
        <w:jc w:val="center"/>
        <w:rPr>
          <w:b/>
          <w:bCs/>
          <w:sz w:val="24"/>
          <w:szCs w:val="24"/>
        </w:rPr>
      </w:pPr>
      <w:r>
        <w:rPr>
          <w:b/>
          <w:bCs/>
          <w:sz w:val="24"/>
          <w:szCs w:val="24"/>
        </w:rPr>
        <w:t>Capitolul VII.</w:t>
      </w:r>
    </w:p>
    <w:p w14:paraId="127DCBEB" w14:textId="77777777" w:rsidR="00156693" w:rsidRDefault="00000000">
      <w:pPr>
        <w:spacing w:before="80" w:after="160"/>
        <w:jc w:val="center"/>
        <w:rPr>
          <w:b/>
          <w:bCs/>
          <w:sz w:val="24"/>
          <w:szCs w:val="24"/>
        </w:rPr>
      </w:pPr>
      <w:r>
        <w:rPr>
          <w:b/>
          <w:bCs/>
          <w:sz w:val="24"/>
          <w:szCs w:val="24"/>
        </w:rPr>
        <w:t>INCLUZIUNEA ȘI EGALITATEA DE GEN</w:t>
      </w:r>
    </w:p>
    <w:p w14:paraId="7F04B6E1" w14:textId="77777777" w:rsidR="00156693" w:rsidRDefault="00000000">
      <w:pPr>
        <w:pStyle w:val="Heading3"/>
        <w:keepNext w:val="0"/>
        <w:keepLines w:val="0"/>
        <w:spacing w:before="280" w:line="240" w:lineRule="auto"/>
        <w:jc w:val="both"/>
        <w:rPr>
          <w:rFonts w:ascii="Times New Roman" w:eastAsia="Times New Roman" w:hAnsi="Times New Roman" w:cs="Times New Roman"/>
          <w:b w:val="0"/>
          <w:bCs w:val="0"/>
          <w:color w:val="000000"/>
          <w:sz w:val="22"/>
          <w:szCs w:val="22"/>
        </w:rPr>
      </w:pPr>
      <w:r>
        <w:rPr>
          <w:rFonts w:ascii="Times New Roman" w:eastAsia="Times New Roman" w:hAnsi="Times New Roman" w:cs="Times New Roman"/>
          <w:b w:val="0"/>
          <w:bCs w:val="0"/>
          <w:color w:val="000000"/>
          <w:sz w:val="22"/>
          <w:szCs w:val="22"/>
        </w:rPr>
        <w:t>68. Implementarea Programului va fi una de manieră incluzivă și sensibilă la dimensiunea egalității de gen, pornind de la principiul „nu se lasă pe nimeni în urmă”.</w:t>
      </w:r>
    </w:p>
    <w:p w14:paraId="72E8E500" w14:textId="77777777" w:rsidR="00156693" w:rsidRDefault="00000000">
      <w:pPr>
        <w:pStyle w:val="Heading3"/>
        <w:keepNext w:val="0"/>
        <w:keepLines w:val="0"/>
        <w:spacing w:before="280" w:line="240" w:lineRule="auto"/>
        <w:jc w:val="both"/>
        <w:rPr>
          <w:rFonts w:ascii="Times New Roman" w:eastAsia="Times New Roman" w:hAnsi="Times New Roman" w:cs="Times New Roman"/>
          <w:b w:val="0"/>
          <w:bCs w:val="0"/>
          <w:color w:val="000000"/>
          <w:sz w:val="22"/>
          <w:szCs w:val="22"/>
        </w:rPr>
      </w:pPr>
      <w:bookmarkStart w:id="2" w:name="_heading=h.t29tsi4708hr" w:colFirst="0" w:colLast="0"/>
      <w:bookmarkEnd w:id="2"/>
      <w:r>
        <w:rPr>
          <w:rFonts w:ascii="Times New Roman" w:eastAsia="Times New Roman" w:hAnsi="Times New Roman" w:cs="Times New Roman"/>
          <w:b w:val="0"/>
          <w:bCs w:val="0"/>
          <w:color w:val="000000"/>
          <w:sz w:val="22"/>
          <w:szCs w:val="22"/>
        </w:rPr>
        <w:t>69. Autoritățile și instituțiile  responsabile de implementarea Programului vor depune un efort conștient, proactiv și de lungă durată pentru (i) identificarea celor mai relevante inegalități ale ariilor aferente obiectivelor strategice din cadrul Programului, (ii) analiza și înțelegerea nevoilor și barierelor specifice pentru diferite grupuri de tineri, (iii) acomodarea rezonabilă și implementarea măsurilor speciale pentru a aborda nevoile și barierele specifice, (iv) măsurarea progresului, ajustarea efortului și consolidarea capacităților sistemului pentru a deveni mai incluziv.</w:t>
      </w:r>
    </w:p>
    <w:p w14:paraId="6BA6163A" w14:textId="77777777" w:rsidR="00156693" w:rsidRDefault="00000000">
      <w:pPr>
        <w:jc w:val="both"/>
      </w:pPr>
      <w:r>
        <w:t xml:space="preserve">70. O precondiție de bază pentru realizarea acestui deziderat este colectarea datelor dezagregate relevante și consultarea largă a tinerilor. În acest sens, autoritățile responsabile de implementarea Programului vor depune un efort substanțial pentru ajustarea și consolidarea cadrului de colectare a datelor din sistemul de tineret. </w:t>
      </w:r>
    </w:p>
    <w:p w14:paraId="5DAF9831" w14:textId="77777777" w:rsidR="00156693" w:rsidRDefault="00000000">
      <w:pPr>
        <w:jc w:val="both"/>
      </w:pPr>
      <w:r>
        <w:t>71. La nivel programatic, pentru asigurarea egalității de gen și a incluziunii vor fi realizate următoarele intervenții.</w:t>
      </w:r>
    </w:p>
    <w:p w14:paraId="346E8A03" w14:textId="77777777" w:rsidR="00156693" w:rsidRDefault="00000000">
      <w:pPr>
        <w:spacing w:after="0"/>
        <w:rPr>
          <w:b/>
          <w:bCs/>
          <w:sz w:val="20"/>
          <w:szCs w:val="20"/>
        </w:rPr>
      </w:pPr>
      <w:r>
        <w:rPr>
          <w:b/>
          <w:bCs/>
          <w:sz w:val="20"/>
          <w:szCs w:val="20"/>
        </w:rPr>
        <w:t xml:space="preserve">Tabel 11. Asigurarea egalității de gen și a incluziunii </w:t>
      </w:r>
    </w:p>
    <w:tbl>
      <w:tblPr>
        <w:tblStyle w:val="afffffffffffffffffffffffff2"/>
        <w:tblW w:w="9615" w:type="dxa"/>
        <w:tblBorders>
          <w:top w:val="nil"/>
          <w:left w:val="nil"/>
          <w:bottom w:val="nil"/>
          <w:right w:val="nil"/>
          <w:insideH w:val="nil"/>
          <w:insideV w:val="nil"/>
        </w:tblBorders>
        <w:tblLayout w:type="fixed"/>
        <w:tblLook w:val="0600" w:firstRow="0" w:lastRow="0" w:firstColumn="0" w:lastColumn="0" w:noHBand="1" w:noVBand="1"/>
      </w:tblPr>
      <w:tblGrid>
        <w:gridCol w:w="1785"/>
        <w:gridCol w:w="7830"/>
      </w:tblGrid>
      <w:tr w:rsidR="00156693" w14:paraId="71D0C365" w14:textId="77777777">
        <w:trPr>
          <w:trHeight w:val="315"/>
        </w:trPr>
        <w:tc>
          <w:tcPr>
            <w:tcW w:w="1785" w:type="dxa"/>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0FB15262" w14:textId="77777777" w:rsidR="00156693" w:rsidRDefault="00000000">
            <w:pPr>
              <w:spacing w:after="0"/>
              <w:ind w:left="-20"/>
              <w:jc w:val="both"/>
              <w:rPr>
                <w:b/>
                <w:bCs/>
                <w:sz w:val="20"/>
                <w:szCs w:val="20"/>
              </w:rPr>
            </w:pPr>
            <w:r>
              <w:rPr>
                <w:b/>
                <w:bCs/>
                <w:sz w:val="20"/>
                <w:szCs w:val="20"/>
              </w:rPr>
              <w:t>Obiectiv general</w:t>
            </w:r>
          </w:p>
        </w:tc>
        <w:tc>
          <w:tcPr>
            <w:tcW w:w="7830" w:type="dxa"/>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20B24368" w14:textId="77777777" w:rsidR="00156693" w:rsidRDefault="00000000">
            <w:pPr>
              <w:spacing w:after="0"/>
              <w:ind w:left="-20"/>
              <w:jc w:val="both"/>
              <w:rPr>
                <w:b/>
                <w:bCs/>
                <w:sz w:val="20"/>
                <w:szCs w:val="20"/>
              </w:rPr>
            </w:pPr>
            <w:r>
              <w:rPr>
                <w:b/>
                <w:bCs/>
                <w:sz w:val="20"/>
                <w:szCs w:val="20"/>
              </w:rPr>
              <w:t>Acțiuni menite să asigure incluziunea și egalitatea tinerilor</w:t>
            </w:r>
          </w:p>
        </w:tc>
      </w:tr>
      <w:tr w:rsidR="00156693" w14:paraId="45ABBBEF" w14:textId="77777777">
        <w:trPr>
          <w:trHeight w:val="1440"/>
        </w:trPr>
        <w:tc>
          <w:tcPr>
            <w:tcW w:w="1785"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70E4F8FE" w14:textId="77777777" w:rsidR="00156693" w:rsidRDefault="00000000">
            <w:pPr>
              <w:spacing w:after="0"/>
              <w:ind w:left="-20"/>
              <w:jc w:val="both"/>
              <w:rPr>
                <w:sz w:val="20"/>
                <w:szCs w:val="20"/>
              </w:rPr>
            </w:pPr>
            <w:r>
              <w:rPr>
                <w:sz w:val="20"/>
                <w:szCs w:val="20"/>
              </w:rPr>
              <w:t>Mai mulți tineri beneficiază de programe calitative de tineret</w:t>
            </w:r>
          </w:p>
        </w:tc>
        <w:tc>
          <w:tcPr>
            <w:tcW w:w="7830" w:type="dxa"/>
            <w:tcBorders>
              <w:top w:val="nil"/>
              <w:left w:val="nil"/>
              <w:bottom w:val="single" w:sz="6" w:space="0" w:color="000000"/>
              <w:right w:val="single" w:sz="6" w:space="0" w:color="000000"/>
            </w:tcBorders>
            <w:tcMar>
              <w:top w:w="40" w:type="dxa"/>
              <w:left w:w="60" w:type="dxa"/>
              <w:bottom w:w="40" w:type="dxa"/>
              <w:right w:w="60" w:type="dxa"/>
            </w:tcMar>
          </w:tcPr>
          <w:p w14:paraId="1B31197E" w14:textId="77777777" w:rsidR="00156693" w:rsidRDefault="00000000">
            <w:pPr>
              <w:spacing w:after="0"/>
              <w:ind w:left="-20"/>
              <w:jc w:val="both"/>
              <w:rPr>
                <w:sz w:val="20"/>
                <w:szCs w:val="20"/>
              </w:rPr>
            </w:pPr>
            <w:r>
              <w:rPr>
                <w:sz w:val="20"/>
                <w:szCs w:val="20"/>
              </w:rPr>
              <w:t>Criteriile de calitate, metodologia de evaluare și materialele metodologice integrează cerințele de incluziune și accesibilitate. Schemele de finanțare prevăd cerințe și indicatori de incluziune. Formarea lucrătorilor de tineret include module privind comunicarea interculturală, lucrul cu tinerii neimplicați și protocolul de referire. Programele de proximitate, itinerante și mobile acoperă localitățile fără centru de tineret funcțional. Investițiile în infrastructură includ cerințe de accesibilitate.</w:t>
            </w:r>
          </w:p>
        </w:tc>
      </w:tr>
      <w:tr w:rsidR="00156693" w14:paraId="2CA37EB4" w14:textId="77777777">
        <w:trPr>
          <w:trHeight w:val="1440"/>
        </w:trPr>
        <w:tc>
          <w:tcPr>
            <w:tcW w:w="1785"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68558C66" w14:textId="77777777" w:rsidR="00156693" w:rsidRDefault="00000000">
            <w:pPr>
              <w:spacing w:after="0"/>
              <w:ind w:left="-20"/>
              <w:jc w:val="both"/>
              <w:rPr>
                <w:sz w:val="20"/>
                <w:szCs w:val="20"/>
              </w:rPr>
            </w:pPr>
            <w:r>
              <w:rPr>
                <w:sz w:val="20"/>
                <w:szCs w:val="20"/>
              </w:rPr>
              <w:t>Mai mulți tineri se implică civic și în procesele decizionale</w:t>
            </w:r>
          </w:p>
        </w:tc>
        <w:tc>
          <w:tcPr>
            <w:tcW w:w="7830" w:type="dxa"/>
            <w:tcBorders>
              <w:top w:val="nil"/>
              <w:left w:val="nil"/>
              <w:bottom w:val="single" w:sz="6" w:space="0" w:color="000000"/>
              <w:right w:val="single" w:sz="6" w:space="0" w:color="000000"/>
            </w:tcBorders>
            <w:tcMar>
              <w:top w:w="40" w:type="dxa"/>
              <w:left w:w="60" w:type="dxa"/>
              <w:bottom w:w="40" w:type="dxa"/>
              <w:right w:w="60" w:type="dxa"/>
            </w:tcMar>
          </w:tcPr>
          <w:p w14:paraId="34F81752" w14:textId="77777777" w:rsidR="00156693" w:rsidRDefault="00000000">
            <w:pPr>
              <w:spacing w:after="0"/>
              <w:ind w:left="-20"/>
              <w:jc w:val="both"/>
              <w:rPr>
                <w:sz w:val="20"/>
                <w:szCs w:val="20"/>
              </w:rPr>
            </w:pPr>
            <w:r>
              <w:rPr>
                <w:sz w:val="20"/>
                <w:szCs w:val="20"/>
              </w:rPr>
              <w:t>Constituirea și consolidarea platformelor de participare urmăresc reprezentarea echitabilă a tinerelor femei și a tinerilor bărbați, precum și a tinerilor din grupurile dezavantajate. Cerința de reprezentare echitabilă este inclusă în documentele-cadru ale structurilor de participare. Informarea se adaptează lingvistic pentru tinerii din minoritățile naționale. Formatele de consultare sunt accesibile, iar discuțiile cu tinerii se organizează separat de validările instituționale atunci când diferențele de putere limitează exprimarea liberă.</w:t>
            </w:r>
          </w:p>
        </w:tc>
      </w:tr>
      <w:tr w:rsidR="00156693" w14:paraId="5E4BCCF2" w14:textId="77777777">
        <w:trPr>
          <w:trHeight w:val="990"/>
        </w:trPr>
        <w:tc>
          <w:tcPr>
            <w:tcW w:w="1785" w:type="dxa"/>
            <w:tcBorders>
              <w:top w:val="nil"/>
              <w:left w:val="single" w:sz="6" w:space="0" w:color="000000"/>
              <w:bottom w:val="single" w:sz="6" w:space="0" w:color="000000"/>
              <w:right w:val="single" w:sz="6" w:space="0" w:color="000000"/>
            </w:tcBorders>
            <w:tcMar>
              <w:top w:w="40" w:type="dxa"/>
              <w:left w:w="60" w:type="dxa"/>
              <w:bottom w:w="40" w:type="dxa"/>
              <w:right w:w="60" w:type="dxa"/>
            </w:tcMar>
          </w:tcPr>
          <w:p w14:paraId="17409809" w14:textId="77777777" w:rsidR="00156693" w:rsidRDefault="00000000">
            <w:pPr>
              <w:spacing w:after="0"/>
              <w:ind w:left="-20"/>
              <w:jc w:val="both"/>
              <w:rPr>
                <w:sz w:val="20"/>
                <w:szCs w:val="20"/>
              </w:rPr>
            </w:pPr>
            <w:r>
              <w:rPr>
                <w:sz w:val="20"/>
                <w:szCs w:val="20"/>
              </w:rPr>
              <w:t>Mai mulți tineri realizează și se implică în proiecte și inițiative de inovație socială</w:t>
            </w:r>
          </w:p>
        </w:tc>
        <w:tc>
          <w:tcPr>
            <w:tcW w:w="7830" w:type="dxa"/>
            <w:tcBorders>
              <w:top w:val="nil"/>
              <w:left w:val="nil"/>
              <w:bottom w:val="single" w:sz="6" w:space="0" w:color="000000"/>
              <w:right w:val="single" w:sz="6" w:space="0" w:color="000000"/>
            </w:tcBorders>
            <w:tcMar>
              <w:top w:w="40" w:type="dxa"/>
              <w:left w:w="60" w:type="dxa"/>
              <w:bottom w:w="40" w:type="dxa"/>
              <w:right w:w="60" w:type="dxa"/>
            </w:tcMar>
          </w:tcPr>
          <w:p w14:paraId="2415402D" w14:textId="77777777" w:rsidR="00156693" w:rsidRDefault="00000000">
            <w:pPr>
              <w:spacing w:after="0"/>
              <w:ind w:left="-20"/>
              <w:jc w:val="both"/>
              <w:rPr>
                <w:sz w:val="20"/>
                <w:szCs w:val="20"/>
              </w:rPr>
            </w:pPr>
            <w:r>
              <w:rPr>
                <w:sz w:val="20"/>
                <w:szCs w:val="20"/>
              </w:rPr>
              <w:t>Sprijinul acordat organizațiilor de tineret, structurilor de tineri și instituțiilor de învățământ este condiționat de cerințe privind incluziunea și egalitatea. Procedurile de aplicare sunt proporționale, iar mecanismul organizației-gazdă și microgranturile asigură accesul grupurilor fără personalitate juridică. Criteriile geografice ale apelurilor previn concentrarea finanțării.</w:t>
            </w:r>
          </w:p>
        </w:tc>
      </w:tr>
    </w:tbl>
    <w:p w14:paraId="1D024E83" w14:textId="77777777" w:rsidR="00156693" w:rsidRDefault="00156693">
      <w:pPr>
        <w:jc w:val="center"/>
        <w:rPr>
          <w:b/>
          <w:bCs/>
        </w:rPr>
      </w:pPr>
    </w:p>
    <w:p w14:paraId="7C8AAEF5" w14:textId="77777777" w:rsidR="00156693" w:rsidRDefault="00000000">
      <w:pPr>
        <w:jc w:val="center"/>
        <w:rPr>
          <w:b/>
          <w:bCs/>
        </w:rPr>
      </w:pPr>
      <w:r>
        <w:rPr>
          <w:b/>
          <w:bCs/>
        </w:rPr>
        <w:t>Capitolul VIII.</w:t>
      </w:r>
    </w:p>
    <w:p w14:paraId="6F66F61F" w14:textId="77777777" w:rsidR="00156693" w:rsidRDefault="00000000">
      <w:pPr>
        <w:jc w:val="center"/>
        <w:rPr>
          <w:b/>
          <w:bCs/>
        </w:rPr>
      </w:pPr>
      <w:r>
        <w:rPr>
          <w:b/>
          <w:bCs/>
        </w:rPr>
        <w:t xml:space="preserve">AUTORITĂȚI ȘI INSTITUȚII RESPONSABILE </w:t>
      </w:r>
    </w:p>
    <w:p w14:paraId="5BFCECAF" w14:textId="77777777" w:rsidR="00156693" w:rsidRDefault="00000000">
      <w:pPr>
        <w:jc w:val="both"/>
      </w:pPr>
      <w:r>
        <w:t xml:space="preserve">72. Programul este aprobat și asumat de către Guvern. Responsabilitatea implementării documentului de politici revine în principal Ministerului Educației și Cercetării și Agenției Naționale pentru Dezvoltarea Programelor și Activității de Tineret. Alte autorități ale administrației publice centrale și locale vizate, cât și alte organizații și structuri, își asumă angajamentul de realizare a acțiunilor planificate în prezentul Program în limita competențelor acestora. </w:t>
      </w:r>
    </w:p>
    <w:p w14:paraId="1110E54C" w14:textId="77777777" w:rsidR="00156693" w:rsidRDefault="00000000">
      <w:pPr>
        <w:jc w:val="both"/>
      </w:pPr>
      <w:r>
        <w:t xml:space="preserve">73. Ministerul Educației și Cercetării coordonează politica de tineret și cele trei obiective generale, corelează contribuțiile instituționale, soluționează blocajele, validează cadrul de rezultate și conduce revizuirea anuală. </w:t>
      </w:r>
      <w:r>
        <w:lastRenderedPageBreak/>
        <w:t xml:space="preserve">Agenția Națională Tineret implementează programele atribuite, consolidează tehnic datele în limitele mandatului și susține calitatea serviciilor și participarea tinerilor. Ministerul Finanțelor examinează aspectele bugetare ale programului. </w:t>
      </w:r>
    </w:p>
    <w:p w14:paraId="5039416A" w14:textId="77777777" w:rsidR="00156693" w:rsidRDefault="00000000">
      <w:pPr>
        <w:jc w:val="both"/>
      </w:pPr>
      <w:r>
        <w:t xml:space="preserve">74. Administrația publică locală transpune viziunea și direcțiile de dezvoltare a politicii naționale în strategii, programe și planuri de acțiuni locale, în limita resurselor și cu respectarea autonomiei locale. </w:t>
      </w:r>
    </w:p>
    <w:p w14:paraId="3F8F712D" w14:textId="77777777" w:rsidR="00156693" w:rsidRDefault="00000000">
      <w:pPr>
        <w:keepNext/>
        <w:spacing w:before="120" w:after="60" w:line="240" w:lineRule="auto"/>
        <w:jc w:val="both"/>
        <w:sectPr w:rsidR="00156693">
          <w:headerReference w:type="default" r:id="rId8"/>
          <w:footerReference w:type="default" r:id="rId9"/>
          <w:pgSz w:w="11906" w:h="16838"/>
          <w:pgMar w:top="1134" w:right="1134" w:bottom="1134" w:left="1134" w:header="624" w:footer="624" w:gutter="0"/>
          <w:pgNumType w:start="1"/>
          <w:cols w:space="720"/>
          <w:titlePg/>
        </w:sectPr>
      </w:pPr>
      <w:r>
        <w:t xml:space="preserve">75. Matrice de delimitare a rolului, responsabilităților și mecanismelor de coordonare între instituții. </w:t>
      </w:r>
    </w:p>
    <w:p w14:paraId="7CF593E0" w14:textId="77777777" w:rsidR="00156693" w:rsidRDefault="00000000">
      <w:pPr>
        <w:keepNext/>
        <w:spacing w:before="120" w:after="60" w:line="240" w:lineRule="auto"/>
        <w:rPr>
          <w:b/>
          <w:bCs/>
          <w:sz w:val="20"/>
          <w:szCs w:val="20"/>
        </w:rPr>
      </w:pPr>
      <w:r>
        <w:rPr>
          <w:b/>
          <w:bCs/>
          <w:sz w:val="20"/>
          <w:szCs w:val="20"/>
        </w:rPr>
        <w:lastRenderedPageBreak/>
        <w:t>Tabel 12. Lista actorilor relevanți implementării planului</w:t>
      </w:r>
    </w:p>
    <w:tbl>
      <w:tblPr>
        <w:tblStyle w:val="afffffffffffffffffffffffff3"/>
        <w:tblW w:w="14850" w:type="dxa"/>
        <w:tblBorders>
          <w:top w:val="nil"/>
          <w:left w:val="nil"/>
          <w:bottom w:val="nil"/>
          <w:right w:val="nil"/>
          <w:insideH w:val="nil"/>
          <w:insideV w:val="nil"/>
        </w:tblBorders>
        <w:tblLayout w:type="fixed"/>
        <w:tblLook w:val="0600" w:firstRow="0" w:lastRow="0" w:firstColumn="0" w:lastColumn="0" w:noHBand="1" w:noVBand="1"/>
      </w:tblPr>
      <w:tblGrid>
        <w:gridCol w:w="1815"/>
        <w:gridCol w:w="4260"/>
        <w:gridCol w:w="3240"/>
        <w:gridCol w:w="2220"/>
        <w:gridCol w:w="3315"/>
      </w:tblGrid>
      <w:tr w:rsidR="00156693" w14:paraId="707157B7" w14:textId="77777777">
        <w:trPr>
          <w:trHeight w:val="480"/>
        </w:trPr>
        <w:tc>
          <w:tcPr>
            <w:tcW w:w="1815"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36F1FB" w14:textId="77777777" w:rsidR="00156693" w:rsidRDefault="00000000">
            <w:pPr>
              <w:keepNext/>
              <w:spacing w:line="240" w:lineRule="auto"/>
              <w:ind w:left="40"/>
              <w:jc w:val="center"/>
              <w:rPr>
                <w:b/>
                <w:bCs/>
                <w:sz w:val="20"/>
                <w:szCs w:val="20"/>
              </w:rPr>
            </w:pPr>
            <w:r>
              <w:rPr>
                <w:b/>
                <w:bCs/>
                <w:sz w:val="20"/>
                <w:szCs w:val="20"/>
              </w:rPr>
              <w:lastRenderedPageBreak/>
              <w:t>Instituție / actor</w:t>
            </w:r>
          </w:p>
        </w:tc>
        <w:tc>
          <w:tcPr>
            <w:tcW w:w="4260"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7AEE22E4" w14:textId="77777777" w:rsidR="00156693" w:rsidRDefault="00000000">
            <w:pPr>
              <w:keepNext/>
              <w:spacing w:line="240" w:lineRule="auto"/>
              <w:ind w:left="40"/>
              <w:jc w:val="center"/>
              <w:rPr>
                <w:b/>
                <w:bCs/>
                <w:sz w:val="20"/>
                <w:szCs w:val="20"/>
              </w:rPr>
            </w:pPr>
            <w:r>
              <w:rPr>
                <w:b/>
                <w:bCs/>
                <w:sz w:val="20"/>
                <w:szCs w:val="20"/>
              </w:rPr>
              <w:t>Rol și responsabilități</w:t>
            </w:r>
          </w:p>
        </w:tc>
        <w:tc>
          <w:tcPr>
            <w:tcW w:w="3240"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1CBD76A6" w14:textId="77777777" w:rsidR="00156693" w:rsidRDefault="00000000">
            <w:pPr>
              <w:keepNext/>
              <w:spacing w:line="240" w:lineRule="auto"/>
              <w:ind w:left="40"/>
              <w:jc w:val="center"/>
              <w:rPr>
                <w:b/>
                <w:bCs/>
                <w:sz w:val="20"/>
                <w:szCs w:val="20"/>
              </w:rPr>
            </w:pPr>
            <w:r>
              <w:rPr>
                <w:b/>
                <w:bCs/>
                <w:sz w:val="20"/>
                <w:szCs w:val="20"/>
              </w:rPr>
              <w:t>Date</w:t>
            </w:r>
          </w:p>
        </w:tc>
        <w:tc>
          <w:tcPr>
            <w:tcW w:w="2220"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2B7D6E7C" w14:textId="77777777" w:rsidR="00156693" w:rsidRDefault="00000000">
            <w:pPr>
              <w:keepNext/>
              <w:spacing w:line="240" w:lineRule="auto"/>
              <w:ind w:left="40"/>
              <w:jc w:val="center"/>
              <w:rPr>
                <w:b/>
                <w:bCs/>
                <w:sz w:val="20"/>
                <w:szCs w:val="20"/>
              </w:rPr>
            </w:pPr>
            <w:r>
              <w:rPr>
                <w:b/>
                <w:bCs/>
                <w:sz w:val="20"/>
                <w:szCs w:val="20"/>
              </w:rPr>
              <w:t>Raportare / decizie</w:t>
            </w:r>
          </w:p>
        </w:tc>
        <w:tc>
          <w:tcPr>
            <w:tcW w:w="3315" w:type="dxa"/>
            <w:tcBorders>
              <w:top w:val="single" w:sz="6" w:space="0" w:color="000000"/>
              <w:left w:val="nil"/>
              <w:bottom w:val="single" w:sz="6" w:space="0" w:color="000000"/>
              <w:right w:val="single" w:sz="6" w:space="0" w:color="000000"/>
            </w:tcBorders>
            <w:tcMar>
              <w:top w:w="60" w:type="dxa"/>
              <w:left w:w="80" w:type="dxa"/>
              <w:bottom w:w="60" w:type="dxa"/>
              <w:right w:w="80" w:type="dxa"/>
            </w:tcMar>
          </w:tcPr>
          <w:p w14:paraId="06045D06" w14:textId="77777777" w:rsidR="00156693" w:rsidRDefault="00000000">
            <w:pPr>
              <w:keepNext/>
              <w:spacing w:line="240" w:lineRule="auto"/>
              <w:ind w:left="40" w:right="446"/>
              <w:jc w:val="center"/>
              <w:rPr>
                <w:b/>
                <w:bCs/>
                <w:sz w:val="20"/>
                <w:szCs w:val="20"/>
              </w:rPr>
            </w:pPr>
            <w:r>
              <w:rPr>
                <w:b/>
                <w:bCs/>
                <w:sz w:val="20"/>
                <w:szCs w:val="20"/>
              </w:rPr>
              <w:t>Coordonare</w:t>
            </w:r>
          </w:p>
        </w:tc>
      </w:tr>
      <w:tr w:rsidR="00156693" w14:paraId="368373F9"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473EEB96" w14:textId="77777777" w:rsidR="00156693" w:rsidRDefault="00000000">
            <w:pPr>
              <w:keepNext/>
              <w:spacing w:line="240" w:lineRule="auto"/>
              <w:ind w:left="40"/>
              <w:rPr>
                <w:sz w:val="20"/>
                <w:szCs w:val="20"/>
              </w:rPr>
            </w:pPr>
            <w:r>
              <w:rPr>
                <w:sz w:val="20"/>
                <w:szCs w:val="20"/>
              </w:rPr>
              <w:t>Ministerul Educației și Cercetării</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53E0A6BE" w14:textId="77777777" w:rsidR="00156693" w:rsidRDefault="00000000">
            <w:pPr>
              <w:keepNext/>
              <w:spacing w:line="240" w:lineRule="auto"/>
              <w:ind w:left="40"/>
              <w:rPr>
                <w:sz w:val="20"/>
                <w:szCs w:val="20"/>
              </w:rPr>
            </w:pPr>
            <w:r>
              <w:rPr>
                <w:sz w:val="20"/>
                <w:szCs w:val="20"/>
              </w:rPr>
              <w:t>Coordonează politica și cele trei OG; corelează contribuțiile, soluționează blocaje</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6C69AB46" w14:textId="77777777" w:rsidR="00156693" w:rsidRDefault="00000000">
            <w:pPr>
              <w:keepNext/>
              <w:spacing w:line="240" w:lineRule="auto"/>
              <w:ind w:left="40"/>
              <w:rPr>
                <w:sz w:val="20"/>
                <w:szCs w:val="20"/>
              </w:rPr>
            </w:pPr>
            <w:r>
              <w:rPr>
                <w:sz w:val="20"/>
                <w:szCs w:val="20"/>
              </w:rPr>
              <w:t>Validează cadrul de rezultate; consolidează raportarea</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2CDC9DFB" w14:textId="77777777" w:rsidR="00156693" w:rsidRDefault="00000000">
            <w:pPr>
              <w:keepNext/>
              <w:spacing w:line="240" w:lineRule="auto"/>
              <w:ind w:left="40"/>
              <w:rPr>
                <w:sz w:val="20"/>
                <w:szCs w:val="20"/>
              </w:rPr>
            </w:pPr>
            <w:r>
              <w:rPr>
                <w:sz w:val="20"/>
                <w:szCs w:val="20"/>
              </w:rPr>
              <w:t>Conduce revizuirea anuală; decide ajustări</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26A58246" w14:textId="77777777" w:rsidR="00156693" w:rsidRDefault="00000000">
            <w:pPr>
              <w:keepNext/>
              <w:spacing w:line="240" w:lineRule="auto"/>
              <w:ind w:left="40"/>
              <w:rPr>
                <w:sz w:val="20"/>
                <w:szCs w:val="20"/>
              </w:rPr>
            </w:pPr>
            <w:r>
              <w:rPr>
                <w:sz w:val="20"/>
                <w:szCs w:val="20"/>
              </w:rPr>
              <w:t>Coordonare intersectorială; revizuire publică</w:t>
            </w:r>
          </w:p>
        </w:tc>
      </w:tr>
      <w:tr w:rsidR="00156693" w14:paraId="63746BFF" w14:textId="77777777">
        <w:trPr>
          <w:trHeight w:val="915"/>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6C04E84D" w14:textId="77777777" w:rsidR="00156693" w:rsidRDefault="00000000">
            <w:pPr>
              <w:keepNext/>
              <w:spacing w:line="240" w:lineRule="auto"/>
              <w:ind w:left="40"/>
              <w:rPr>
                <w:sz w:val="20"/>
                <w:szCs w:val="20"/>
              </w:rPr>
            </w:pPr>
            <w:r>
              <w:rPr>
                <w:sz w:val="20"/>
                <w:szCs w:val="20"/>
              </w:rPr>
              <w:t>Agenția Națională Tineret</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1350D1CE" w14:textId="77777777" w:rsidR="00156693" w:rsidRDefault="00000000">
            <w:pPr>
              <w:keepNext/>
              <w:spacing w:line="240" w:lineRule="auto"/>
              <w:ind w:left="40"/>
              <w:rPr>
                <w:sz w:val="20"/>
                <w:szCs w:val="20"/>
              </w:rPr>
            </w:pPr>
            <w:r>
              <w:rPr>
                <w:sz w:val="20"/>
                <w:szCs w:val="20"/>
              </w:rPr>
              <w:t>Susține politica MEC; implementează programele atribuite, sprijină calitatea/participarea</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1E8D7AD1" w14:textId="77777777" w:rsidR="00156693" w:rsidRDefault="00000000">
            <w:pPr>
              <w:keepNext/>
              <w:spacing w:line="240" w:lineRule="auto"/>
              <w:ind w:left="40"/>
              <w:rPr>
                <w:sz w:val="20"/>
                <w:szCs w:val="20"/>
              </w:rPr>
            </w:pPr>
            <w:r>
              <w:rPr>
                <w:sz w:val="20"/>
                <w:szCs w:val="20"/>
              </w:rPr>
              <w:t>Consolidează tehnic, verifică coerența, cere corectări</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34AD797F" w14:textId="77777777" w:rsidR="00156693" w:rsidRDefault="00000000">
            <w:pPr>
              <w:keepNext/>
              <w:spacing w:line="240" w:lineRule="auto"/>
              <w:ind w:left="40"/>
              <w:rPr>
                <w:sz w:val="20"/>
                <w:szCs w:val="20"/>
              </w:rPr>
            </w:pPr>
            <w:r>
              <w:rPr>
                <w:sz w:val="20"/>
                <w:szCs w:val="20"/>
              </w:rPr>
              <w:t>Prezintă MEC rezultate, lacune, blocaje</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7E1AC13E" w14:textId="77777777" w:rsidR="00156693" w:rsidRDefault="00000000">
            <w:pPr>
              <w:keepNext/>
              <w:spacing w:line="240" w:lineRule="auto"/>
              <w:ind w:left="40"/>
              <w:rPr>
                <w:sz w:val="20"/>
                <w:szCs w:val="20"/>
              </w:rPr>
            </w:pPr>
            <w:r>
              <w:rPr>
                <w:sz w:val="20"/>
                <w:szCs w:val="20"/>
              </w:rPr>
              <w:t>Suport pentru grupul tehnic și dialogul cu APL</w:t>
            </w:r>
          </w:p>
        </w:tc>
      </w:tr>
      <w:tr w:rsidR="00156693" w14:paraId="67FF7C1A" w14:textId="77777777">
        <w:trPr>
          <w:trHeight w:val="915"/>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045FF4E0" w14:textId="77777777" w:rsidR="00156693" w:rsidRDefault="00000000">
            <w:pPr>
              <w:keepNext/>
              <w:spacing w:line="240" w:lineRule="auto"/>
              <w:ind w:left="40"/>
              <w:rPr>
                <w:sz w:val="20"/>
                <w:szCs w:val="20"/>
              </w:rPr>
            </w:pPr>
            <w:r>
              <w:rPr>
                <w:sz w:val="20"/>
                <w:szCs w:val="20"/>
              </w:rPr>
              <w:t xml:space="preserve">Alte autorități publice centrale </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7041E3AE" w14:textId="77777777" w:rsidR="00156693" w:rsidRDefault="00000000">
            <w:pPr>
              <w:keepNext/>
              <w:spacing w:line="240" w:lineRule="auto"/>
              <w:ind w:left="40"/>
              <w:rPr>
                <w:sz w:val="20"/>
                <w:szCs w:val="20"/>
              </w:rPr>
            </w:pPr>
            <w:r>
              <w:rPr>
                <w:sz w:val="20"/>
                <w:szCs w:val="20"/>
              </w:rPr>
              <w:t>Contribuții sectoriale potrivit competențelor; corelează intervențiile pentru tineri</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2AC86DCB" w14:textId="77777777" w:rsidR="00156693" w:rsidRDefault="00000000">
            <w:pPr>
              <w:keepNext/>
              <w:spacing w:line="240" w:lineRule="auto"/>
              <w:ind w:left="40"/>
              <w:rPr>
                <w:sz w:val="20"/>
                <w:szCs w:val="20"/>
              </w:rPr>
            </w:pPr>
            <w:r>
              <w:rPr>
                <w:sz w:val="20"/>
                <w:szCs w:val="20"/>
              </w:rPr>
              <w:t>Dețin și verifică datele la sursă; transmit contribuțiile convenite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6628C7A8" w14:textId="77777777" w:rsidR="00156693" w:rsidRDefault="00000000">
            <w:pPr>
              <w:keepNext/>
              <w:spacing w:line="240" w:lineRule="auto"/>
              <w:ind w:left="40"/>
              <w:rPr>
                <w:sz w:val="20"/>
                <w:szCs w:val="20"/>
              </w:rPr>
            </w:pPr>
            <w:r>
              <w:rPr>
                <w:sz w:val="20"/>
                <w:szCs w:val="20"/>
              </w:rPr>
              <w:t>Raportează MEC</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458059BD" w14:textId="77777777" w:rsidR="00156693" w:rsidRDefault="00000000">
            <w:pPr>
              <w:keepNext/>
              <w:spacing w:line="240" w:lineRule="auto"/>
              <w:ind w:left="40"/>
              <w:rPr>
                <w:sz w:val="20"/>
                <w:szCs w:val="20"/>
              </w:rPr>
            </w:pPr>
            <w:r>
              <w:rPr>
                <w:sz w:val="20"/>
                <w:szCs w:val="20"/>
              </w:rPr>
              <w:t>Coordonare intersectorială, clarificarea datelor</w:t>
            </w:r>
          </w:p>
        </w:tc>
      </w:tr>
      <w:tr w:rsidR="00156693" w14:paraId="16A8A2A1"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4F48E67C" w14:textId="77777777" w:rsidR="00156693" w:rsidRDefault="00000000">
            <w:pPr>
              <w:keepNext/>
              <w:spacing w:line="240" w:lineRule="auto"/>
              <w:ind w:left="40"/>
              <w:rPr>
                <w:sz w:val="20"/>
                <w:szCs w:val="20"/>
              </w:rPr>
            </w:pPr>
            <w:r>
              <w:rPr>
                <w:sz w:val="20"/>
                <w:szCs w:val="20"/>
              </w:rPr>
              <w:t>Autorități publice locale</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3ABEF23F" w14:textId="77777777" w:rsidR="00156693" w:rsidRDefault="00000000">
            <w:pPr>
              <w:keepNext/>
              <w:spacing w:line="240" w:lineRule="auto"/>
              <w:ind w:left="40"/>
              <w:rPr>
                <w:sz w:val="20"/>
                <w:szCs w:val="20"/>
              </w:rPr>
            </w:pPr>
            <w:r>
              <w:rPr>
                <w:sz w:val="20"/>
                <w:szCs w:val="20"/>
              </w:rPr>
              <w:t>Transpun prioritățile naționale, cu autonomie; programe/parteneriate în limita resurselor</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4A603480" w14:textId="77777777" w:rsidR="00156693" w:rsidRDefault="00000000">
            <w:pPr>
              <w:keepNext/>
              <w:spacing w:line="240" w:lineRule="auto"/>
              <w:ind w:left="40"/>
              <w:rPr>
                <w:sz w:val="20"/>
                <w:szCs w:val="20"/>
              </w:rPr>
            </w:pPr>
            <w:r>
              <w:rPr>
                <w:sz w:val="20"/>
                <w:szCs w:val="20"/>
              </w:rPr>
              <w:t>Verifică datele la sursă; transmit date agregate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67CAF5A1" w14:textId="77777777" w:rsidR="00156693" w:rsidRDefault="00000000">
            <w:pPr>
              <w:keepNext/>
              <w:spacing w:line="240" w:lineRule="auto"/>
              <w:ind w:left="40"/>
              <w:rPr>
                <w:sz w:val="20"/>
                <w:szCs w:val="20"/>
              </w:rPr>
            </w:pPr>
            <w:r>
              <w:rPr>
                <w:sz w:val="20"/>
                <w:szCs w:val="20"/>
              </w:rPr>
              <w:t>Decid local; raportează contribuțiile convenite</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703E073D" w14:textId="77777777" w:rsidR="00156693" w:rsidRDefault="00000000">
            <w:pPr>
              <w:keepNext/>
              <w:spacing w:line="240" w:lineRule="auto"/>
              <w:ind w:left="40"/>
              <w:rPr>
                <w:sz w:val="20"/>
                <w:szCs w:val="20"/>
              </w:rPr>
            </w:pPr>
            <w:r>
              <w:rPr>
                <w:sz w:val="20"/>
                <w:szCs w:val="20"/>
              </w:rPr>
              <w:t>Dialog și participare locală; suport metodologic ANT</w:t>
            </w:r>
          </w:p>
        </w:tc>
      </w:tr>
      <w:tr w:rsidR="00156693" w14:paraId="34B7610D"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5E73AA84" w14:textId="77777777" w:rsidR="00156693" w:rsidRDefault="00000000">
            <w:pPr>
              <w:keepNext/>
              <w:spacing w:line="240" w:lineRule="auto"/>
              <w:ind w:left="40"/>
              <w:rPr>
                <w:sz w:val="20"/>
                <w:szCs w:val="20"/>
              </w:rPr>
            </w:pPr>
            <w:r>
              <w:rPr>
                <w:sz w:val="20"/>
                <w:szCs w:val="20"/>
              </w:rPr>
              <w:t>Instituții publice / centre de tineret</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1661745B" w14:textId="77777777" w:rsidR="00156693" w:rsidRDefault="00000000">
            <w:pPr>
              <w:keepNext/>
              <w:spacing w:line="240" w:lineRule="auto"/>
              <w:ind w:left="40"/>
              <w:rPr>
                <w:sz w:val="20"/>
                <w:szCs w:val="20"/>
              </w:rPr>
            </w:pPr>
            <w:r>
              <w:rPr>
                <w:sz w:val="20"/>
                <w:szCs w:val="20"/>
              </w:rPr>
              <w:t>Servicii accesibile și calitative pentru tineri, potrivit mandatului</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33B977D7" w14:textId="77777777" w:rsidR="00156693" w:rsidRDefault="00000000">
            <w:pPr>
              <w:keepNext/>
              <w:spacing w:line="240" w:lineRule="auto"/>
              <w:ind w:left="40"/>
              <w:rPr>
                <w:sz w:val="20"/>
                <w:szCs w:val="20"/>
              </w:rPr>
            </w:pPr>
            <w:r>
              <w:rPr>
                <w:sz w:val="20"/>
                <w:szCs w:val="20"/>
              </w:rPr>
              <w:t>Documentează beneficiarii, calitatea, rezultatele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6D373018" w14:textId="77777777" w:rsidR="00156693" w:rsidRDefault="00000000">
            <w:pPr>
              <w:keepNext/>
              <w:spacing w:line="240" w:lineRule="auto"/>
              <w:ind w:left="40"/>
              <w:rPr>
                <w:sz w:val="20"/>
                <w:szCs w:val="20"/>
              </w:rPr>
            </w:pPr>
            <w:r>
              <w:rPr>
                <w:sz w:val="20"/>
                <w:szCs w:val="20"/>
              </w:rPr>
              <w:t>Raportează fondatorului</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793D0360" w14:textId="77777777" w:rsidR="00156693" w:rsidRDefault="00000000">
            <w:pPr>
              <w:keepNext/>
              <w:spacing w:line="240" w:lineRule="auto"/>
              <w:ind w:left="40"/>
              <w:rPr>
                <w:sz w:val="20"/>
                <w:szCs w:val="20"/>
              </w:rPr>
            </w:pPr>
            <w:r>
              <w:rPr>
                <w:sz w:val="20"/>
                <w:szCs w:val="20"/>
              </w:rPr>
              <w:t>Dialog teritorial și clarificări metodologice cu ANT</w:t>
            </w:r>
          </w:p>
        </w:tc>
      </w:tr>
      <w:tr w:rsidR="00156693" w14:paraId="74A5C383"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7A130E34" w14:textId="77777777" w:rsidR="00156693" w:rsidRDefault="00000000">
            <w:pPr>
              <w:keepNext/>
              <w:spacing w:line="240" w:lineRule="auto"/>
              <w:ind w:left="40"/>
              <w:rPr>
                <w:sz w:val="20"/>
                <w:szCs w:val="20"/>
              </w:rPr>
            </w:pPr>
            <w:r>
              <w:rPr>
                <w:sz w:val="20"/>
                <w:szCs w:val="20"/>
              </w:rPr>
              <w:t>Organizații / structuri de tineri</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4814E2F7" w14:textId="77777777" w:rsidR="00156693" w:rsidRDefault="00000000">
            <w:pPr>
              <w:keepNext/>
              <w:spacing w:line="240" w:lineRule="auto"/>
              <w:ind w:left="40"/>
              <w:rPr>
                <w:sz w:val="20"/>
                <w:szCs w:val="20"/>
              </w:rPr>
            </w:pPr>
            <w:r>
              <w:rPr>
                <w:sz w:val="20"/>
                <w:szCs w:val="20"/>
              </w:rPr>
              <w:t>Reprezintă independent interese diverse; programe, voluntariat, co-management</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64540428" w14:textId="77777777" w:rsidR="00156693" w:rsidRDefault="00000000">
            <w:pPr>
              <w:keepNext/>
              <w:spacing w:line="240" w:lineRule="auto"/>
              <w:ind w:left="40"/>
              <w:rPr>
                <w:sz w:val="20"/>
                <w:szCs w:val="20"/>
              </w:rPr>
            </w:pPr>
            <w:r>
              <w:rPr>
                <w:sz w:val="20"/>
                <w:szCs w:val="20"/>
              </w:rPr>
              <w:t>Documentează rezultate și verifică datele proprii la sursă</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063057FD" w14:textId="77777777" w:rsidR="00156693" w:rsidRDefault="00000000">
            <w:pPr>
              <w:keepNext/>
              <w:spacing w:line="240" w:lineRule="auto"/>
              <w:ind w:left="40"/>
              <w:rPr>
                <w:sz w:val="20"/>
                <w:szCs w:val="20"/>
              </w:rPr>
            </w:pPr>
            <w:r>
              <w:rPr>
                <w:sz w:val="20"/>
                <w:szCs w:val="20"/>
              </w:rPr>
              <w:t>Comunică rezultate și recomandări</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07AC3624" w14:textId="77777777" w:rsidR="00156693" w:rsidRDefault="00000000">
            <w:pPr>
              <w:keepNext/>
              <w:spacing w:line="240" w:lineRule="auto"/>
              <w:ind w:left="40"/>
              <w:rPr>
                <w:sz w:val="20"/>
                <w:szCs w:val="20"/>
              </w:rPr>
            </w:pPr>
            <w:r>
              <w:rPr>
                <w:sz w:val="20"/>
                <w:szCs w:val="20"/>
              </w:rPr>
              <w:t>Participare și co-management</w:t>
            </w:r>
          </w:p>
        </w:tc>
      </w:tr>
      <w:tr w:rsidR="00156693" w14:paraId="67C4CE12"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164A80E3" w14:textId="77777777" w:rsidR="00156693" w:rsidRDefault="00000000">
            <w:pPr>
              <w:keepNext/>
              <w:spacing w:line="240" w:lineRule="auto"/>
              <w:ind w:left="40"/>
              <w:rPr>
                <w:sz w:val="20"/>
                <w:szCs w:val="20"/>
              </w:rPr>
            </w:pPr>
            <w:r>
              <w:rPr>
                <w:sz w:val="20"/>
                <w:szCs w:val="20"/>
              </w:rPr>
              <w:t>Parteneri de dezvoltare</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433F4787" w14:textId="77777777" w:rsidR="00156693" w:rsidRDefault="00000000">
            <w:pPr>
              <w:keepNext/>
              <w:spacing w:line="240" w:lineRule="auto"/>
              <w:ind w:left="40"/>
              <w:rPr>
                <w:sz w:val="20"/>
                <w:szCs w:val="20"/>
              </w:rPr>
            </w:pPr>
            <w:r>
              <w:rPr>
                <w:sz w:val="20"/>
                <w:szCs w:val="20"/>
              </w:rPr>
              <w:t>Sprijin potrivit priorităților și acordurilor confirmate; expertiză convenită</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6DA7CF52" w14:textId="77777777" w:rsidR="00156693" w:rsidRDefault="00000000">
            <w:pPr>
              <w:keepNext/>
              <w:spacing w:line="240" w:lineRule="auto"/>
              <w:ind w:left="40"/>
              <w:rPr>
                <w:sz w:val="20"/>
                <w:szCs w:val="20"/>
              </w:rPr>
            </w:pPr>
            <w:r>
              <w:rPr>
                <w:sz w:val="20"/>
                <w:szCs w:val="20"/>
              </w:rPr>
              <w:t>Dovezi despre contribuții (metode, limite)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59C96F5A" w14:textId="77777777" w:rsidR="00156693" w:rsidRDefault="00000000">
            <w:pPr>
              <w:keepNext/>
              <w:spacing w:line="240" w:lineRule="auto"/>
              <w:ind w:left="40"/>
              <w:rPr>
                <w:sz w:val="20"/>
                <w:szCs w:val="20"/>
              </w:rPr>
            </w:pPr>
            <w:r>
              <w:rPr>
                <w:sz w:val="20"/>
                <w:szCs w:val="20"/>
              </w:rPr>
              <w:t>Prezintă contribuții</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1FC1C58F" w14:textId="77777777" w:rsidR="00156693" w:rsidRDefault="00000000">
            <w:pPr>
              <w:keepNext/>
              <w:spacing w:line="240" w:lineRule="auto"/>
              <w:ind w:left="40"/>
              <w:rPr>
                <w:sz w:val="20"/>
                <w:szCs w:val="20"/>
              </w:rPr>
            </w:pPr>
            <w:r>
              <w:rPr>
                <w:sz w:val="20"/>
                <w:szCs w:val="20"/>
              </w:rPr>
              <w:t>Revizuire anuală și dialog tematic</w:t>
            </w:r>
          </w:p>
        </w:tc>
      </w:tr>
      <w:tr w:rsidR="00156693" w14:paraId="168AFDE3"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0422818D" w14:textId="77777777" w:rsidR="00156693" w:rsidRDefault="00000000">
            <w:pPr>
              <w:keepNext/>
              <w:spacing w:line="240" w:lineRule="auto"/>
              <w:ind w:left="40"/>
              <w:rPr>
                <w:sz w:val="20"/>
                <w:szCs w:val="20"/>
              </w:rPr>
            </w:pPr>
            <w:r>
              <w:rPr>
                <w:sz w:val="20"/>
                <w:szCs w:val="20"/>
              </w:rPr>
              <w:t>Mediul academic / cercetare</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3AD0BF1C" w14:textId="77777777" w:rsidR="00156693" w:rsidRDefault="00000000">
            <w:pPr>
              <w:keepNext/>
              <w:spacing w:line="240" w:lineRule="auto"/>
              <w:ind w:left="40"/>
              <w:rPr>
                <w:sz w:val="20"/>
                <w:szCs w:val="20"/>
              </w:rPr>
            </w:pPr>
            <w:r>
              <w:rPr>
                <w:sz w:val="20"/>
                <w:szCs w:val="20"/>
              </w:rPr>
              <w:t>Dovezi și analiză independentă; studii/evaluări prin colaborări convenite</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75407A8C" w14:textId="77777777" w:rsidR="00156693" w:rsidRDefault="00000000">
            <w:pPr>
              <w:keepNext/>
              <w:spacing w:line="240" w:lineRule="auto"/>
              <w:ind w:left="40"/>
              <w:rPr>
                <w:sz w:val="20"/>
                <w:szCs w:val="20"/>
              </w:rPr>
            </w:pPr>
            <w:r>
              <w:rPr>
                <w:sz w:val="20"/>
                <w:szCs w:val="20"/>
              </w:rPr>
              <w:t>Explică metode, calitate, limite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45AA43D8" w14:textId="77777777" w:rsidR="00156693" w:rsidRDefault="00000000">
            <w:pPr>
              <w:keepNext/>
              <w:spacing w:line="240" w:lineRule="auto"/>
              <w:ind w:left="40"/>
              <w:rPr>
                <w:sz w:val="20"/>
                <w:szCs w:val="20"/>
              </w:rPr>
            </w:pPr>
            <w:r>
              <w:rPr>
                <w:sz w:val="20"/>
                <w:szCs w:val="20"/>
              </w:rPr>
              <w:t>Constatări și recomandări</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2FF9A065" w14:textId="77777777" w:rsidR="00156693" w:rsidRDefault="00000000">
            <w:pPr>
              <w:keepNext/>
              <w:spacing w:line="240" w:lineRule="auto"/>
              <w:ind w:left="40"/>
              <w:rPr>
                <w:sz w:val="20"/>
                <w:szCs w:val="20"/>
              </w:rPr>
            </w:pPr>
            <w:r>
              <w:rPr>
                <w:sz w:val="20"/>
                <w:szCs w:val="20"/>
              </w:rPr>
              <w:t>Revizuire anuală și consultări tehnice</w:t>
            </w:r>
          </w:p>
        </w:tc>
      </w:tr>
      <w:tr w:rsidR="00156693" w14:paraId="772432EA"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6D3AB3F8" w14:textId="77777777" w:rsidR="00156693" w:rsidRDefault="00000000">
            <w:pPr>
              <w:keepNext/>
              <w:spacing w:line="240" w:lineRule="auto"/>
              <w:ind w:left="40"/>
              <w:rPr>
                <w:sz w:val="20"/>
                <w:szCs w:val="20"/>
              </w:rPr>
            </w:pPr>
            <w:r>
              <w:rPr>
                <w:sz w:val="20"/>
                <w:szCs w:val="20"/>
              </w:rPr>
              <w:t>Instituții de învățământ</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00172E61" w14:textId="77777777" w:rsidR="00156693" w:rsidRDefault="00000000">
            <w:pPr>
              <w:keepNext/>
              <w:spacing w:line="240" w:lineRule="auto"/>
              <w:ind w:left="40"/>
              <w:rPr>
                <w:sz w:val="20"/>
                <w:szCs w:val="20"/>
              </w:rPr>
            </w:pPr>
            <w:r>
              <w:rPr>
                <w:sz w:val="20"/>
                <w:szCs w:val="20"/>
              </w:rPr>
              <w:t xml:space="preserve">Susțin consiliile elevilor, inclusiv din învățământul profesional tehnic, structurile studențești și inițiativele acestora, precum și programele de orientare în carieră realizate în parteneriat cu centrele de tineret. </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145AE754" w14:textId="77777777" w:rsidR="00156693" w:rsidRDefault="00000000">
            <w:pPr>
              <w:keepNext/>
              <w:spacing w:line="240" w:lineRule="auto"/>
              <w:ind w:left="40"/>
              <w:rPr>
                <w:sz w:val="20"/>
                <w:szCs w:val="20"/>
              </w:rPr>
            </w:pPr>
            <w:r>
              <w:rPr>
                <w:sz w:val="20"/>
                <w:szCs w:val="20"/>
              </w:rPr>
              <w:t>Verifică datele la sursă despre structuri și participare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7E693BCF" w14:textId="77777777" w:rsidR="00156693" w:rsidRDefault="00000000">
            <w:pPr>
              <w:keepNext/>
              <w:spacing w:line="240" w:lineRule="auto"/>
              <w:ind w:left="40"/>
              <w:rPr>
                <w:sz w:val="20"/>
                <w:szCs w:val="20"/>
              </w:rPr>
            </w:pPr>
            <w:r>
              <w:rPr>
                <w:sz w:val="20"/>
                <w:szCs w:val="20"/>
              </w:rPr>
              <w:t>Raportează MEC</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262867D6" w14:textId="77777777" w:rsidR="00156693" w:rsidRDefault="00000000">
            <w:pPr>
              <w:keepNext/>
              <w:spacing w:line="240" w:lineRule="auto"/>
              <w:ind w:left="40"/>
              <w:rPr>
                <w:sz w:val="20"/>
                <w:szCs w:val="20"/>
              </w:rPr>
            </w:pPr>
            <w:r>
              <w:rPr>
                <w:sz w:val="20"/>
                <w:szCs w:val="20"/>
              </w:rPr>
              <w:t>Dialog cu structurile studențești și grupul tehnic</w:t>
            </w:r>
          </w:p>
        </w:tc>
      </w:tr>
      <w:tr w:rsidR="00156693" w14:paraId="3ECDF203" w14:textId="77777777">
        <w:trPr>
          <w:trHeight w:val="690"/>
        </w:trPr>
        <w:tc>
          <w:tcPr>
            <w:tcW w:w="1815" w:type="dxa"/>
            <w:tcBorders>
              <w:top w:val="nil"/>
              <w:left w:val="single" w:sz="6" w:space="0" w:color="000000"/>
              <w:bottom w:val="single" w:sz="6" w:space="0" w:color="000000"/>
              <w:right w:val="single" w:sz="6" w:space="0" w:color="000000"/>
            </w:tcBorders>
            <w:tcMar>
              <w:top w:w="60" w:type="dxa"/>
              <w:left w:w="80" w:type="dxa"/>
              <w:bottom w:w="60" w:type="dxa"/>
              <w:right w:w="80" w:type="dxa"/>
            </w:tcMar>
          </w:tcPr>
          <w:p w14:paraId="42C2215C" w14:textId="77777777" w:rsidR="00156693" w:rsidRDefault="00000000">
            <w:pPr>
              <w:keepNext/>
              <w:spacing w:line="240" w:lineRule="auto"/>
              <w:ind w:left="40"/>
              <w:rPr>
                <w:sz w:val="20"/>
                <w:szCs w:val="20"/>
              </w:rPr>
            </w:pPr>
            <w:r>
              <w:rPr>
                <w:sz w:val="20"/>
                <w:szCs w:val="20"/>
              </w:rPr>
              <w:lastRenderedPageBreak/>
              <w:t>Ministerul Finanțelor</w:t>
            </w:r>
          </w:p>
        </w:tc>
        <w:tc>
          <w:tcPr>
            <w:tcW w:w="4260" w:type="dxa"/>
            <w:tcBorders>
              <w:top w:val="nil"/>
              <w:left w:val="nil"/>
              <w:bottom w:val="single" w:sz="6" w:space="0" w:color="000000"/>
              <w:right w:val="single" w:sz="6" w:space="0" w:color="000000"/>
            </w:tcBorders>
            <w:tcMar>
              <w:top w:w="60" w:type="dxa"/>
              <w:left w:w="80" w:type="dxa"/>
              <w:bottom w:w="60" w:type="dxa"/>
              <w:right w:w="80" w:type="dxa"/>
            </w:tcMar>
          </w:tcPr>
          <w:p w14:paraId="2C86A50F" w14:textId="77777777" w:rsidR="00156693" w:rsidRDefault="00000000">
            <w:pPr>
              <w:keepNext/>
              <w:spacing w:line="240" w:lineRule="auto"/>
              <w:ind w:left="40"/>
              <w:rPr>
                <w:sz w:val="20"/>
                <w:szCs w:val="20"/>
              </w:rPr>
            </w:pPr>
            <w:r>
              <w:rPr>
                <w:sz w:val="20"/>
                <w:szCs w:val="20"/>
              </w:rPr>
              <w:t>Corelează planificarea cu cadrul bugetar; examinează aspecte bugetare</w:t>
            </w:r>
          </w:p>
        </w:tc>
        <w:tc>
          <w:tcPr>
            <w:tcW w:w="3240" w:type="dxa"/>
            <w:tcBorders>
              <w:top w:val="nil"/>
              <w:left w:val="nil"/>
              <w:bottom w:val="single" w:sz="6" w:space="0" w:color="000000"/>
              <w:right w:val="single" w:sz="6" w:space="0" w:color="000000"/>
            </w:tcBorders>
            <w:tcMar>
              <w:top w:w="60" w:type="dxa"/>
              <w:left w:w="80" w:type="dxa"/>
              <w:bottom w:w="60" w:type="dxa"/>
              <w:right w:w="80" w:type="dxa"/>
            </w:tcMar>
          </w:tcPr>
          <w:p w14:paraId="4476F3BC" w14:textId="77777777" w:rsidR="00156693" w:rsidRDefault="00000000">
            <w:pPr>
              <w:keepNext/>
              <w:spacing w:line="240" w:lineRule="auto"/>
              <w:ind w:left="40"/>
              <w:rPr>
                <w:sz w:val="20"/>
                <w:szCs w:val="20"/>
              </w:rPr>
            </w:pPr>
            <w:r>
              <w:rPr>
                <w:sz w:val="20"/>
                <w:szCs w:val="20"/>
              </w:rPr>
              <w:t>Clarifică informații bugetare</w:t>
            </w:r>
          </w:p>
        </w:tc>
        <w:tc>
          <w:tcPr>
            <w:tcW w:w="2220" w:type="dxa"/>
            <w:tcBorders>
              <w:top w:val="nil"/>
              <w:left w:val="nil"/>
              <w:bottom w:val="single" w:sz="6" w:space="0" w:color="000000"/>
              <w:right w:val="single" w:sz="6" w:space="0" w:color="000000"/>
            </w:tcBorders>
            <w:tcMar>
              <w:top w:w="60" w:type="dxa"/>
              <w:left w:w="80" w:type="dxa"/>
              <w:bottom w:w="60" w:type="dxa"/>
              <w:right w:w="80" w:type="dxa"/>
            </w:tcMar>
          </w:tcPr>
          <w:p w14:paraId="2271517C" w14:textId="77777777" w:rsidR="00156693" w:rsidRDefault="00000000">
            <w:pPr>
              <w:keepNext/>
              <w:spacing w:line="240" w:lineRule="auto"/>
              <w:ind w:left="40"/>
              <w:rPr>
                <w:sz w:val="20"/>
                <w:szCs w:val="20"/>
              </w:rPr>
            </w:pPr>
            <w:r>
              <w:rPr>
                <w:sz w:val="20"/>
                <w:szCs w:val="20"/>
              </w:rPr>
              <w:t>Exercită competențe bugetare</w:t>
            </w:r>
          </w:p>
        </w:tc>
        <w:tc>
          <w:tcPr>
            <w:tcW w:w="3315" w:type="dxa"/>
            <w:tcBorders>
              <w:top w:val="nil"/>
              <w:left w:val="nil"/>
              <w:bottom w:val="single" w:sz="6" w:space="0" w:color="000000"/>
              <w:right w:val="single" w:sz="6" w:space="0" w:color="000000"/>
            </w:tcBorders>
            <w:tcMar>
              <w:top w:w="60" w:type="dxa"/>
              <w:left w:w="80" w:type="dxa"/>
              <w:bottom w:w="60" w:type="dxa"/>
              <w:right w:w="80" w:type="dxa"/>
            </w:tcMar>
          </w:tcPr>
          <w:p w14:paraId="704FC1E2" w14:textId="77777777" w:rsidR="00156693" w:rsidRDefault="00000000">
            <w:pPr>
              <w:keepNext/>
              <w:spacing w:line="240" w:lineRule="auto"/>
              <w:ind w:left="40"/>
              <w:rPr>
                <w:sz w:val="20"/>
                <w:szCs w:val="20"/>
              </w:rPr>
            </w:pPr>
            <w:r>
              <w:rPr>
                <w:sz w:val="20"/>
                <w:szCs w:val="20"/>
              </w:rPr>
              <w:t>Dialog privind resursele în procesele bugetare existente</w:t>
            </w:r>
          </w:p>
        </w:tc>
      </w:tr>
    </w:tbl>
    <w:p w14:paraId="7DCA411E" w14:textId="77777777" w:rsidR="00156693" w:rsidRDefault="00000000">
      <w:pPr>
        <w:keepNext/>
        <w:spacing w:before="120" w:after="60" w:line="240" w:lineRule="auto"/>
        <w:rPr>
          <w:b/>
          <w:bCs/>
          <w:color w:val="667085"/>
          <w:sz w:val="20"/>
          <w:szCs w:val="20"/>
        </w:rPr>
      </w:pPr>
      <w:r>
        <w:rPr>
          <w:b/>
          <w:bCs/>
          <w:sz w:val="20"/>
          <w:szCs w:val="20"/>
        </w:rPr>
        <w:t>Tabel 13. Mecanismele de coordonare și participare</w:t>
      </w:r>
    </w:p>
    <w:tbl>
      <w:tblPr>
        <w:tblStyle w:val="afffffffffffffffffffffffff4"/>
        <w:tblW w:w="1480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2295"/>
        <w:gridCol w:w="2430"/>
        <w:gridCol w:w="2250"/>
        <w:gridCol w:w="2775"/>
        <w:gridCol w:w="2955"/>
      </w:tblGrid>
      <w:tr w:rsidR="00156693" w14:paraId="06E0EE2E" w14:textId="77777777">
        <w:trPr>
          <w:cantSplit/>
          <w:tblHeader/>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331088B" w14:textId="77777777" w:rsidR="00156693" w:rsidRDefault="00000000">
            <w:pPr>
              <w:spacing w:line="220" w:lineRule="auto"/>
              <w:jc w:val="center"/>
              <w:rPr>
                <w:sz w:val="20"/>
                <w:szCs w:val="20"/>
              </w:rPr>
            </w:pPr>
            <w:r>
              <w:rPr>
                <w:b/>
                <w:bCs/>
                <w:sz w:val="20"/>
                <w:szCs w:val="20"/>
              </w:rPr>
              <w:t>Mecanism / structură</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B21A506" w14:textId="77777777" w:rsidR="00156693" w:rsidRDefault="00000000">
            <w:pPr>
              <w:spacing w:line="220" w:lineRule="auto"/>
              <w:jc w:val="center"/>
              <w:rPr>
                <w:sz w:val="20"/>
                <w:szCs w:val="20"/>
              </w:rPr>
            </w:pPr>
            <w:r>
              <w:rPr>
                <w:b/>
                <w:bCs/>
                <w:sz w:val="20"/>
                <w:szCs w:val="20"/>
              </w:rPr>
              <w:t>Scop și atribuții</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4C49990" w14:textId="77777777" w:rsidR="00156693" w:rsidRDefault="00000000">
            <w:pPr>
              <w:spacing w:line="220" w:lineRule="auto"/>
              <w:jc w:val="center"/>
              <w:rPr>
                <w:sz w:val="20"/>
                <w:szCs w:val="20"/>
              </w:rPr>
            </w:pPr>
            <w:r>
              <w:rPr>
                <w:b/>
                <w:bCs/>
                <w:sz w:val="20"/>
                <w:szCs w:val="20"/>
              </w:rPr>
              <w:t>Componență</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354426F8" w14:textId="77777777" w:rsidR="00156693" w:rsidRDefault="00000000">
            <w:pPr>
              <w:spacing w:line="220" w:lineRule="auto"/>
              <w:jc w:val="center"/>
              <w:rPr>
                <w:sz w:val="20"/>
                <w:szCs w:val="20"/>
              </w:rPr>
            </w:pPr>
            <w:r>
              <w:rPr>
                <w:b/>
                <w:bCs/>
                <w:sz w:val="20"/>
                <w:szCs w:val="20"/>
              </w:rPr>
              <w:t>Periodicitate</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297C31A" w14:textId="77777777" w:rsidR="00156693" w:rsidRDefault="00000000">
            <w:pPr>
              <w:spacing w:line="220" w:lineRule="auto"/>
              <w:jc w:val="center"/>
              <w:rPr>
                <w:sz w:val="20"/>
                <w:szCs w:val="20"/>
              </w:rPr>
            </w:pPr>
            <w:r>
              <w:rPr>
                <w:b/>
                <w:bCs/>
                <w:sz w:val="20"/>
                <w:szCs w:val="20"/>
              </w:rPr>
              <w:t>Produse / decizii</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324691A" w14:textId="77777777" w:rsidR="00156693" w:rsidRDefault="00000000">
            <w:pPr>
              <w:spacing w:line="220" w:lineRule="auto"/>
              <w:jc w:val="center"/>
              <w:rPr>
                <w:sz w:val="20"/>
                <w:szCs w:val="20"/>
              </w:rPr>
            </w:pPr>
            <w:r>
              <w:rPr>
                <w:b/>
                <w:bCs/>
                <w:sz w:val="20"/>
                <w:szCs w:val="20"/>
              </w:rPr>
              <w:t>Secretariat / responsabil</w:t>
            </w:r>
          </w:p>
        </w:tc>
      </w:tr>
      <w:tr w:rsidR="00156693" w14:paraId="610B6F9C"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E1E051E" w14:textId="77777777" w:rsidR="00156693" w:rsidRDefault="00000000">
            <w:pPr>
              <w:keepNext/>
              <w:spacing w:after="120"/>
              <w:ind w:left="40"/>
              <w:rPr>
                <w:sz w:val="20"/>
                <w:szCs w:val="20"/>
              </w:rPr>
            </w:pPr>
            <w:r>
              <w:rPr>
                <w:sz w:val="20"/>
                <w:szCs w:val="20"/>
              </w:rPr>
              <w:t>Coordonare intersectorială MEC</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0B748C2" w14:textId="77777777" w:rsidR="00156693" w:rsidRDefault="00000000">
            <w:pPr>
              <w:keepNext/>
              <w:spacing w:after="120"/>
              <w:ind w:left="40"/>
              <w:rPr>
                <w:sz w:val="20"/>
                <w:szCs w:val="20"/>
              </w:rPr>
            </w:pPr>
            <w:r>
              <w:rPr>
                <w:sz w:val="20"/>
                <w:szCs w:val="20"/>
              </w:rPr>
              <w:t>Corelarea contribuțiilor și soluționarea blocajelor peste nivelul implementatorilor.</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26F13DD" w14:textId="77777777" w:rsidR="00156693" w:rsidRDefault="00000000">
            <w:pPr>
              <w:keepNext/>
              <w:spacing w:after="120"/>
              <w:ind w:left="40"/>
              <w:rPr>
                <w:sz w:val="20"/>
                <w:szCs w:val="20"/>
              </w:rPr>
            </w:pPr>
            <w:r>
              <w:rPr>
                <w:sz w:val="20"/>
                <w:szCs w:val="20"/>
              </w:rPr>
              <w:t>MEC, ANT, autorități sectoriale, MF, APL, reprezentanții tinerilor.</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A59F9E0" w14:textId="77777777" w:rsidR="00156693" w:rsidRDefault="00000000">
            <w:pPr>
              <w:keepNext/>
              <w:spacing w:after="120"/>
              <w:ind w:left="40"/>
              <w:rPr>
                <w:sz w:val="20"/>
                <w:szCs w:val="20"/>
              </w:rPr>
            </w:pPr>
            <w:r>
              <w:rPr>
                <w:sz w:val="20"/>
                <w:szCs w:val="20"/>
              </w:rPr>
              <w:t>Semestrial și la blocaje, corelat cu riscurile.</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8D3D220" w14:textId="77777777" w:rsidR="00156693" w:rsidRDefault="00000000">
            <w:pPr>
              <w:keepNext/>
              <w:spacing w:after="120"/>
              <w:ind w:left="40"/>
              <w:rPr>
                <w:sz w:val="20"/>
                <w:szCs w:val="20"/>
              </w:rPr>
            </w:pPr>
            <w:r>
              <w:rPr>
                <w:sz w:val="20"/>
                <w:szCs w:val="20"/>
              </w:rPr>
              <w:t xml:space="preserve">Contribuții și măsuri corective; protocoale de referire convenite cu autoritățile competente în domeniul ocupării, protecției sociale și sănătății, pentru tinerii care necesită servicii specializate; decizii ale autorităților competente. </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13107F7" w14:textId="77777777" w:rsidR="00156693" w:rsidRDefault="00000000">
            <w:pPr>
              <w:keepNext/>
              <w:spacing w:after="120"/>
              <w:ind w:left="40"/>
              <w:rPr>
                <w:sz w:val="20"/>
                <w:szCs w:val="20"/>
              </w:rPr>
            </w:pPr>
            <w:r>
              <w:rPr>
                <w:sz w:val="20"/>
                <w:szCs w:val="20"/>
              </w:rPr>
              <w:t>MEC coordonează; ANT oferă suport în limitele mandatului.</w:t>
            </w:r>
          </w:p>
        </w:tc>
      </w:tr>
      <w:tr w:rsidR="00156693" w14:paraId="0FE64E28"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EC5AE8F" w14:textId="77777777" w:rsidR="00156693" w:rsidRDefault="00000000">
            <w:pPr>
              <w:keepNext/>
              <w:spacing w:after="120"/>
              <w:ind w:left="40"/>
              <w:rPr>
                <w:sz w:val="20"/>
                <w:szCs w:val="20"/>
              </w:rPr>
            </w:pPr>
            <w:r>
              <w:rPr>
                <w:sz w:val="20"/>
                <w:szCs w:val="20"/>
              </w:rPr>
              <w:t>Grup tehnic pentru date și rezultate</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0C6533A" w14:textId="77777777" w:rsidR="00156693" w:rsidRDefault="00000000">
            <w:pPr>
              <w:keepNext/>
              <w:spacing w:after="120"/>
              <w:ind w:left="40"/>
              <w:rPr>
                <w:sz w:val="20"/>
                <w:szCs w:val="20"/>
              </w:rPr>
            </w:pPr>
            <w:r>
              <w:rPr>
                <w:sz w:val="20"/>
                <w:szCs w:val="20"/>
              </w:rPr>
              <w:t>Definiții comune, coerență și urmărirea corectărilor.</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373C983" w14:textId="77777777" w:rsidR="00156693" w:rsidRDefault="00000000">
            <w:pPr>
              <w:keepNext/>
              <w:spacing w:after="120"/>
              <w:ind w:left="40"/>
              <w:rPr>
                <w:sz w:val="20"/>
                <w:szCs w:val="20"/>
              </w:rPr>
            </w:pPr>
            <w:r>
              <w:rPr>
                <w:sz w:val="20"/>
                <w:szCs w:val="20"/>
              </w:rPr>
              <w:t>ANT, MEC, responsabili instituționali de date.</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C068094" w14:textId="77777777" w:rsidR="00156693" w:rsidRDefault="00000000">
            <w:pPr>
              <w:keepNext/>
              <w:spacing w:after="120"/>
              <w:ind w:left="40"/>
              <w:rPr>
                <w:sz w:val="20"/>
                <w:szCs w:val="20"/>
              </w:rPr>
            </w:pPr>
            <w:r>
              <w:rPr>
                <w:sz w:val="20"/>
                <w:szCs w:val="20"/>
              </w:rPr>
              <w:t>Semestrial și la nevoie; colectare continuă.</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07F8D60" w14:textId="77777777" w:rsidR="00156693" w:rsidRDefault="00000000">
            <w:pPr>
              <w:keepNext/>
              <w:spacing w:after="120"/>
              <w:ind w:left="40"/>
              <w:rPr>
                <w:sz w:val="20"/>
                <w:szCs w:val="20"/>
              </w:rPr>
            </w:pPr>
            <w:r>
              <w:rPr>
                <w:sz w:val="20"/>
                <w:szCs w:val="20"/>
              </w:rPr>
              <w:t>Sinteze verificate la sursă, lacune și recomandări metodologice.</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485F6D06" w14:textId="77777777" w:rsidR="00156693" w:rsidRDefault="00000000">
            <w:pPr>
              <w:keepNext/>
              <w:spacing w:after="120"/>
              <w:ind w:left="40"/>
              <w:rPr>
                <w:sz w:val="20"/>
                <w:szCs w:val="20"/>
              </w:rPr>
            </w:pPr>
            <w:r>
              <w:rPr>
                <w:sz w:val="20"/>
                <w:szCs w:val="20"/>
              </w:rPr>
              <w:t>ANT facilitează; deținătorii verifică datele la sursă; MEC validează cadrul și raportarea consolidată.</w:t>
            </w:r>
          </w:p>
        </w:tc>
      </w:tr>
      <w:tr w:rsidR="00156693" w14:paraId="0C39642C"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151193E" w14:textId="77777777" w:rsidR="00156693" w:rsidRDefault="00000000">
            <w:pPr>
              <w:keepNext/>
              <w:spacing w:after="120"/>
              <w:ind w:left="40"/>
              <w:rPr>
                <w:sz w:val="20"/>
                <w:szCs w:val="20"/>
              </w:rPr>
            </w:pPr>
            <w:r>
              <w:rPr>
                <w:sz w:val="20"/>
                <w:szCs w:val="20"/>
              </w:rPr>
              <w:t>Dialog și sprijin teritorial APL</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F4228A7" w14:textId="77777777" w:rsidR="00156693" w:rsidRDefault="00000000">
            <w:pPr>
              <w:keepNext/>
              <w:spacing w:after="120"/>
              <w:ind w:left="40"/>
              <w:rPr>
                <w:sz w:val="20"/>
                <w:szCs w:val="20"/>
              </w:rPr>
            </w:pPr>
            <w:r>
              <w:rPr>
                <w:sz w:val="20"/>
                <w:szCs w:val="20"/>
              </w:rPr>
              <w:t>Sprijin adaptat nevoilor și continuității serviciilor.</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81E734C" w14:textId="77777777" w:rsidR="00156693" w:rsidRDefault="00000000">
            <w:pPr>
              <w:keepNext/>
              <w:spacing w:after="120"/>
              <w:ind w:left="40"/>
              <w:rPr>
                <w:sz w:val="20"/>
                <w:szCs w:val="20"/>
              </w:rPr>
            </w:pPr>
            <w:r>
              <w:rPr>
                <w:sz w:val="20"/>
                <w:szCs w:val="20"/>
              </w:rPr>
              <w:t>APL, ANT, centre, organizații, tineri din teritorii.</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33A025A" w14:textId="77777777" w:rsidR="00156693" w:rsidRDefault="00000000">
            <w:pPr>
              <w:keepNext/>
              <w:spacing w:after="120"/>
              <w:ind w:left="40"/>
              <w:rPr>
                <w:sz w:val="20"/>
                <w:szCs w:val="20"/>
              </w:rPr>
            </w:pPr>
            <w:r>
              <w:rPr>
                <w:sz w:val="20"/>
                <w:szCs w:val="20"/>
              </w:rPr>
              <w:t>Semestrial și la solicitare, potrivit capacității.</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3790513" w14:textId="77777777" w:rsidR="00156693" w:rsidRDefault="00000000">
            <w:pPr>
              <w:keepNext/>
              <w:spacing w:after="120"/>
              <w:ind w:left="40"/>
              <w:rPr>
                <w:sz w:val="20"/>
                <w:szCs w:val="20"/>
              </w:rPr>
            </w:pPr>
            <w:r>
              <w:rPr>
                <w:sz w:val="20"/>
                <w:szCs w:val="20"/>
              </w:rPr>
              <w:t>Nevoi documentate, soluții locale, blocaje înaintate MEC.</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4C45D3A" w14:textId="77777777" w:rsidR="00156693" w:rsidRDefault="00000000">
            <w:pPr>
              <w:keepNext/>
              <w:spacing w:after="120"/>
              <w:ind w:left="40"/>
              <w:rPr>
                <w:sz w:val="20"/>
                <w:szCs w:val="20"/>
              </w:rPr>
            </w:pPr>
            <w:r>
              <w:rPr>
                <w:sz w:val="20"/>
                <w:szCs w:val="20"/>
              </w:rPr>
              <w:t>APL facilitează; ANT oferă suportul metodologic convenit.</w:t>
            </w:r>
          </w:p>
        </w:tc>
      </w:tr>
      <w:tr w:rsidR="00156693" w14:paraId="71528AD4"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0C4A742" w14:textId="77777777" w:rsidR="00156693" w:rsidRDefault="00000000">
            <w:pPr>
              <w:keepNext/>
              <w:spacing w:after="120"/>
              <w:ind w:left="40"/>
              <w:rPr>
                <w:sz w:val="20"/>
                <w:szCs w:val="20"/>
              </w:rPr>
            </w:pPr>
            <w:r>
              <w:rPr>
                <w:sz w:val="20"/>
                <w:szCs w:val="20"/>
              </w:rPr>
              <w:t>Participare și co-management cu tinerii</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3513616" w14:textId="77777777" w:rsidR="00156693" w:rsidRDefault="00000000">
            <w:pPr>
              <w:keepNext/>
              <w:spacing w:after="120"/>
              <w:ind w:left="40"/>
              <w:rPr>
                <w:sz w:val="20"/>
                <w:szCs w:val="20"/>
              </w:rPr>
            </w:pPr>
            <w:r>
              <w:rPr>
                <w:sz w:val="20"/>
                <w:szCs w:val="20"/>
              </w:rPr>
              <w:t>Contribuția tinerilor și urmărirea răspunsurilor motivate.</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3D94E327" w14:textId="77777777" w:rsidR="00156693" w:rsidRDefault="00000000">
            <w:pPr>
              <w:keepNext/>
              <w:spacing w:after="120"/>
              <w:ind w:left="40"/>
              <w:rPr>
                <w:sz w:val="20"/>
                <w:szCs w:val="20"/>
              </w:rPr>
            </w:pPr>
            <w:r>
              <w:rPr>
                <w:sz w:val="20"/>
                <w:szCs w:val="20"/>
              </w:rPr>
              <w:t>Tineri, grupuri subreprezentate, organizații independente, autorități competente.</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13DB1DFF" w14:textId="77777777" w:rsidR="00156693" w:rsidRDefault="00000000">
            <w:pPr>
              <w:keepNext/>
              <w:spacing w:after="120"/>
              <w:ind w:left="40"/>
              <w:rPr>
                <w:sz w:val="20"/>
                <w:szCs w:val="20"/>
              </w:rPr>
            </w:pPr>
            <w:r>
              <w:rPr>
                <w:sz w:val="20"/>
                <w:szCs w:val="20"/>
              </w:rPr>
              <w:t>La decizii; sinteză semestrială a propunerilor și răspunsurilor.</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81A7668" w14:textId="77777777" w:rsidR="00156693" w:rsidRDefault="00000000">
            <w:pPr>
              <w:keepNext/>
              <w:spacing w:after="120"/>
              <w:ind w:left="40"/>
              <w:rPr>
                <w:sz w:val="20"/>
                <w:szCs w:val="20"/>
              </w:rPr>
            </w:pPr>
            <w:r>
              <w:rPr>
                <w:sz w:val="20"/>
                <w:szCs w:val="20"/>
              </w:rPr>
              <w:t>Propuneri urmărite până la decizie; soluții potrivit mandatului.</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A3D6B85" w14:textId="77777777" w:rsidR="00156693" w:rsidRDefault="00000000">
            <w:pPr>
              <w:keepNext/>
              <w:spacing w:after="120"/>
              <w:ind w:left="40"/>
              <w:rPr>
                <w:sz w:val="20"/>
                <w:szCs w:val="20"/>
              </w:rPr>
            </w:pPr>
            <w:r>
              <w:rPr>
                <w:sz w:val="20"/>
                <w:szCs w:val="20"/>
              </w:rPr>
              <w:t>MEC/APL și tinerii convin facilitarea; ANT sprijină.</w:t>
            </w:r>
          </w:p>
        </w:tc>
      </w:tr>
      <w:tr w:rsidR="00156693" w14:paraId="7F0A6C86"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6A4EC18" w14:textId="77777777" w:rsidR="00156693" w:rsidRDefault="00000000">
            <w:pPr>
              <w:keepNext/>
              <w:spacing w:after="120"/>
              <w:ind w:left="40"/>
              <w:rPr>
                <w:sz w:val="20"/>
                <w:szCs w:val="20"/>
              </w:rPr>
            </w:pPr>
            <w:r>
              <w:rPr>
                <w:sz w:val="20"/>
                <w:szCs w:val="20"/>
              </w:rPr>
              <w:t>Revizuire publică anuală și dialog cu partenerii</w:t>
            </w:r>
          </w:p>
        </w:tc>
        <w:tc>
          <w:tcPr>
            <w:tcW w:w="229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001F89D" w14:textId="77777777" w:rsidR="00156693" w:rsidRDefault="00000000">
            <w:pPr>
              <w:keepNext/>
              <w:spacing w:after="120"/>
              <w:ind w:left="40"/>
              <w:rPr>
                <w:sz w:val="20"/>
                <w:szCs w:val="20"/>
              </w:rPr>
            </w:pPr>
            <w:r>
              <w:rPr>
                <w:sz w:val="20"/>
                <w:szCs w:val="20"/>
              </w:rPr>
              <w:t>Progres, echitate și contribuții, pe baza datelor și cercetărilor.</w:t>
            </w:r>
          </w:p>
        </w:tc>
        <w:tc>
          <w:tcPr>
            <w:tcW w:w="243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6AB52BC" w14:textId="77777777" w:rsidR="00156693" w:rsidRDefault="00000000">
            <w:pPr>
              <w:keepNext/>
              <w:spacing w:after="120"/>
              <w:ind w:left="40"/>
              <w:rPr>
                <w:sz w:val="20"/>
                <w:szCs w:val="20"/>
              </w:rPr>
            </w:pPr>
            <w:r>
              <w:rPr>
                <w:sz w:val="20"/>
                <w:szCs w:val="20"/>
              </w:rPr>
              <w:t>MEC, ANT, implementatori, tineri, parteneri, cercetători.</w:t>
            </w:r>
          </w:p>
        </w:tc>
        <w:tc>
          <w:tcPr>
            <w:tcW w:w="22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591DCE0" w14:textId="77777777" w:rsidR="00156693" w:rsidRDefault="00000000">
            <w:pPr>
              <w:keepNext/>
              <w:spacing w:after="120"/>
              <w:ind w:left="40"/>
              <w:rPr>
                <w:sz w:val="20"/>
                <w:szCs w:val="20"/>
              </w:rPr>
            </w:pPr>
            <w:r>
              <w:rPr>
                <w:sz w:val="20"/>
                <w:szCs w:val="20"/>
              </w:rPr>
              <w:t>Anual, potrivit capitolului IX, pe baza raportului consolidat.</w:t>
            </w:r>
          </w:p>
        </w:tc>
        <w:tc>
          <w:tcPr>
            <w:tcW w:w="277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57D35843" w14:textId="77777777" w:rsidR="00156693" w:rsidRDefault="00000000">
            <w:pPr>
              <w:keepNext/>
              <w:spacing w:after="120"/>
              <w:ind w:left="40"/>
              <w:rPr>
                <w:sz w:val="20"/>
                <w:szCs w:val="20"/>
              </w:rPr>
            </w:pPr>
            <w:r>
              <w:rPr>
                <w:sz w:val="20"/>
                <w:szCs w:val="20"/>
              </w:rPr>
              <w:t>Raport consultat public; recomandări motivate pentru ajustări.</w:t>
            </w:r>
          </w:p>
        </w:tc>
        <w:tc>
          <w:tcPr>
            <w:tcW w:w="2955"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1EDE8D7" w14:textId="77777777" w:rsidR="00156693" w:rsidRDefault="00000000">
            <w:pPr>
              <w:keepNext/>
              <w:spacing w:after="120"/>
              <w:ind w:left="40"/>
              <w:rPr>
                <w:sz w:val="20"/>
                <w:szCs w:val="20"/>
              </w:rPr>
            </w:pPr>
            <w:r>
              <w:rPr>
                <w:sz w:val="20"/>
                <w:szCs w:val="20"/>
              </w:rPr>
              <w:t>MEC conduce revizuirea și publicarea; ANT susține analiza.</w:t>
            </w:r>
          </w:p>
        </w:tc>
      </w:tr>
    </w:tbl>
    <w:p w14:paraId="4DF24A83" w14:textId="77777777" w:rsidR="00156693" w:rsidRDefault="00156693">
      <w:pPr>
        <w:spacing w:after="0" w:line="240" w:lineRule="auto"/>
        <w:jc w:val="center"/>
        <w:rPr>
          <w:b/>
          <w:bCs/>
        </w:rPr>
        <w:sectPr w:rsidR="00156693">
          <w:pgSz w:w="16838" w:h="11906" w:orient="landscape"/>
          <w:pgMar w:top="1134" w:right="1134" w:bottom="1134" w:left="1134" w:header="624" w:footer="624" w:gutter="0"/>
          <w:cols w:space="720"/>
        </w:sectPr>
      </w:pPr>
    </w:p>
    <w:p w14:paraId="63216AEA" w14:textId="77777777" w:rsidR="00156693" w:rsidRDefault="00156693">
      <w:pPr>
        <w:spacing w:after="0" w:line="240" w:lineRule="auto"/>
        <w:jc w:val="center"/>
        <w:rPr>
          <w:b/>
          <w:bCs/>
        </w:rPr>
      </w:pPr>
    </w:p>
    <w:p w14:paraId="140F7F5B" w14:textId="77777777" w:rsidR="00156693" w:rsidRDefault="00000000">
      <w:pPr>
        <w:spacing w:after="0" w:line="240" w:lineRule="auto"/>
        <w:jc w:val="center"/>
        <w:rPr>
          <w:b/>
          <w:bCs/>
        </w:rPr>
      </w:pPr>
      <w:r>
        <w:rPr>
          <w:b/>
          <w:bCs/>
        </w:rPr>
        <w:t>CAPITOLUL IX.</w:t>
      </w:r>
    </w:p>
    <w:p w14:paraId="31959290" w14:textId="77777777" w:rsidR="00156693" w:rsidRDefault="00000000">
      <w:pPr>
        <w:spacing w:after="0" w:line="240" w:lineRule="auto"/>
        <w:jc w:val="center"/>
        <w:rPr>
          <w:color w:val="000000"/>
          <w:sz w:val="24"/>
          <w:szCs w:val="24"/>
        </w:rPr>
      </w:pPr>
      <w:r>
        <w:rPr>
          <w:b/>
          <w:bCs/>
        </w:rPr>
        <w:t>PROCEDURI DE MONITORIZARE ȘI RAPORTARE</w:t>
      </w:r>
    </w:p>
    <w:p w14:paraId="5224633F" w14:textId="77777777" w:rsidR="00156693" w:rsidRDefault="00000000">
      <w:pPr>
        <w:spacing w:after="60" w:line="240" w:lineRule="auto"/>
        <w:jc w:val="both"/>
      </w:pPr>
      <w:r>
        <w:t xml:space="preserve">76. Procesul de monitorizare și evaluare a programului asigură că acțiunile planificate sunt realizate și conduc nemijlocit la atingerea obiectivelor și viziunii trasate de Strategie. </w:t>
      </w:r>
    </w:p>
    <w:p w14:paraId="590045EC" w14:textId="77777777" w:rsidR="00156693" w:rsidRDefault="00000000">
      <w:pPr>
        <w:spacing w:after="60" w:line="240" w:lineRule="auto"/>
        <w:jc w:val="both"/>
      </w:pPr>
      <w:r>
        <w:t>77. Ministerul Educației și Cercetării coordonează procesele de planificare pe termen scurt și mediu pentru acțiunile prevăzute în Program. Pentru raportarea anuală, deținătorii de date documentează și verifică informațiile la sursă, Agenția Națională Tineret consolidează tehnic datele și semnalează lacunele, iar Ministerul validează raportul consolidat, dispune ajustările necesare și publică rezultatele conform pct. 82.</w:t>
      </w:r>
    </w:p>
    <w:p w14:paraId="7A8746FF" w14:textId="77777777" w:rsidR="00156693" w:rsidRDefault="00000000">
      <w:pPr>
        <w:spacing w:after="60" w:line="240" w:lineRule="auto"/>
        <w:jc w:val="both"/>
      </w:pPr>
      <w:r>
        <w:t>78. Programul prevede trei niveluri de indicatori de monitorizare care stau la baza evaluării impactului intervențiilor și a documentului de politici. Fiecare acțiune este monitorizată printr-un indicator de acțiune din Planul de acțiuni, fiecare rezultat anticipat este măsurat printr-un indicator de rezultat, iar obiectivele generale sunt urmărite prin indicatori de impact. Pentru indicatorii pentru care Strategia consemnează „Nu există date”, prima măsurare comparabilă se validează în 2026; țintele intermediare se stabilesc prin revizuirea anuală, fără modificarea țintelor pentru 2030.</w:t>
      </w:r>
    </w:p>
    <w:p w14:paraId="32BBA3CB" w14:textId="77777777" w:rsidR="00156693" w:rsidRDefault="00000000">
      <w:pPr>
        <w:spacing w:after="60" w:line="240" w:lineRule="auto"/>
        <w:jc w:val="both"/>
      </w:pPr>
      <w:r>
        <w:t>79. Se păstrează dezagregările prevăzute în Strategia „Tineret 2030”. Datele se colectează obligatoriu după sex, vârstă, mediu de reședință și teritoriu, iar după statut socioeconomic, etnie, statut migrațional, dizabilitate și, pentru elevi și studenți, tipul instituției de învățământ, atunci când acestea sunt relevante pentru indicator și pot fi colectate legal și proporțional. Orice excepție se justifică în fișa indicatorului, cu respectarea protecției datelor cu caracter personal.</w:t>
      </w:r>
    </w:p>
    <w:p w14:paraId="63875FA9" w14:textId="77777777" w:rsidR="00156693" w:rsidRDefault="00000000">
      <w:pPr>
        <w:spacing w:after="60" w:line="240" w:lineRule="auto"/>
        <w:jc w:val="both"/>
      </w:pPr>
      <w:r>
        <w:t xml:space="preserve">80.  Ministerul Educației și Cercetării va evalua nivelul de implementare a Programului, pentru perioada intermediară în anul 2028, cu raport în anul 2029, și evaluarea finală după încheierea anului 2030, cu raport în anul 2031. </w:t>
      </w:r>
    </w:p>
    <w:p w14:paraId="5B6DCA15" w14:textId="77777777" w:rsidR="00156693" w:rsidRDefault="00000000">
      <w:pPr>
        <w:spacing w:after="60" w:line="240" w:lineRule="auto"/>
        <w:jc w:val="both"/>
      </w:pPr>
      <w:r>
        <w:t xml:space="preserve">81. Anual, Ministerul Educației și Cercetării și Agenția Națională Tineret realizează un exercițiu structurat de consultare a tinerilor privind implementarea Programului, format dintr-un chestionar național accesibil și din consultări locale organizate prin centrele de tineret, consiliile tinerilor și organizațiile partenere, cu acoperire teritorială și cu participarea grupurilor subreprezentate, inclusiv a elevilor din învățământul profesional tehnic. </w:t>
      </w:r>
    </w:p>
    <w:p w14:paraId="1DEE72DB" w14:textId="77777777" w:rsidR="00156693" w:rsidRDefault="00000000">
      <w:pPr>
        <w:spacing w:after="60" w:line="240" w:lineRule="auto"/>
        <w:jc w:val="both"/>
        <w:sectPr w:rsidR="00156693">
          <w:pgSz w:w="11906" w:h="16838"/>
          <w:pgMar w:top="1134" w:right="1134" w:bottom="1134" w:left="1134" w:header="624" w:footer="624" w:gutter="0"/>
          <w:cols w:space="720"/>
        </w:sectPr>
      </w:pPr>
      <w:r>
        <w:t xml:space="preserve">82. Transparența proceselor de implementare a prezentului Program se asigură prin publicarea pe pagina web oficială a Ministerului Educației și Cercetării a rapoartelor anuale consolidate de progres, a raportului de evaluare intermediară și a raportului final de evaluare după implementarea Programului. </w:t>
      </w:r>
    </w:p>
    <w:p w14:paraId="5FB8EC43" w14:textId="77777777" w:rsidR="00156693" w:rsidRDefault="00156693">
      <w:pPr>
        <w:spacing w:after="60" w:line="240" w:lineRule="auto"/>
        <w:rPr>
          <w:b/>
          <w:bCs/>
        </w:rPr>
      </w:pPr>
    </w:p>
    <w:p w14:paraId="544CA2BA" w14:textId="77777777" w:rsidR="00156693" w:rsidRDefault="00000000">
      <w:pPr>
        <w:spacing w:after="60" w:line="240" w:lineRule="auto"/>
        <w:jc w:val="right"/>
        <w:rPr>
          <w:b/>
          <w:bCs/>
        </w:rPr>
      </w:pPr>
      <w:r>
        <w:rPr>
          <w:b/>
          <w:bCs/>
        </w:rPr>
        <w:t xml:space="preserve">Anexă </w:t>
      </w:r>
    </w:p>
    <w:p w14:paraId="1B0B91FD" w14:textId="77777777" w:rsidR="00156693" w:rsidRDefault="00000000">
      <w:pPr>
        <w:spacing w:after="60" w:line="240" w:lineRule="auto"/>
        <w:jc w:val="right"/>
      </w:pPr>
      <w:r>
        <w:t xml:space="preserve">La Programul privind implementarea </w:t>
      </w:r>
    </w:p>
    <w:p w14:paraId="25EC5747" w14:textId="77777777" w:rsidR="00156693" w:rsidRDefault="00000000">
      <w:pPr>
        <w:spacing w:after="60" w:line="240" w:lineRule="auto"/>
        <w:jc w:val="right"/>
      </w:pPr>
      <w:r>
        <w:t>Strategiei naționale de dezvoltare a sectorului de tineret „Tineret 2030”, pentru anii 2027-2030</w:t>
      </w:r>
    </w:p>
    <w:p w14:paraId="76DCF364" w14:textId="77777777" w:rsidR="00156693" w:rsidRDefault="00156693">
      <w:pPr>
        <w:spacing w:after="60" w:line="240" w:lineRule="auto"/>
        <w:jc w:val="both"/>
      </w:pPr>
    </w:p>
    <w:p w14:paraId="157230CD" w14:textId="77777777" w:rsidR="00156693" w:rsidRDefault="00156693">
      <w:pPr>
        <w:spacing w:after="60" w:line="240" w:lineRule="auto"/>
        <w:jc w:val="both"/>
      </w:pPr>
    </w:p>
    <w:p w14:paraId="58C6EA7C" w14:textId="77777777" w:rsidR="00156693" w:rsidRDefault="00000000">
      <w:pPr>
        <w:spacing w:after="0" w:line="240" w:lineRule="auto"/>
        <w:jc w:val="center"/>
        <w:rPr>
          <w:b/>
          <w:bCs/>
          <w:sz w:val="26"/>
          <w:szCs w:val="26"/>
        </w:rPr>
      </w:pPr>
      <w:r>
        <w:rPr>
          <w:b/>
          <w:bCs/>
          <w:sz w:val="26"/>
          <w:szCs w:val="26"/>
        </w:rPr>
        <w:t>PLAN DE ACȚIUNI</w:t>
      </w:r>
    </w:p>
    <w:p w14:paraId="621E71DC" w14:textId="77777777" w:rsidR="00156693" w:rsidRDefault="00000000">
      <w:pPr>
        <w:spacing w:after="0" w:line="240" w:lineRule="auto"/>
        <w:jc w:val="center"/>
        <w:rPr>
          <w:b/>
          <w:bCs/>
        </w:rPr>
      </w:pPr>
      <w:r>
        <w:rPr>
          <w:b/>
          <w:bCs/>
        </w:rPr>
        <w:t>pentru realizarea obiectivelor Programului privind implementarea Strategiei de dezvoltare</w:t>
      </w:r>
    </w:p>
    <w:p w14:paraId="4502E475" w14:textId="77777777" w:rsidR="00156693" w:rsidRDefault="00000000">
      <w:pPr>
        <w:spacing w:after="300" w:line="240" w:lineRule="auto"/>
        <w:jc w:val="center"/>
        <w:rPr>
          <w:b/>
          <w:bCs/>
        </w:rPr>
      </w:pPr>
      <w:r>
        <w:rPr>
          <w:b/>
          <w:bCs/>
        </w:rPr>
        <w:t>a sectorului de tineret „Tineret 2030” pentru anii 2027–2030</w:t>
      </w:r>
    </w:p>
    <w:tbl>
      <w:tblPr>
        <w:tblStyle w:val="afffffffffffffffffffffffff5"/>
        <w:tblW w:w="14580" w:type="dxa"/>
        <w:tblBorders>
          <w:top w:val="nil"/>
          <w:left w:val="nil"/>
          <w:bottom w:val="nil"/>
          <w:right w:val="nil"/>
          <w:insideH w:val="nil"/>
          <w:insideV w:val="nil"/>
        </w:tblBorders>
        <w:tblLayout w:type="fixed"/>
        <w:tblLook w:val="0600" w:firstRow="0" w:lastRow="0" w:firstColumn="0" w:lastColumn="0" w:noHBand="1" w:noVBand="1"/>
      </w:tblPr>
      <w:tblGrid>
        <w:gridCol w:w="2536"/>
        <w:gridCol w:w="1695"/>
        <w:gridCol w:w="1980"/>
        <w:gridCol w:w="1230"/>
        <w:gridCol w:w="2160"/>
        <w:gridCol w:w="1137"/>
        <w:gridCol w:w="872"/>
        <w:gridCol w:w="780"/>
        <w:gridCol w:w="705"/>
        <w:gridCol w:w="735"/>
        <w:gridCol w:w="750"/>
      </w:tblGrid>
      <w:tr w:rsidR="00156693" w14:paraId="49AA9606" w14:textId="77777777">
        <w:trPr>
          <w:trHeight w:val="315"/>
        </w:trPr>
        <w:tc>
          <w:tcPr>
            <w:tcW w:w="2535" w:type="dxa"/>
            <w:vMerge w:val="restart"/>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1B0326AF" w14:textId="77777777" w:rsidR="00156693" w:rsidRDefault="00000000">
            <w:pPr>
              <w:spacing w:after="0" w:line="240" w:lineRule="auto"/>
              <w:ind w:left="-20"/>
              <w:jc w:val="center"/>
              <w:rPr>
                <w:b/>
                <w:bCs/>
                <w:sz w:val="20"/>
                <w:szCs w:val="20"/>
              </w:rPr>
            </w:pPr>
            <w:r>
              <w:rPr>
                <w:b/>
                <w:bCs/>
                <w:sz w:val="20"/>
                <w:szCs w:val="20"/>
              </w:rPr>
              <w:t>Rezultat anticipat / indicator de rezultat / impact</w:t>
            </w:r>
          </w:p>
        </w:tc>
        <w:tc>
          <w:tcPr>
            <w:tcW w:w="1695" w:type="dxa"/>
            <w:vMerge w:val="restart"/>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62EFDAAB" w14:textId="77777777" w:rsidR="00156693" w:rsidRDefault="00000000">
            <w:pPr>
              <w:spacing w:after="0" w:line="240" w:lineRule="auto"/>
              <w:ind w:left="-20"/>
              <w:jc w:val="center"/>
              <w:rPr>
                <w:b/>
                <w:bCs/>
                <w:sz w:val="20"/>
                <w:szCs w:val="20"/>
              </w:rPr>
            </w:pPr>
            <w:r>
              <w:rPr>
                <w:b/>
                <w:bCs/>
                <w:sz w:val="20"/>
                <w:szCs w:val="20"/>
              </w:rPr>
              <w:t>Acțiune</w:t>
            </w:r>
          </w:p>
        </w:tc>
        <w:tc>
          <w:tcPr>
            <w:tcW w:w="1980" w:type="dxa"/>
            <w:vMerge w:val="restart"/>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26A4BCD2" w14:textId="77777777" w:rsidR="00156693" w:rsidRDefault="00000000">
            <w:pPr>
              <w:spacing w:after="0" w:line="240" w:lineRule="auto"/>
              <w:ind w:left="-20"/>
              <w:jc w:val="center"/>
              <w:rPr>
                <w:b/>
                <w:bCs/>
                <w:sz w:val="20"/>
                <w:szCs w:val="20"/>
              </w:rPr>
            </w:pPr>
            <w:r>
              <w:rPr>
                <w:b/>
                <w:bCs/>
                <w:sz w:val="20"/>
                <w:szCs w:val="20"/>
              </w:rPr>
              <w:t>Indicator de acțiune</w:t>
            </w:r>
          </w:p>
        </w:tc>
        <w:tc>
          <w:tcPr>
            <w:tcW w:w="1230" w:type="dxa"/>
            <w:vMerge w:val="restart"/>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18EC90F2" w14:textId="77777777" w:rsidR="00156693" w:rsidRDefault="00000000">
            <w:pPr>
              <w:spacing w:after="0" w:line="240" w:lineRule="auto"/>
              <w:ind w:left="-20"/>
              <w:jc w:val="center"/>
              <w:rPr>
                <w:b/>
                <w:bCs/>
                <w:sz w:val="20"/>
                <w:szCs w:val="20"/>
              </w:rPr>
            </w:pPr>
            <w:r>
              <w:rPr>
                <w:b/>
                <w:bCs/>
                <w:sz w:val="20"/>
                <w:szCs w:val="20"/>
              </w:rPr>
              <w:t>Termen de realizare</w:t>
            </w:r>
          </w:p>
        </w:tc>
        <w:tc>
          <w:tcPr>
            <w:tcW w:w="2160" w:type="dxa"/>
            <w:vMerge w:val="restart"/>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4681406C" w14:textId="77777777" w:rsidR="00156693" w:rsidRDefault="00000000">
            <w:pPr>
              <w:spacing w:after="0" w:line="240" w:lineRule="auto"/>
              <w:ind w:left="-20"/>
              <w:jc w:val="center"/>
              <w:rPr>
                <w:b/>
                <w:bCs/>
                <w:sz w:val="20"/>
                <w:szCs w:val="20"/>
              </w:rPr>
            </w:pPr>
            <w:r>
              <w:rPr>
                <w:b/>
                <w:bCs/>
                <w:sz w:val="20"/>
                <w:szCs w:val="20"/>
              </w:rPr>
              <w:t>Responsabil / partener</w:t>
            </w:r>
          </w:p>
        </w:tc>
        <w:tc>
          <w:tcPr>
            <w:tcW w:w="1137" w:type="dxa"/>
            <w:vMerge w:val="restart"/>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67914506" w14:textId="77777777" w:rsidR="00156693" w:rsidRDefault="00000000">
            <w:pPr>
              <w:spacing w:after="0" w:line="240" w:lineRule="auto"/>
              <w:ind w:left="-20"/>
              <w:jc w:val="center"/>
              <w:rPr>
                <w:b/>
                <w:bCs/>
                <w:sz w:val="20"/>
                <w:szCs w:val="20"/>
              </w:rPr>
            </w:pPr>
            <w:r>
              <w:rPr>
                <w:b/>
                <w:bCs/>
                <w:sz w:val="20"/>
                <w:szCs w:val="20"/>
              </w:rPr>
              <w:t>Cost, mii lei / sursă</w:t>
            </w:r>
          </w:p>
        </w:tc>
        <w:tc>
          <w:tcPr>
            <w:tcW w:w="3842" w:type="dxa"/>
            <w:gridSpan w:val="5"/>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4B11F68F" w14:textId="77777777" w:rsidR="00156693" w:rsidRDefault="00000000">
            <w:pPr>
              <w:spacing w:after="0" w:line="240" w:lineRule="auto"/>
              <w:ind w:left="-20"/>
              <w:jc w:val="center"/>
              <w:rPr>
                <w:b/>
                <w:bCs/>
                <w:sz w:val="20"/>
                <w:szCs w:val="20"/>
              </w:rPr>
            </w:pPr>
            <w:r>
              <w:rPr>
                <w:b/>
                <w:bCs/>
                <w:sz w:val="20"/>
                <w:szCs w:val="20"/>
              </w:rPr>
              <w:t>Ținte pentru indicatorii de</w:t>
            </w:r>
          </w:p>
          <w:p w14:paraId="0B2C9DB3" w14:textId="77777777" w:rsidR="00156693" w:rsidRDefault="00000000">
            <w:pPr>
              <w:spacing w:after="0" w:line="240" w:lineRule="auto"/>
              <w:ind w:left="-20"/>
              <w:jc w:val="center"/>
              <w:rPr>
                <w:b/>
                <w:bCs/>
                <w:sz w:val="20"/>
                <w:szCs w:val="20"/>
              </w:rPr>
            </w:pPr>
            <w:r>
              <w:rPr>
                <w:b/>
                <w:bCs/>
                <w:sz w:val="20"/>
                <w:szCs w:val="20"/>
              </w:rPr>
              <w:t>rezultat / impact / acțiune</w:t>
            </w:r>
          </w:p>
        </w:tc>
      </w:tr>
      <w:tr w:rsidR="00156693" w14:paraId="59DCBE72" w14:textId="77777777">
        <w:trPr>
          <w:trHeight w:val="315"/>
        </w:trPr>
        <w:tc>
          <w:tcPr>
            <w:tcW w:w="2535" w:type="dxa"/>
            <w:vMerge/>
            <w:tcBorders>
              <w:top w:val="single" w:sz="6" w:space="0" w:color="000000"/>
              <w:left w:val="single" w:sz="6" w:space="0" w:color="000000"/>
              <w:bottom w:val="single" w:sz="6" w:space="0" w:color="000000"/>
              <w:right w:val="single" w:sz="6" w:space="0" w:color="000000"/>
            </w:tcBorders>
            <w:shd w:val="clear" w:color="auto" w:fill="D9D9D9"/>
            <w:tcMar>
              <w:top w:w="40" w:type="dxa"/>
              <w:left w:w="60" w:type="dxa"/>
              <w:bottom w:w="40" w:type="dxa"/>
              <w:right w:w="60" w:type="dxa"/>
            </w:tcMar>
          </w:tcPr>
          <w:p w14:paraId="304A2E49" w14:textId="77777777" w:rsidR="00156693" w:rsidRDefault="00156693">
            <w:pPr>
              <w:widowControl w:val="0"/>
              <w:pBdr>
                <w:top w:val="nil"/>
                <w:left w:val="nil"/>
                <w:bottom w:val="nil"/>
                <w:right w:val="nil"/>
                <w:between w:val="nil"/>
              </w:pBdr>
              <w:spacing w:after="0"/>
              <w:rPr>
                <w:b/>
                <w:bCs/>
                <w:sz w:val="20"/>
                <w:szCs w:val="20"/>
              </w:rPr>
            </w:pPr>
          </w:p>
        </w:tc>
        <w:tc>
          <w:tcPr>
            <w:tcW w:w="1695" w:type="dxa"/>
            <w:vMerge/>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28DE72A6" w14:textId="77777777" w:rsidR="00156693" w:rsidRDefault="00156693">
            <w:pPr>
              <w:widowControl w:val="0"/>
              <w:pBdr>
                <w:top w:val="nil"/>
                <w:left w:val="nil"/>
                <w:bottom w:val="nil"/>
                <w:right w:val="nil"/>
                <w:between w:val="nil"/>
              </w:pBdr>
              <w:spacing w:after="0"/>
              <w:rPr>
                <w:b/>
                <w:bCs/>
                <w:sz w:val="20"/>
                <w:szCs w:val="20"/>
              </w:rPr>
            </w:pPr>
          </w:p>
        </w:tc>
        <w:tc>
          <w:tcPr>
            <w:tcW w:w="1980" w:type="dxa"/>
            <w:vMerge/>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78E112C2" w14:textId="77777777" w:rsidR="00156693" w:rsidRDefault="00156693">
            <w:pPr>
              <w:widowControl w:val="0"/>
              <w:pBdr>
                <w:top w:val="nil"/>
                <w:left w:val="nil"/>
                <w:bottom w:val="nil"/>
                <w:right w:val="nil"/>
                <w:between w:val="nil"/>
              </w:pBdr>
              <w:spacing w:after="0"/>
              <w:rPr>
                <w:b/>
                <w:bCs/>
                <w:sz w:val="20"/>
                <w:szCs w:val="20"/>
              </w:rPr>
            </w:pPr>
          </w:p>
        </w:tc>
        <w:tc>
          <w:tcPr>
            <w:tcW w:w="1230" w:type="dxa"/>
            <w:vMerge/>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6D998F1D" w14:textId="77777777" w:rsidR="00156693" w:rsidRDefault="00156693">
            <w:pPr>
              <w:widowControl w:val="0"/>
              <w:pBdr>
                <w:top w:val="nil"/>
                <w:left w:val="nil"/>
                <w:bottom w:val="nil"/>
                <w:right w:val="nil"/>
                <w:between w:val="nil"/>
              </w:pBdr>
              <w:spacing w:after="0"/>
              <w:rPr>
                <w:b/>
                <w:bCs/>
                <w:sz w:val="20"/>
                <w:szCs w:val="20"/>
              </w:rPr>
            </w:pPr>
          </w:p>
        </w:tc>
        <w:tc>
          <w:tcPr>
            <w:tcW w:w="2160" w:type="dxa"/>
            <w:vMerge/>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37144871" w14:textId="77777777" w:rsidR="00156693" w:rsidRDefault="00156693">
            <w:pPr>
              <w:widowControl w:val="0"/>
              <w:pBdr>
                <w:top w:val="nil"/>
                <w:left w:val="nil"/>
                <w:bottom w:val="nil"/>
                <w:right w:val="nil"/>
                <w:between w:val="nil"/>
              </w:pBdr>
              <w:spacing w:after="0"/>
              <w:rPr>
                <w:b/>
                <w:bCs/>
                <w:sz w:val="20"/>
                <w:szCs w:val="20"/>
              </w:rPr>
            </w:pPr>
          </w:p>
        </w:tc>
        <w:tc>
          <w:tcPr>
            <w:tcW w:w="1137" w:type="dxa"/>
            <w:vMerge/>
            <w:tcBorders>
              <w:top w:val="single" w:sz="6" w:space="0" w:color="000000"/>
              <w:left w:val="nil"/>
              <w:bottom w:val="single" w:sz="6" w:space="0" w:color="000000"/>
              <w:right w:val="single" w:sz="6" w:space="0" w:color="000000"/>
            </w:tcBorders>
            <w:shd w:val="clear" w:color="auto" w:fill="D9D9D9"/>
            <w:tcMar>
              <w:top w:w="40" w:type="dxa"/>
              <w:left w:w="60" w:type="dxa"/>
              <w:bottom w:w="40" w:type="dxa"/>
              <w:right w:w="60" w:type="dxa"/>
            </w:tcMar>
          </w:tcPr>
          <w:p w14:paraId="202BE919" w14:textId="77777777" w:rsidR="00156693" w:rsidRDefault="00156693">
            <w:pPr>
              <w:widowControl w:val="0"/>
              <w:pBdr>
                <w:top w:val="nil"/>
                <w:left w:val="nil"/>
                <w:bottom w:val="nil"/>
                <w:right w:val="nil"/>
                <w:between w:val="nil"/>
              </w:pBdr>
              <w:spacing w:after="0"/>
              <w:rPr>
                <w:b/>
                <w:bCs/>
                <w:sz w:val="20"/>
                <w:szCs w:val="20"/>
              </w:rPr>
            </w:pPr>
          </w:p>
        </w:tc>
        <w:tc>
          <w:tcPr>
            <w:tcW w:w="872" w:type="dxa"/>
            <w:tcBorders>
              <w:top w:val="nil"/>
              <w:left w:val="nil"/>
              <w:bottom w:val="single" w:sz="6" w:space="0" w:color="000000"/>
              <w:right w:val="single" w:sz="6" w:space="0" w:color="000000"/>
            </w:tcBorders>
            <w:shd w:val="clear" w:color="auto" w:fill="D9D9D9"/>
            <w:tcMar>
              <w:top w:w="40" w:type="dxa"/>
              <w:left w:w="60" w:type="dxa"/>
              <w:bottom w:w="40" w:type="dxa"/>
              <w:right w:w="60" w:type="dxa"/>
            </w:tcMar>
          </w:tcPr>
          <w:p w14:paraId="4F9A39F3" w14:textId="77777777" w:rsidR="00156693" w:rsidRDefault="00000000">
            <w:pPr>
              <w:spacing w:after="0" w:line="240" w:lineRule="auto"/>
              <w:ind w:left="-20"/>
              <w:jc w:val="center"/>
              <w:rPr>
                <w:b/>
                <w:bCs/>
                <w:sz w:val="20"/>
                <w:szCs w:val="20"/>
              </w:rPr>
            </w:pPr>
            <w:r>
              <w:rPr>
                <w:b/>
                <w:bCs/>
                <w:sz w:val="20"/>
                <w:szCs w:val="20"/>
              </w:rPr>
              <w:t>referință</w:t>
            </w:r>
          </w:p>
        </w:tc>
        <w:tc>
          <w:tcPr>
            <w:tcW w:w="780" w:type="dxa"/>
            <w:tcBorders>
              <w:top w:val="nil"/>
              <w:left w:val="nil"/>
              <w:bottom w:val="single" w:sz="6" w:space="0" w:color="000000"/>
              <w:right w:val="single" w:sz="6" w:space="0" w:color="000000"/>
            </w:tcBorders>
            <w:shd w:val="clear" w:color="auto" w:fill="D9D9D9"/>
            <w:tcMar>
              <w:top w:w="40" w:type="dxa"/>
              <w:left w:w="60" w:type="dxa"/>
              <w:bottom w:w="40" w:type="dxa"/>
              <w:right w:w="60" w:type="dxa"/>
            </w:tcMar>
          </w:tcPr>
          <w:p w14:paraId="6AADFF42" w14:textId="77777777" w:rsidR="00156693" w:rsidRDefault="00000000">
            <w:pPr>
              <w:spacing w:after="0" w:line="240" w:lineRule="auto"/>
              <w:ind w:left="-20"/>
              <w:jc w:val="center"/>
              <w:rPr>
                <w:b/>
                <w:bCs/>
                <w:sz w:val="20"/>
                <w:szCs w:val="20"/>
              </w:rPr>
            </w:pPr>
            <w:r>
              <w:rPr>
                <w:b/>
                <w:bCs/>
                <w:sz w:val="20"/>
                <w:szCs w:val="20"/>
              </w:rPr>
              <w:t>2027</w:t>
            </w:r>
          </w:p>
        </w:tc>
        <w:tc>
          <w:tcPr>
            <w:tcW w:w="705" w:type="dxa"/>
            <w:tcBorders>
              <w:top w:val="nil"/>
              <w:left w:val="nil"/>
              <w:bottom w:val="single" w:sz="6" w:space="0" w:color="000000"/>
              <w:right w:val="single" w:sz="6" w:space="0" w:color="000000"/>
            </w:tcBorders>
            <w:shd w:val="clear" w:color="auto" w:fill="D9D9D9"/>
            <w:tcMar>
              <w:top w:w="40" w:type="dxa"/>
              <w:left w:w="60" w:type="dxa"/>
              <w:bottom w:w="40" w:type="dxa"/>
              <w:right w:w="60" w:type="dxa"/>
            </w:tcMar>
          </w:tcPr>
          <w:p w14:paraId="30267AF8" w14:textId="77777777" w:rsidR="00156693" w:rsidRDefault="00000000">
            <w:pPr>
              <w:spacing w:after="0" w:line="240" w:lineRule="auto"/>
              <w:ind w:left="-20"/>
              <w:jc w:val="center"/>
              <w:rPr>
                <w:b/>
                <w:bCs/>
                <w:sz w:val="20"/>
                <w:szCs w:val="20"/>
              </w:rPr>
            </w:pPr>
            <w:r>
              <w:rPr>
                <w:b/>
                <w:bCs/>
                <w:sz w:val="20"/>
                <w:szCs w:val="20"/>
              </w:rPr>
              <w:t>2028</w:t>
            </w:r>
          </w:p>
        </w:tc>
        <w:tc>
          <w:tcPr>
            <w:tcW w:w="735" w:type="dxa"/>
            <w:tcBorders>
              <w:top w:val="nil"/>
              <w:left w:val="nil"/>
              <w:bottom w:val="single" w:sz="6" w:space="0" w:color="000000"/>
              <w:right w:val="single" w:sz="6" w:space="0" w:color="000000"/>
            </w:tcBorders>
            <w:shd w:val="clear" w:color="auto" w:fill="D9D9D9"/>
            <w:tcMar>
              <w:top w:w="40" w:type="dxa"/>
              <w:left w:w="60" w:type="dxa"/>
              <w:bottom w:w="40" w:type="dxa"/>
              <w:right w:w="60" w:type="dxa"/>
            </w:tcMar>
          </w:tcPr>
          <w:p w14:paraId="4F483676" w14:textId="77777777" w:rsidR="00156693" w:rsidRDefault="00000000">
            <w:pPr>
              <w:spacing w:after="0" w:line="240" w:lineRule="auto"/>
              <w:ind w:left="-20"/>
              <w:jc w:val="center"/>
              <w:rPr>
                <w:b/>
                <w:bCs/>
                <w:sz w:val="20"/>
                <w:szCs w:val="20"/>
              </w:rPr>
            </w:pPr>
            <w:r>
              <w:rPr>
                <w:b/>
                <w:bCs/>
                <w:sz w:val="20"/>
                <w:szCs w:val="20"/>
              </w:rPr>
              <w:t>2029</w:t>
            </w:r>
          </w:p>
        </w:tc>
        <w:tc>
          <w:tcPr>
            <w:tcW w:w="750" w:type="dxa"/>
            <w:tcBorders>
              <w:top w:val="nil"/>
              <w:left w:val="nil"/>
              <w:bottom w:val="single" w:sz="6" w:space="0" w:color="000000"/>
              <w:right w:val="single" w:sz="6" w:space="0" w:color="000000"/>
            </w:tcBorders>
            <w:shd w:val="clear" w:color="auto" w:fill="D9D9D9"/>
            <w:tcMar>
              <w:top w:w="40" w:type="dxa"/>
              <w:left w:w="60" w:type="dxa"/>
              <w:bottom w:w="40" w:type="dxa"/>
              <w:right w:w="60" w:type="dxa"/>
            </w:tcMar>
          </w:tcPr>
          <w:p w14:paraId="205E39D1" w14:textId="77777777" w:rsidR="00156693" w:rsidRDefault="00000000">
            <w:pPr>
              <w:spacing w:after="0" w:line="240" w:lineRule="auto"/>
              <w:ind w:left="-20"/>
              <w:jc w:val="center"/>
              <w:rPr>
                <w:b/>
                <w:bCs/>
                <w:sz w:val="20"/>
                <w:szCs w:val="20"/>
              </w:rPr>
            </w:pPr>
            <w:r>
              <w:rPr>
                <w:b/>
                <w:bCs/>
                <w:sz w:val="20"/>
                <w:szCs w:val="20"/>
              </w:rPr>
              <w:t>2030</w:t>
            </w:r>
          </w:p>
        </w:tc>
      </w:tr>
      <w:tr w:rsidR="00156693" w14:paraId="40770A62" w14:textId="77777777">
        <w:trPr>
          <w:trHeight w:val="31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4830C1C" w14:textId="77777777" w:rsidR="00156693" w:rsidRDefault="00000000">
            <w:pPr>
              <w:spacing w:after="0" w:line="240" w:lineRule="auto"/>
              <w:ind w:left="-20"/>
              <w:jc w:val="center"/>
              <w:rPr>
                <w:i/>
                <w:iCs/>
                <w:sz w:val="20"/>
                <w:szCs w:val="20"/>
              </w:rPr>
            </w:pPr>
            <w:r>
              <w:rPr>
                <w:i/>
                <w:iCs/>
                <w:sz w:val="20"/>
                <w:szCs w:val="20"/>
              </w:rPr>
              <w:t>1</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7448D8" w14:textId="77777777" w:rsidR="00156693" w:rsidRDefault="00000000">
            <w:pPr>
              <w:spacing w:after="0" w:line="240" w:lineRule="auto"/>
              <w:ind w:left="-20"/>
              <w:jc w:val="center"/>
              <w:rPr>
                <w:i/>
                <w:iCs/>
                <w:sz w:val="20"/>
                <w:szCs w:val="20"/>
              </w:rPr>
            </w:pPr>
            <w:r>
              <w:rPr>
                <w:i/>
                <w:iCs/>
                <w:sz w:val="20"/>
                <w:szCs w:val="20"/>
              </w:rPr>
              <w:t>2</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1B4290" w14:textId="77777777" w:rsidR="00156693" w:rsidRDefault="00000000">
            <w:pPr>
              <w:spacing w:after="0" w:line="240" w:lineRule="auto"/>
              <w:ind w:left="-20"/>
              <w:jc w:val="center"/>
              <w:rPr>
                <w:i/>
                <w:iCs/>
                <w:sz w:val="20"/>
                <w:szCs w:val="20"/>
              </w:rPr>
            </w:pPr>
            <w:r>
              <w:rPr>
                <w:i/>
                <w:iCs/>
                <w:sz w:val="20"/>
                <w:szCs w:val="20"/>
              </w:rPr>
              <w:t>3</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AD55BB6" w14:textId="77777777" w:rsidR="00156693" w:rsidRDefault="00000000">
            <w:pPr>
              <w:spacing w:after="0" w:line="240" w:lineRule="auto"/>
              <w:ind w:left="-20"/>
              <w:jc w:val="center"/>
              <w:rPr>
                <w:i/>
                <w:iCs/>
                <w:sz w:val="20"/>
                <w:szCs w:val="20"/>
              </w:rPr>
            </w:pPr>
            <w:r>
              <w:rPr>
                <w:i/>
                <w:iCs/>
                <w:sz w:val="20"/>
                <w:szCs w:val="20"/>
              </w:rPr>
              <w:t>4</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62C474F" w14:textId="77777777" w:rsidR="00156693" w:rsidRDefault="00000000">
            <w:pPr>
              <w:spacing w:after="0" w:line="240" w:lineRule="auto"/>
              <w:ind w:left="-20"/>
              <w:jc w:val="center"/>
              <w:rPr>
                <w:i/>
                <w:iCs/>
                <w:sz w:val="20"/>
                <w:szCs w:val="20"/>
              </w:rPr>
            </w:pPr>
            <w:r>
              <w:rPr>
                <w:i/>
                <w:iCs/>
                <w:sz w:val="20"/>
                <w:szCs w:val="20"/>
              </w:rPr>
              <w:t>5</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B874A5" w14:textId="77777777" w:rsidR="00156693" w:rsidRDefault="00000000">
            <w:pPr>
              <w:spacing w:after="0" w:line="240" w:lineRule="auto"/>
              <w:ind w:left="-20"/>
              <w:jc w:val="center"/>
              <w:rPr>
                <w:i/>
                <w:iCs/>
                <w:sz w:val="20"/>
                <w:szCs w:val="20"/>
              </w:rPr>
            </w:pPr>
            <w:r>
              <w:rPr>
                <w:i/>
                <w:iCs/>
                <w:sz w:val="20"/>
                <w:szCs w:val="20"/>
              </w:rPr>
              <w:t>6</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5FBAB3" w14:textId="77777777" w:rsidR="00156693" w:rsidRDefault="00000000">
            <w:pPr>
              <w:spacing w:after="0" w:line="240" w:lineRule="auto"/>
              <w:ind w:left="-20"/>
              <w:jc w:val="center"/>
              <w:rPr>
                <w:i/>
                <w:iCs/>
                <w:sz w:val="20"/>
                <w:szCs w:val="20"/>
              </w:rPr>
            </w:pPr>
            <w:r>
              <w:rPr>
                <w:i/>
                <w:iCs/>
                <w:sz w:val="20"/>
                <w:szCs w:val="20"/>
              </w:rPr>
              <w:t>7</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8A6049" w14:textId="77777777" w:rsidR="00156693" w:rsidRDefault="00000000">
            <w:pPr>
              <w:spacing w:after="0" w:line="240" w:lineRule="auto"/>
              <w:ind w:left="-20"/>
              <w:jc w:val="center"/>
              <w:rPr>
                <w:i/>
                <w:iCs/>
                <w:sz w:val="20"/>
                <w:szCs w:val="20"/>
              </w:rPr>
            </w:pPr>
            <w:r>
              <w:rPr>
                <w:i/>
                <w:iCs/>
                <w:sz w:val="20"/>
                <w:szCs w:val="20"/>
              </w:rPr>
              <w:t>8</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9CA2A3" w14:textId="77777777" w:rsidR="00156693" w:rsidRDefault="00000000">
            <w:pPr>
              <w:spacing w:after="0" w:line="240" w:lineRule="auto"/>
              <w:ind w:left="-20"/>
              <w:jc w:val="center"/>
              <w:rPr>
                <w:i/>
                <w:iCs/>
                <w:sz w:val="20"/>
                <w:szCs w:val="20"/>
              </w:rPr>
            </w:pPr>
            <w:r>
              <w:rPr>
                <w:i/>
                <w:iCs/>
                <w:sz w:val="20"/>
                <w:szCs w:val="20"/>
              </w:rPr>
              <w:t>9</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184A6A" w14:textId="77777777" w:rsidR="00156693" w:rsidRDefault="00000000">
            <w:pPr>
              <w:spacing w:after="0" w:line="240" w:lineRule="auto"/>
              <w:ind w:left="-20"/>
              <w:jc w:val="center"/>
              <w:rPr>
                <w:i/>
                <w:iCs/>
                <w:sz w:val="20"/>
                <w:szCs w:val="20"/>
              </w:rPr>
            </w:pPr>
            <w:r>
              <w:rPr>
                <w:i/>
                <w:iCs/>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EEBA072" w14:textId="77777777" w:rsidR="00156693" w:rsidRDefault="00000000">
            <w:pPr>
              <w:spacing w:after="0" w:line="240" w:lineRule="auto"/>
              <w:ind w:left="-20"/>
              <w:jc w:val="center"/>
              <w:rPr>
                <w:i/>
                <w:iCs/>
                <w:sz w:val="20"/>
                <w:szCs w:val="20"/>
              </w:rPr>
            </w:pPr>
            <w:r>
              <w:rPr>
                <w:i/>
                <w:iCs/>
                <w:sz w:val="20"/>
                <w:szCs w:val="20"/>
              </w:rPr>
              <w:t>11</w:t>
            </w:r>
          </w:p>
        </w:tc>
      </w:tr>
      <w:tr w:rsidR="00156693" w14:paraId="0030A105"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E8E8E8"/>
            <w:tcMar>
              <w:top w:w="40" w:type="dxa"/>
              <w:left w:w="60" w:type="dxa"/>
              <w:bottom w:w="40" w:type="dxa"/>
              <w:right w:w="60" w:type="dxa"/>
            </w:tcMar>
          </w:tcPr>
          <w:p w14:paraId="31D62AB1" w14:textId="77777777" w:rsidR="00156693" w:rsidRDefault="00000000">
            <w:pPr>
              <w:spacing w:after="0" w:line="240" w:lineRule="auto"/>
              <w:ind w:left="-20"/>
              <w:jc w:val="both"/>
              <w:rPr>
                <w:b/>
                <w:bCs/>
                <w:sz w:val="20"/>
                <w:szCs w:val="20"/>
              </w:rPr>
            </w:pPr>
            <w:r>
              <w:rPr>
                <w:b/>
                <w:bCs/>
                <w:sz w:val="20"/>
                <w:szCs w:val="20"/>
              </w:rPr>
              <w:t>Obiectivul general 1. Creșterea numărului de tineri care beneficiază de programe calitative de tineret prin consolidarea capacităților în cadrul sectorului și profesionalizarea resurselor umane</w:t>
            </w:r>
          </w:p>
        </w:tc>
      </w:tr>
      <w:tr w:rsidR="00156693" w14:paraId="1A743AC9" w14:textId="77777777">
        <w:trPr>
          <w:trHeight w:val="540"/>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649DF2B0" w14:textId="77777777" w:rsidR="00156693" w:rsidRDefault="00000000">
            <w:pPr>
              <w:spacing w:after="0" w:line="240" w:lineRule="auto"/>
              <w:ind w:left="-20"/>
              <w:jc w:val="both"/>
              <w:rPr>
                <w:b/>
                <w:bCs/>
                <w:sz w:val="20"/>
                <w:szCs w:val="20"/>
              </w:rPr>
            </w:pPr>
            <w:r>
              <w:rPr>
                <w:b/>
                <w:bCs/>
                <w:sz w:val="20"/>
                <w:szCs w:val="20"/>
              </w:rPr>
              <w:t>Obiectivul specific 1.1. Extinderea, până în anul 2030, a ofertei de programe calitative și incluzive furnizate prin centrele de tineret, cu evaluarea anuală a calității acestora și validarea competențelor lucrătorilor de tineret din centre</w:t>
            </w:r>
          </w:p>
        </w:tc>
      </w:tr>
      <w:tr w:rsidR="00156693" w14:paraId="4F896CB0" w14:textId="77777777">
        <w:trPr>
          <w:trHeight w:val="2610"/>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7FFE1A5" w14:textId="77777777" w:rsidR="00156693" w:rsidRDefault="00000000">
            <w:pPr>
              <w:spacing w:after="40" w:line="240" w:lineRule="auto"/>
              <w:ind w:left="-20"/>
              <w:rPr>
                <w:sz w:val="20"/>
                <w:szCs w:val="20"/>
              </w:rPr>
            </w:pPr>
            <w:r>
              <w:rPr>
                <w:b/>
                <w:bCs/>
                <w:sz w:val="20"/>
                <w:szCs w:val="20"/>
              </w:rPr>
              <w:t>Rezultat anticipat 1.1.1.</w:t>
            </w:r>
          </w:p>
          <w:p w14:paraId="2E8072B9" w14:textId="77777777" w:rsidR="00156693" w:rsidRDefault="00000000">
            <w:pPr>
              <w:spacing w:after="40" w:line="240" w:lineRule="auto"/>
              <w:ind w:left="-20"/>
              <w:rPr>
                <w:sz w:val="20"/>
                <w:szCs w:val="20"/>
              </w:rPr>
            </w:pPr>
            <w:r>
              <w:t>Centrele de tineret își diversifică oferta de programe calitative și incluzive pentru tineri, atingând numărul de 100 de programe evaluate ca fiind calitative în anul 2030.</w:t>
            </w:r>
            <w:r>
              <w:rPr>
                <w:sz w:val="20"/>
                <w:szCs w:val="20"/>
              </w:rPr>
              <w:t xml:space="preserve"> </w:t>
            </w:r>
          </w:p>
          <w:p w14:paraId="10BDFFBF" w14:textId="77777777" w:rsidR="00156693" w:rsidRDefault="00156693">
            <w:pPr>
              <w:spacing w:after="0" w:line="240" w:lineRule="auto"/>
              <w:ind w:left="-20"/>
              <w:rPr>
                <w:sz w:val="20"/>
                <w:szCs w:val="20"/>
              </w:rPr>
            </w:pPr>
          </w:p>
          <w:p w14:paraId="64090260" w14:textId="77777777" w:rsidR="00156693" w:rsidRDefault="00000000">
            <w:pPr>
              <w:spacing w:after="0" w:line="240" w:lineRule="auto"/>
              <w:ind w:left="-20"/>
              <w:rPr>
                <w:sz w:val="20"/>
                <w:szCs w:val="20"/>
              </w:rPr>
            </w:pPr>
            <w:r>
              <w:rPr>
                <w:b/>
                <w:bCs/>
                <w:sz w:val="20"/>
                <w:szCs w:val="20"/>
              </w:rPr>
              <w:lastRenderedPageBreak/>
              <w:t xml:space="preserve">Indicator de rezultat: </w:t>
            </w:r>
            <w:r>
              <w:rPr>
                <w:sz w:val="20"/>
                <w:szCs w:val="20"/>
              </w:rPr>
              <w:t>Numărul total al programelor de tineret evaluate ca fiind calitative în creștere anuală</w:t>
            </w:r>
          </w:p>
          <w:p w14:paraId="48ACFB5C" w14:textId="77777777" w:rsidR="00156693" w:rsidRDefault="00000000">
            <w:pPr>
              <w:spacing w:after="0" w:line="240" w:lineRule="auto"/>
              <w:ind w:left="-20"/>
              <w:rPr>
                <w:sz w:val="20"/>
                <w:szCs w:val="20"/>
              </w:rPr>
            </w:pPr>
            <w:r>
              <w:rPr>
                <w:sz w:val="20"/>
                <w:szCs w:val="20"/>
              </w:rPr>
              <w:t xml:space="preserve"> </w:t>
            </w:r>
          </w:p>
          <w:p w14:paraId="2F33D423" w14:textId="77777777" w:rsidR="00156693" w:rsidRDefault="00000000">
            <w:pPr>
              <w:spacing w:after="0" w:line="240" w:lineRule="auto"/>
              <w:ind w:left="-20"/>
              <w:rPr>
                <w:sz w:val="20"/>
                <w:szCs w:val="20"/>
              </w:rPr>
            </w:pPr>
            <w:r>
              <w:rPr>
                <w:sz w:val="20"/>
                <w:szCs w:val="20"/>
              </w:rPr>
              <w:t xml:space="preserve"> </w:t>
            </w:r>
          </w:p>
          <w:p w14:paraId="725E02C7"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9D71C0" w14:textId="77777777" w:rsidR="00156693" w:rsidRDefault="00000000">
            <w:pPr>
              <w:spacing w:after="0" w:line="240" w:lineRule="auto"/>
              <w:ind w:left="-20"/>
              <w:rPr>
                <w:sz w:val="20"/>
                <w:szCs w:val="20"/>
              </w:rPr>
            </w:pPr>
            <w:r>
              <w:rPr>
                <w:sz w:val="20"/>
                <w:szCs w:val="20"/>
              </w:rPr>
              <w:lastRenderedPageBreak/>
              <w:t>1.1.1.1. Aprobarea și pilotarea metodologiei de evaluare a calității programelor centrelor de tineret, corelată cu standardele profesionale și cu cerințele de incluziune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2218422" w14:textId="77777777" w:rsidR="00156693" w:rsidRDefault="00000000">
            <w:pPr>
              <w:spacing w:after="0" w:line="240" w:lineRule="auto"/>
              <w:ind w:left="-20"/>
              <w:rPr>
                <w:sz w:val="20"/>
                <w:szCs w:val="20"/>
              </w:rPr>
            </w:pPr>
            <w:r>
              <w:rPr>
                <w:sz w:val="20"/>
                <w:szCs w:val="20"/>
              </w:rPr>
              <w:t>Metodologie pilotată în minimum 5 centre, cu ajustări documentate.</w:t>
            </w:r>
          </w:p>
          <w:p w14:paraId="5AD6B45D" w14:textId="77777777" w:rsidR="00156693" w:rsidRDefault="00156693">
            <w:pPr>
              <w:spacing w:after="0" w:line="240" w:lineRule="auto"/>
              <w:ind w:left="-20"/>
              <w:rPr>
                <w:sz w:val="20"/>
                <w:szCs w:val="20"/>
              </w:rPr>
            </w:pPr>
          </w:p>
          <w:p w14:paraId="79D22D79" w14:textId="77777777" w:rsidR="00156693" w:rsidRDefault="00000000">
            <w:pPr>
              <w:spacing w:after="0" w:line="240" w:lineRule="auto"/>
              <w:ind w:left="-20"/>
              <w:rPr>
                <w:sz w:val="20"/>
                <w:szCs w:val="20"/>
              </w:rPr>
            </w:pPr>
            <w:r>
              <w:rPr>
                <w:sz w:val="20"/>
                <w:szCs w:val="20"/>
              </w:rPr>
              <w:t>Metodologie aprobată prin ordin.</w:t>
            </w:r>
          </w:p>
          <w:p w14:paraId="0F277C10" w14:textId="77777777" w:rsidR="00156693" w:rsidRDefault="00156693">
            <w:pPr>
              <w:spacing w:after="0" w:line="240" w:lineRule="auto"/>
              <w:ind w:left="-20"/>
              <w:rPr>
                <w:sz w:val="20"/>
                <w:szCs w:val="20"/>
              </w:rPr>
            </w:pPr>
          </w:p>
          <w:p w14:paraId="78CF2416"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A85BA0" w14:textId="77777777" w:rsidR="00156693" w:rsidRDefault="00000000">
            <w:pPr>
              <w:spacing w:after="0" w:line="240" w:lineRule="auto"/>
              <w:ind w:left="-20"/>
              <w:jc w:val="center"/>
              <w:rPr>
                <w:sz w:val="20"/>
                <w:szCs w:val="20"/>
              </w:rPr>
            </w:pPr>
            <w:r>
              <w:rPr>
                <w:sz w:val="20"/>
                <w:szCs w:val="20"/>
              </w:rPr>
              <w:t>Trim. III,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CFD7DF" w14:textId="77777777" w:rsidR="00156693" w:rsidRDefault="00000000">
            <w:pPr>
              <w:spacing w:after="40" w:line="240" w:lineRule="auto"/>
              <w:ind w:left="-20"/>
              <w:jc w:val="center"/>
              <w:rPr>
                <w:sz w:val="20"/>
                <w:szCs w:val="20"/>
              </w:rPr>
            </w:pPr>
            <w:r>
              <w:rPr>
                <w:sz w:val="20"/>
                <w:szCs w:val="20"/>
              </w:rPr>
              <w:t>Ministerul Educației și Cercetării</w:t>
            </w:r>
          </w:p>
          <w:p w14:paraId="0699828C" w14:textId="77777777" w:rsidR="00156693" w:rsidRDefault="00000000">
            <w:pPr>
              <w:spacing w:after="0" w:line="240" w:lineRule="auto"/>
              <w:ind w:left="-20"/>
              <w:jc w:val="center"/>
              <w:rPr>
                <w:sz w:val="20"/>
                <w:szCs w:val="20"/>
              </w:rPr>
            </w:pPr>
            <w:r>
              <w:rPr>
                <w:sz w:val="20"/>
                <w:szCs w:val="20"/>
              </w:rPr>
              <w:t xml:space="preserve">Agenția Națională Tineret </w:t>
            </w:r>
          </w:p>
          <w:p w14:paraId="4A31E424" w14:textId="77777777" w:rsidR="00156693" w:rsidRDefault="00000000">
            <w:pPr>
              <w:spacing w:after="0" w:line="240" w:lineRule="auto"/>
              <w:ind w:left="-20"/>
              <w:jc w:val="center"/>
              <w:rPr>
                <w:sz w:val="20"/>
                <w:szCs w:val="20"/>
              </w:rPr>
            </w:pPr>
            <w:r>
              <w:rPr>
                <w:sz w:val="20"/>
                <w:szCs w:val="20"/>
              </w:rPr>
              <w:t>Centre de tineret</w:t>
            </w:r>
          </w:p>
          <w:p w14:paraId="770A0427" w14:textId="77777777" w:rsidR="00156693" w:rsidRDefault="00000000">
            <w:pPr>
              <w:spacing w:after="0" w:line="240" w:lineRule="auto"/>
              <w:ind w:left="-20"/>
              <w:jc w:val="center"/>
              <w:rPr>
                <w:sz w:val="20"/>
                <w:szCs w:val="20"/>
              </w:rPr>
            </w:pPr>
            <w:r>
              <w:rPr>
                <w:sz w:val="20"/>
                <w:szCs w:val="20"/>
              </w:rPr>
              <w:t>Autoritățile administrației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4E4C85" w14:textId="77777777" w:rsidR="00156693" w:rsidRDefault="00000000">
            <w:pPr>
              <w:spacing w:after="40" w:line="240" w:lineRule="auto"/>
              <w:ind w:left="-20"/>
              <w:jc w:val="center"/>
              <w:rPr>
                <w:i/>
                <w:iCs/>
                <w:sz w:val="20"/>
                <w:szCs w:val="20"/>
              </w:rPr>
            </w:pPr>
            <w:r>
              <w:rPr>
                <w:i/>
                <w:iCs/>
                <w:sz w:val="20"/>
                <w:szCs w:val="20"/>
              </w:rPr>
              <w:t>34,0</w:t>
            </w:r>
          </w:p>
          <w:p w14:paraId="14DA6A01" w14:textId="77777777" w:rsidR="00156693" w:rsidRDefault="00000000">
            <w:pPr>
              <w:spacing w:after="40" w:line="240" w:lineRule="auto"/>
              <w:ind w:left="-20"/>
              <w:jc w:val="center"/>
              <w:rPr>
                <w:i/>
                <w:iCs/>
                <w:sz w:val="20"/>
                <w:szCs w:val="20"/>
              </w:rPr>
            </w:pPr>
            <w:r>
              <w:rPr>
                <w:i/>
                <w:iCs/>
                <w:sz w:val="20"/>
                <w:szCs w:val="20"/>
              </w:rPr>
              <w:t>(2027)</w:t>
            </w:r>
          </w:p>
          <w:p w14:paraId="1A215A1E"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8AFBC1"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AE8E032" w14:textId="77777777" w:rsidR="00156693" w:rsidRDefault="00000000">
            <w:pPr>
              <w:spacing w:after="0" w:line="240" w:lineRule="auto"/>
              <w:ind w:left="-20"/>
              <w:jc w:val="center"/>
              <w:rPr>
                <w:sz w:val="20"/>
                <w:szCs w:val="20"/>
              </w:rPr>
            </w:pPr>
            <w:r>
              <w:rPr>
                <w:sz w:val="20"/>
                <w:szCs w:val="20"/>
              </w:rPr>
              <w:t>5</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2EDCA22"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7070BD" w14:textId="77777777" w:rsidR="00156693" w:rsidRDefault="00000000">
            <w:pPr>
              <w:spacing w:after="0" w:line="240" w:lineRule="auto"/>
              <w:ind w:left="-20"/>
              <w:jc w:val="center"/>
              <w:rPr>
                <w:sz w:val="20"/>
                <w:szCs w:val="20"/>
              </w:rPr>
            </w:pPr>
            <w:r>
              <w:rPr>
                <w:sz w:val="20"/>
                <w:szCs w:val="20"/>
              </w:rPr>
              <w:t>-</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A1DC34" w14:textId="77777777" w:rsidR="00156693" w:rsidRDefault="00000000">
            <w:pPr>
              <w:spacing w:after="0" w:line="240" w:lineRule="auto"/>
              <w:ind w:left="-20"/>
              <w:jc w:val="center"/>
              <w:rPr>
                <w:sz w:val="20"/>
                <w:szCs w:val="20"/>
              </w:rPr>
            </w:pPr>
            <w:r>
              <w:rPr>
                <w:sz w:val="20"/>
                <w:szCs w:val="20"/>
              </w:rPr>
              <w:t>-</w:t>
            </w:r>
          </w:p>
        </w:tc>
      </w:tr>
      <w:tr w:rsidR="00156693" w14:paraId="27893369" w14:textId="77777777">
        <w:trPr>
          <w:trHeight w:val="216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61B85CF"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E9494A" w14:textId="77777777" w:rsidR="00156693" w:rsidRDefault="00000000">
            <w:pPr>
              <w:spacing w:after="0" w:line="240" w:lineRule="auto"/>
              <w:ind w:left="-20"/>
              <w:rPr>
                <w:sz w:val="20"/>
                <w:szCs w:val="20"/>
              </w:rPr>
            </w:pPr>
            <w:r>
              <w:rPr>
                <w:sz w:val="20"/>
                <w:szCs w:val="20"/>
              </w:rPr>
              <w:t>1.1.1.2. Efectuarea evaluării anuale a calității programelor oferite de centrele de tineret și aplicarea recomandărilor de îmbunătățire, cu feedback accesibil al tinerilor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AD75B9" w14:textId="77777777" w:rsidR="00156693" w:rsidRDefault="00000000">
            <w:pPr>
              <w:spacing w:after="0" w:line="240" w:lineRule="auto"/>
              <w:ind w:left="-20"/>
              <w:rPr>
                <w:sz w:val="20"/>
                <w:szCs w:val="20"/>
              </w:rPr>
            </w:pPr>
            <w:r>
              <w:rPr>
                <w:sz w:val="20"/>
                <w:szCs w:val="20"/>
              </w:rPr>
              <w:t>Ponderea programelor evaluate care întrunesc criteriile de incluziune și accesibilitate.</w:t>
            </w:r>
          </w:p>
          <w:p w14:paraId="718A0BE0" w14:textId="77777777" w:rsidR="00156693" w:rsidRDefault="00156693">
            <w:pPr>
              <w:spacing w:after="0" w:line="240" w:lineRule="auto"/>
              <w:ind w:left="-20"/>
              <w:rPr>
                <w:sz w:val="20"/>
                <w:szCs w:val="20"/>
              </w:rPr>
            </w:pPr>
          </w:p>
          <w:p w14:paraId="57F69020" w14:textId="77777777" w:rsidR="00156693" w:rsidRDefault="00000000">
            <w:pPr>
              <w:spacing w:after="0" w:line="240" w:lineRule="auto"/>
              <w:ind w:left="-20"/>
              <w:rPr>
                <w:sz w:val="20"/>
                <w:szCs w:val="20"/>
              </w:rPr>
            </w:pPr>
            <w:r>
              <w:rPr>
                <w:sz w:val="20"/>
                <w:szCs w:val="20"/>
              </w:rPr>
              <w:t>Raport anual de evaluare elaborat și publicat</w:t>
            </w:r>
          </w:p>
          <w:p w14:paraId="2904104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F1B99B" w14:textId="77777777" w:rsidR="00156693" w:rsidRDefault="00000000">
            <w:pPr>
              <w:spacing w:after="0" w:line="240" w:lineRule="auto"/>
              <w:ind w:left="-20"/>
              <w:jc w:val="center"/>
              <w:rPr>
                <w:sz w:val="20"/>
                <w:szCs w:val="20"/>
              </w:rPr>
            </w:pPr>
            <w:r>
              <w:rPr>
                <w:sz w:val="20"/>
                <w:szCs w:val="20"/>
              </w:rPr>
              <w:t xml:space="preserve">Trim. IV 2027; </w:t>
            </w:r>
          </w:p>
          <w:p w14:paraId="236A372B" w14:textId="77777777" w:rsidR="00156693" w:rsidRDefault="00156693">
            <w:pPr>
              <w:spacing w:after="0" w:line="240" w:lineRule="auto"/>
              <w:ind w:left="-20"/>
              <w:jc w:val="center"/>
              <w:rPr>
                <w:sz w:val="20"/>
                <w:szCs w:val="20"/>
              </w:rPr>
            </w:pPr>
          </w:p>
          <w:p w14:paraId="3CD32784" w14:textId="77777777" w:rsidR="00156693" w:rsidRDefault="00000000">
            <w:pPr>
              <w:spacing w:after="0" w:line="240" w:lineRule="auto"/>
              <w:ind w:left="-20"/>
              <w:jc w:val="center"/>
              <w:rPr>
                <w:sz w:val="20"/>
                <w:szCs w:val="20"/>
              </w:rPr>
            </w:pPr>
            <w:r>
              <w:rPr>
                <w:sz w:val="20"/>
                <w:szCs w:val="20"/>
              </w:rPr>
              <w:t>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9FC3F4" w14:textId="77777777" w:rsidR="00156693" w:rsidRDefault="00000000">
            <w:pPr>
              <w:spacing w:after="40" w:line="240" w:lineRule="auto"/>
              <w:ind w:left="-20"/>
              <w:jc w:val="center"/>
              <w:rPr>
                <w:sz w:val="20"/>
                <w:szCs w:val="20"/>
              </w:rPr>
            </w:pPr>
            <w:r>
              <w:rPr>
                <w:sz w:val="20"/>
                <w:szCs w:val="20"/>
              </w:rPr>
              <w:t>Agenția Națională Tineret</w:t>
            </w:r>
          </w:p>
          <w:p w14:paraId="0B2D28AF" w14:textId="77777777" w:rsidR="00156693" w:rsidRDefault="00000000">
            <w:pPr>
              <w:spacing w:after="0" w:line="240" w:lineRule="auto"/>
              <w:ind w:left="-20"/>
              <w:jc w:val="center"/>
              <w:rPr>
                <w:sz w:val="20"/>
                <w:szCs w:val="20"/>
              </w:rPr>
            </w:pPr>
            <w:r>
              <w:rPr>
                <w:sz w:val="20"/>
                <w:szCs w:val="20"/>
              </w:rPr>
              <w:t>Ministerul Educației și Cercetării</w:t>
            </w:r>
          </w:p>
          <w:p w14:paraId="5E7E6829" w14:textId="77777777" w:rsidR="00156693" w:rsidRDefault="00000000">
            <w:pPr>
              <w:spacing w:after="0" w:line="240" w:lineRule="auto"/>
              <w:ind w:left="-20"/>
              <w:jc w:val="center"/>
              <w:rPr>
                <w:sz w:val="20"/>
                <w:szCs w:val="20"/>
              </w:rPr>
            </w:pPr>
            <w:r>
              <w:rPr>
                <w:sz w:val="20"/>
                <w:szCs w:val="20"/>
              </w:rPr>
              <w:t>Centre de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6EDBA4" w14:textId="77777777" w:rsidR="00156693" w:rsidRDefault="00000000">
            <w:pPr>
              <w:spacing w:after="40" w:line="240" w:lineRule="auto"/>
              <w:ind w:left="-20"/>
              <w:jc w:val="center"/>
              <w:rPr>
                <w:i/>
                <w:iCs/>
                <w:sz w:val="20"/>
                <w:szCs w:val="20"/>
              </w:rPr>
            </w:pPr>
            <w:r>
              <w:rPr>
                <w:sz w:val="20"/>
                <w:szCs w:val="20"/>
              </w:rPr>
              <w:t xml:space="preserve"> </w:t>
            </w:r>
            <w:r>
              <w:rPr>
                <w:i/>
                <w:iCs/>
                <w:sz w:val="20"/>
                <w:szCs w:val="20"/>
              </w:rPr>
              <w:t xml:space="preserve">50,0 (anual) </w:t>
            </w:r>
          </w:p>
          <w:p w14:paraId="61ECE7E3" w14:textId="77777777" w:rsidR="00156693" w:rsidRDefault="00000000">
            <w:pPr>
              <w:spacing w:after="40" w:line="240" w:lineRule="auto"/>
              <w:ind w:left="-20"/>
              <w:jc w:val="center"/>
              <w:rPr>
                <w:i/>
                <w:iCs/>
                <w:sz w:val="20"/>
                <w:szCs w:val="20"/>
              </w:rPr>
            </w:pPr>
            <w:r>
              <w:rPr>
                <w:i/>
                <w:iCs/>
                <w:sz w:val="20"/>
                <w:szCs w:val="20"/>
              </w:rPr>
              <w:t xml:space="preserve">2027-2030 </w:t>
            </w:r>
          </w:p>
          <w:p w14:paraId="5888C9FA"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B965D9"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D84EA21" w14:textId="77777777" w:rsidR="00156693" w:rsidRDefault="00000000">
            <w:pPr>
              <w:spacing w:after="0" w:line="240" w:lineRule="auto"/>
              <w:ind w:left="-20"/>
              <w:jc w:val="center"/>
              <w:rPr>
                <w:sz w:val="20"/>
                <w:szCs w:val="20"/>
              </w:rPr>
            </w:pPr>
            <w:r>
              <w:rPr>
                <w:sz w:val="20"/>
                <w:szCs w:val="20"/>
              </w:rPr>
              <w:t xml:space="preserve">40% </w:t>
            </w:r>
          </w:p>
          <w:p w14:paraId="1F16EBF3" w14:textId="77777777" w:rsidR="00156693" w:rsidRDefault="00156693">
            <w:pPr>
              <w:spacing w:after="0" w:line="240" w:lineRule="auto"/>
              <w:ind w:left="-20"/>
              <w:jc w:val="center"/>
              <w:rPr>
                <w:sz w:val="20"/>
                <w:szCs w:val="20"/>
              </w:rPr>
            </w:pPr>
          </w:p>
          <w:p w14:paraId="4D669BC6" w14:textId="77777777" w:rsidR="00156693" w:rsidRDefault="00156693">
            <w:pPr>
              <w:spacing w:after="0" w:line="240" w:lineRule="auto"/>
              <w:ind w:left="-20"/>
              <w:jc w:val="center"/>
              <w:rPr>
                <w:sz w:val="20"/>
                <w:szCs w:val="20"/>
              </w:rPr>
            </w:pPr>
          </w:p>
          <w:p w14:paraId="7472D43E" w14:textId="77777777" w:rsidR="00156693" w:rsidRDefault="00156693">
            <w:pPr>
              <w:spacing w:after="0" w:line="240" w:lineRule="auto"/>
              <w:ind w:left="-20"/>
              <w:jc w:val="center"/>
              <w:rPr>
                <w:sz w:val="20"/>
                <w:szCs w:val="20"/>
              </w:rPr>
            </w:pPr>
          </w:p>
          <w:p w14:paraId="74453C24"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212764" w14:textId="77777777" w:rsidR="00156693" w:rsidRDefault="00000000">
            <w:pPr>
              <w:spacing w:after="0" w:line="240" w:lineRule="auto"/>
              <w:ind w:left="-20"/>
              <w:jc w:val="center"/>
              <w:rPr>
                <w:sz w:val="20"/>
                <w:szCs w:val="20"/>
              </w:rPr>
            </w:pPr>
            <w:r>
              <w:rPr>
                <w:sz w:val="20"/>
                <w:szCs w:val="20"/>
              </w:rPr>
              <w:t xml:space="preserve">60% </w:t>
            </w:r>
          </w:p>
          <w:p w14:paraId="55F0F9F9" w14:textId="77777777" w:rsidR="00156693" w:rsidRDefault="00156693">
            <w:pPr>
              <w:spacing w:after="0" w:line="240" w:lineRule="auto"/>
              <w:ind w:left="-20"/>
              <w:jc w:val="center"/>
              <w:rPr>
                <w:sz w:val="20"/>
                <w:szCs w:val="20"/>
              </w:rPr>
            </w:pPr>
          </w:p>
          <w:p w14:paraId="18B2ACB6" w14:textId="77777777" w:rsidR="00156693" w:rsidRDefault="00156693">
            <w:pPr>
              <w:spacing w:after="0" w:line="240" w:lineRule="auto"/>
              <w:ind w:left="-20"/>
              <w:jc w:val="center"/>
              <w:rPr>
                <w:sz w:val="20"/>
                <w:szCs w:val="20"/>
              </w:rPr>
            </w:pPr>
          </w:p>
          <w:p w14:paraId="19988122" w14:textId="77777777" w:rsidR="00156693" w:rsidRDefault="00156693">
            <w:pPr>
              <w:spacing w:after="0" w:line="240" w:lineRule="auto"/>
              <w:ind w:left="-20"/>
              <w:jc w:val="center"/>
              <w:rPr>
                <w:sz w:val="20"/>
                <w:szCs w:val="20"/>
              </w:rPr>
            </w:pPr>
          </w:p>
          <w:p w14:paraId="0A9EC5FA"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81DCC62" w14:textId="77777777" w:rsidR="00156693" w:rsidRDefault="00000000">
            <w:pPr>
              <w:spacing w:after="0" w:line="240" w:lineRule="auto"/>
              <w:ind w:left="-20"/>
              <w:jc w:val="center"/>
              <w:rPr>
                <w:sz w:val="20"/>
                <w:szCs w:val="20"/>
              </w:rPr>
            </w:pPr>
            <w:r>
              <w:rPr>
                <w:sz w:val="20"/>
                <w:szCs w:val="20"/>
              </w:rPr>
              <w:t xml:space="preserve">80% </w:t>
            </w:r>
          </w:p>
          <w:p w14:paraId="7A3686CB" w14:textId="77777777" w:rsidR="00156693" w:rsidRDefault="00156693">
            <w:pPr>
              <w:spacing w:after="0" w:line="240" w:lineRule="auto"/>
              <w:ind w:left="-20"/>
              <w:jc w:val="center"/>
              <w:rPr>
                <w:sz w:val="20"/>
                <w:szCs w:val="20"/>
              </w:rPr>
            </w:pPr>
          </w:p>
          <w:p w14:paraId="18DE069F" w14:textId="77777777" w:rsidR="00156693" w:rsidRDefault="00156693">
            <w:pPr>
              <w:spacing w:after="0" w:line="240" w:lineRule="auto"/>
              <w:ind w:left="-20"/>
              <w:jc w:val="center"/>
              <w:rPr>
                <w:sz w:val="20"/>
                <w:szCs w:val="20"/>
              </w:rPr>
            </w:pPr>
          </w:p>
          <w:p w14:paraId="18B0B265" w14:textId="77777777" w:rsidR="00156693" w:rsidRDefault="00156693">
            <w:pPr>
              <w:spacing w:after="0" w:line="240" w:lineRule="auto"/>
              <w:ind w:left="-20"/>
              <w:jc w:val="center"/>
              <w:rPr>
                <w:sz w:val="20"/>
                <w:szCs w:val="20"/>
              </w:rPr>
            </w:pPr>
          </w:p>
          <w:p w14:paraId="4DB87BBF" w14:textId="77777777" w:rsidR="00156693" w:rsidRDefault="00156693">
            <w:pPr>
              <w:spacing w:after="0" w:line="240" w:lineRule="auto"/>
              <w:ind w:left="-20"/>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9702AED" w14:textId="77777777" w:rsidR="00156693" w:rsidRDefault="00000000">
            <w:pPr>
              <w:spacing w:after="0" w:line="240" w:lineRule="auto"/>
              <w:ind w:left="-20"/>
              <w:jc w:val="center"/>
              <w:rPr>
                <w:sz w:val="20"/>
                <w:szCs w:val="20"/>
              </w:rPr>
            </w:pPr>
            <w:r>
              <w:rPr>
                <w:sz w:val="20"/>
                <w:szCs w:val="20"/>
              </w:rPr>
              <w:t xml:space="preserve">100% </w:t>
            </w:r>
          </w:p>
          <w:p w14:paraId="1F2B8617" w14:textId="77777777" w:rsidR="00156693" w:rsidRDefault="00156693">
            <w:pPr>
              <w:spacing w:after="0" w:line="240" w:lineRule="auto"/>
              <w:ind w:left="-20"/>
              <w:jc w:val="center"/>
              <w:rPr>
                <w:sz w:val="20"/>
                <w:szCs w:val="20"/>
              </w:rPr>
            </w:pPr>
          </w:p>
          <w:p w14:paraId="63C3D87A" w14:textId="77777777" w:rsidR="00156693" w:rsidRDefault="00156693">
            <w:pPr>
              <w:spacing w:after="0" w:line="240" w:lineRule="auto"/>
              <w:ind w:left="-20"/>
              <w:jc w:val="center"/>
              <w:rPr>
                <w:sz w:val="20"/>
                <w:szCs w:val="20"/>
              </w:rPr>
            </w:pPr>
          </w:p>
          <w:p w14:paraId="6B549C08" w14:textId="77777777" w:rsidR="00156693" w:rsidRDefault="00156693">
            <w:pPr>
              <w:spacing w:after="0" w:line="240" w:lineRule="auto"/>
              <w:ind w:left="-20"/>
              <w:jc w:val="center"/>
              <w:rPr>
                <w:sz w:val="20"/>
                <w:szCs w:val="20"/>
              </w:rPr>
            </w:pPr>
          </w:p>
          <w:p w14:paraId="27F2C556" w14:textId="77777777" w:rsidR="00156693" w:rsidRDefault="00156693">
            <w:pPr>
              <w:spacing w:after="0" w:line="240" w:lineRule="auto"/>
              <w:ind w:left="-20"/>
              <w:jc w:val="center"/>
              <w:rPr>
                <w:sz w:val="20"/>
                <w:szCs w:val="20"/>
              </w:rPr>
            </w:pPr>
          </w:p>
        </w:tc>
      </w:tr>
      <w:tr w:rsidR="00156693" w14:paraId="5DD44C59" w14:textId="77777777">
        <w:trPr>
          <w:trHeight w:val="26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585FB57"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081B4A" w14:textId="77777777" w:rsidR="00156693" w:rsidRDefault="00000000">
            <w:pPr>
              <w:spacing w:after="0" w:line="240" w:lineRule="auto"/>
              <w:ind w:left="-20"/>
              <w:rPr>
                <w:sz w:val="20"/>
                <w:szCs w:val="20"/>
              </w:rPr>
            </w:pPr>
            <w:r>
              <w:rPr>
                <w:sz w:val="20"/>
                <w:szCs w:val="20"/>
              </w:rPr>
              <w:t>1.1.1.3. Implementarea schemei anuale de finanțare pentru dezvoltarea și implementarea programelor și serviciilor noi ale centrelor de tineret și acordarea sprijinului metodologic pentru proiectarea, implementarea și sustenabilitatea serviciilor incluzive.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0BA1D4" w14:textId="77777777" w:rsidR="00156693" w:rsidRDefault="00000000">
            <w:pPr>
              <w:spacing w:after="0" w:line="240" w:lineRule="auto"/>
              <w:ind w:left="-20"/>
              <w:rPr>
                <w:sz w:val="20"/>
                <w:szCs w:val="20"/>
              </w:rPr>
            </w:pPr>
            <w:r>
              <w:rPr>
                <w:sz w:val="20"/>
                <w:szCs w:val="20"/>
              </w:rPr>
              <w:t>Numărul cumulativ al centrelor de tineret finanțate pentru dezvoltarea și implementarea programelor și serviciilor noi</w:t>
            </w:r>
          </w:p>
          <w:p w14:paraId="334C017B"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5E19FC2" w14:textId="77777777" w:rsidR="00156693" w:rsidRDefault="00000000">
            <w:pPr>
              <w:spacing w:after="0" w:line="240" w:lineRule="auto"/>
              <w:ind w:left="-20"/>
              <w:jc w:val="center"/>
              <w:rPr>
                <w:sz w:val="20"/>
                <w:szCs w:val="20"/>
              </w:rPr>
            </w:pPr>
            <w:r>
              <w:rPr>
                <w:sz w:val="20"/>
                <w:szCs w:val="20"/>
              </w:rPr>
              <w:t>Trim. IV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BA814F" w14:textId="77777777" w:rsidR="00156693" w:rsidRDefault="00000000">
            <w:pPr>
              <w:spacing w:after="40" w:line="240" w:lineRule="auto"/>
              <w:ind w:left="-20"/>
              <w:jc w:val="center"/>
              <w:rPr>
                <w:sz w:val="20"/>
                <w:szCs w:val="20"/>
              </w:rPr>
            </w:pPr>
            <w:r>
              <w:rPr>
                <w:sz w:val="20"/>
                <w:szCs w:val="20"/>
              </w:rPr>
              <w:t>Agenția Națională Tineret</w:t>
            </w:r>
          </w:p>
          <w:p w14:paraId="7CFF9780"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7464079A" w14:textId="77777777" w:rsidR="00156693" w:rsidRDefault="00000000">
            <w:pPr>
              <w:spacing w:after="0" w:line="240" w:lineRule="auto"/>
              <w:ind w:left="-20"/>
              <w:jc w:val="center"/>
              <w:rPr>
                <w:sz w:val="20"/>
                <w:szCs w:val="20"/>
              </w:rPr>
            </w:pPr>
            <w:r>
              <w:rPr>
                <w:sz w:val="20"/>
                <w:szCs w:val="20"/>
              </w:rPr>
              <w:t xml:space="preserve">Centre de tineret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8493C2" w14:textId="77777777" w:rsidR="00156693" w:rsidRDefault="00000000">
            <w:pPr>
              <w:spacing w:after="40" w:line="240" w:lineRule="auto"/>
              <w:ind w:left="-20"/>
              <w:jc w:val="center"/>
              <w:rPr>
                <w:i/>
                <w:iCs/>
                <w:sz w:val="20"/>
                <w:szCs w:val="20"/>
              </w:rPr>
            </w:pPr>
            <w:r>
              <w:rPr>
                <w:i/>
                <w:iCs/>
                <w:sz w:val="20"/>
                <w:szCs w:val="20"/>
              </w:rPr>
              <w:t>1 000,0</w:t>
            </w:r>
          </w:p>
          <w:p w14:paraId="45255A36" w14:textId="77777777" w:rsidR="00156693" w:rsidRDefault="00000000">
            <w:pPr>
              <w:spacing w:after="40" w:line="240" w:lineRule="auto"/>
              <w:ind w:left="-20"/>
              <w:jc w:val="center"/>
              <w:rPr>
                <w:i/>
                <w:iCs/>
                <w:sz w:val="20"/>
                <w:szCs w:val="20"/>
              </w:rPr>
            </w:pPr>
            <w:r>
              <w:rPr>
                <w:i/>
                <w:iCs/>
                <w:sz w:val="20"/>
                <w:szCs w:val="20"/>
              </w:rPr>
              <w:t>(anual)</w:t>
            </w:r>
          </w:p>
          <w:p w14:paraId="45029033" w14:textId="77777777" w:rsidR="00156693" w:rsidRDefault="00000000">
            <w:pPr>
              <w:spacing w:after="40" w:line="240" w:lineRule="auto"/>
              <w:ind w:left="-20"/>
              <w:jc w:val="center"/>
              <w:rPr>
                <w:i/>
                <w:iCs/>
                <w:sz w:val="20"/>
                <w:szCs w:val="20"/>
              </w:rPr>
            </w:pPr>
            <w:r>
              <w:rPr>
                <w:i/>
                <w:iCs/>
                <w:sz w:val="20"/>
                <w:szCs w:val="20"/>
              </w:rPr>
              <w:t xml:space="preserve">2027-2030 </w:t>
            </w:r>
          </w:p>
          <w:p w14:paraId="0E62D26A"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2EF6D7" w14:textId="77777777" w:rsidR="00156693" w:rsidRDefault="00000000">
            <w:pPr>
              <w:spacing w:after="0" w:line="240" w:lineRule="auto"/>
              <w:ind w:left="-20"/>
              <w:jc w:val="center"/>
              <w:rPr>
                <w:sz w:val="20"/>
                <w:szCs w:val="20"/>
              </w:rPr>
            </w:pPr>
            <w:r>
              <w:rPr>
                <w:sz w:val="20"/>
                <w:szCs w:val="20"/>
              </w:rPr>
              <w:t>26</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C050C7" w14:textId="77777777" w:rsidR="00156693" w:rsidRDefault="00000000">
            <w:pPr>
              <w:spacing w:after="0" w:line="240" w:lineRule="auto"/>
              <w:ind w:left="-20"/>
              <w:jc w:val="center"/>
              <w:rPr>
                <w:sz w:val="20"/>
                <w:szCs w:val="20"/>
              </w:rPr>
            </w:pPr>
            <w:r>
              <w:rPr>
                <w:sz w:val="20"/>
                <w:szCs w:val="20"/>
              </w:rPr>
              <w:t>26</w:t>
            </w:r>
          </w:p>
          <w:p w14:paraId="00E79E64" w14:textId="77777777" w:rsidR="00156693" w:rsidRDefault="00156693">
            <w:pPr>
              <w:spacing w:after="0" w:line="240" w:lineRule="auto"/>
              <w:ind w:left="-20"/>
              <w:jc w:val="center"/>
              <w:rPr>
                <w:sz w:val="20"/>
                <w:szCs w:val="20"/>
              </w:rPr>
            </w:pPr>
          </w:p>
          <w:p w14:paraId="50B417C0" w14:textId="77777777" w:rsidR="00156693" w:rsidRDefault="00156693">
            <w:pPr>
              <w:spacing w:after="0" w:line="240" w:lineRule="auto"/>
              <w:ind w:left="-20"/>
              <w:jc w:val="center"/>
              <w:rPr>
                <w:sz w:val="20"/>
                <w:szCs w:val="20"/>
              </w:rPr>
            </w:pPr>
          </w:p>
          <w:p w14:paraId="28000E26" w14:textId="77777777" w:rsidR="00156693" w:rsidRDefault="00156693">
            <w:pPr>
              <w:spacing w:after="0" w:line="240" w:lineRule="auto"/>
              <w:ind w:left="-20"/>
              <w:jc w:val="center"/>
              <w:rPr>
                <w:sz w:val="20"/>
                <w:szCs w:val="20"/>
              </w:rPr>
            </w:pPr>
          </w:p>
          <w:p w14:paraId="252B8E3D" w14:textId="77777777" w:rsidR="00156693" w:rsidRDefault="00156693">
            <w:pPr>
              <w:spacing w:after="0" w:line="240" w:lineRule="auto"/>
              <w:ind w:left="-20"/>
              <w:rPr>
                <w:sz w:val="20"/>
                <w:szCs w:val="20"/>
              </w:rPr>
            </w:pPr>
          </w:p>
          <w:p w14:paraId="12FC8A1D" w14:textId="77777777" w:rsidR="00156693" w:rsidRDefault="00156693">
            <w:pPr>
              <w:spacing w:after="0" w:line="240" w:lineRule="auto"/>
              <w:ind w:left="-20"/>
              <w:rPr>
                <w:sz w:val="20"/>
                <w:szCs w:val="20"/>
              </w:rPr>
            </w:pPr>
          </w:p>
          <w:p w14:paraId="7D4B26BD" w14:textId="77777777" w:rsidR="00156693" w:rsidRDefault="00156693">
            <w:pPr>
              <w:spacing w:after="0" w:line="240" w:lineRule="auto"/>
              <w:ind w:left="-20"/>
              <w:rPr>
                <w:sz w:val="20"/>
                <w:szCs w:val="20"/>
              </w:rPr>
            </w:pPr>
          </w:p>
          <w:p w14:paraId="471A274E" w14:textId="77777777" w:rsidR="00156693" w:rsidRDefault="00156693">
            <w:pPr>
              <w:spacing w:after="0" w:line="240" w:lineRule="auto"/>
              <w:ind w:left="-20"/>
              <w:rPr>
                <w:sz w:val="20"/>
                <w:szCs w:val="20"/>
              </w:rPr>
            </w:pPr>
          </w:p>
          <w:p w14:paraId="5162C4E9" w14:textId="77777777" w:rsidR="00156693" w:rsidRDefault="00156693">
            <w:pPr>
              <w:spacing w:after="0" w:line="240" w:lineRule="auto"/>
              <w:ind w:left="-20"/>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528F5DC" w14:textId="77777777" w:rsidR="00156693" w:rsidRDefault="00000000">
            <w:pPr>
              <w:spacing w:after="0" w:line="240" w:lineRule="auto"/>
              <w:ind w:left="-20"/>
              <w:jc w:val="center"/>
              <w:rPr>
                <w:sz w:val="20"/>
                <w:szCs w:val="20"/>
              </w:rPr>
            </w:pPr>
            <w:r>
              <w:rPr>
                <w:sz w:val="20"/>
                <w:szCs w:val="20"/>
              </w:rPr>
              <w:t xml:space="preserve">36 </w:t>
            </w:r>
          </w:p>
          <w:p w14:paraId="1F6CE33F" w14:textId="77777777" w:rsidR="00156693" w:rsidRDefault="00156693">
            <w:pPr>
              <w:spacing w:after="0" w:line="240" w:lineRule="auto"/>
              <w:ind w:left="-20"/>
              <w:jc w:val="center"/>
              <w:rPr>
                <w:sz w:val="20"/>
                <w:szCs w:val="20"/>
              </w:rPr>
            </w:pPr>
          </w:p>
          <w:p w14:paraId="2F56B810" w14:textId="77777777" w:rsidR="00156693" w:rsidRDefault="00156693">
            <w:pPr>
              <w:spacing w:after="0" w:line="240" w:lineRule="auto"/>
              <w:ind w:left="-20"/>
              <w:jc w:val="center"/>
              <w:rPr>
                <w:sz w:val="20"/>
                <w:szCs w:val="20"/>
              </w:rPr>
            </w:pPr>
          </w:p>
          <w:p w14:paraId="2CDFFEED" w14:textId="77777777" w:rsidR="00156693" w:rsidRDefault="00156693">
            <w:pPr>
              <w:spacing w:after="0" w:line="240" w:lineRule="auto"/>
              <w:ind w:left="-20"/>
              <w:jc w:val="center"/>
              <w:rPr>
                <w:sz w:val="20"/>
                <w:szCs w:val="20"/>
              </w:rPr>
            </w:pPr>
          </w:p>
          <w:p w14:paraId="28439E05" w14:textId="77777777" w:rsidR="00156693" w:rsidRDefault="00156693">
            <w:pPr>
              <w:spacing w:after="0" w:line="240" w:lineRule="auto"/>
              <w:ind w:left="-20"/>
              <w:jc w:val="center"/>
              <w:rPr>
                <w:sz w:val="20"/>
                <w:szCs w:val="20"/>
              </w:rPr>
            </w:pPr>
          </w:p>
          <w:p w14:paraId="4511EA13" w14:textId="77777777" w:rsidR="00156693" w:rsidRDefault="00156693">
            <w:pPr>
              <w:spacing w:after="0" w:line="240" w:lineRule="auto"/>
              <w:ind w:left="-20"/>
              <w:jc w:val="center"/>
              <w:rPr>
                <w:sz w:val="20"/>
                <w:szCs w:val="20"/>
              </w:rPr>
            </w:pPr>
          </w:p>
          <w:p w14:paraId="5B4DC6F3" w14:textId="77777777" w:rsidR="00156693" w:rsidRDefault="00156693">
            <w:pPr>
              <w:spacing w:after="0" w:line="240" w:lineRule="auto"/>
              <w:ind w:left="-20"/>
              <w:jc w:val="center"/>
              <w:rPr>
                <w:sz w:val="20"/>
                <w:szCs w:val="20"/>
              </w:rPr>
            </w:pPr>
          </w:p>
          <w:p w14:paraId="51D62F45" w14:textId="77777777" w:rsidR="00156693" w:rsidRDefault="00156693">
            <w:pPr>
              <w:spacing w:after="0" w:line="240" w:lineRule="auto"/>
              <w:ind w:left="-20"/>
              <w:jc w:val="center"/>
              <w:rPr>
                <w:sz w:val="20"/>
                <w:szCs w:val="20"/>
              </w:rPr>
            </w:pPr>
          </w:p>
          <w:p w14:paraId="20E03F7D" w14:textId="77777777" w:rsidR="00156693" w:rsidRDefault="00156693">
            <w:pPr>
              <w:spacing w:after="0" w:line="240" w:lineRule="auto"/>
              <w:ind w:left="-20"/>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5F05495" w14:textId="77777777" w:rsidR="00156693" w:rsidRDefault="00000000">
            <w:pPr>
              <w:spacing w:after="0" w:line="240" w:lineRule="auto"/>
              <w:ind w:left="-20"/>
              <w:jc w:val="center"/>
              <w:rPr>
                <w:sz w:val="20"/>
                <w:szCs w:val="20"/>
              </w:rPr>
            </w:pPr>
            <w:r>
              <w:rPr>
                <w:sz w:val="20"/>
                <w:szCs w:val="20"/>
              </w:rPr>
              <w:t xml:space="preserve">46 </w:t>
            </w:r>
          </w:p>
          <w:p w14:paraId="7FE9BE7A" w14:textId="77777777" w:rsidR="00156693" w:rsidRDefault="00156693">
            <w:pPr>
              <w:spacing w:after="0" w:line="240" w:lineRule="auto"/>
              <w:ind w:left="-20"/>
              <w:jc w:val="center"/>
              <w:rPr>
                <w:sz w:val="20"/>
                <w:szCs w:val="20"/>
              </w:rPr>
            </w:pPr>
          </w:p>
          <w:p w14:paraId="453D532B" w14:textId="77777777" w:rsidR="00156693" w:rsidRDefault="00156693">
            <w:pPr>
              <w:spacing w:after="0" w:line="240" w:lineRule="auto"/>
              <w:ind w:left="-20"/>
              <w:jc w:val="center"/>
              <w:rPr>
                <w:sz w:val="20"/>
                <w:szCs w:val="20"/>
              </w:rPr>
            </w:pPr>
          </w:p>
          <w:p w14:paraId="5CAC7468" w14:textId="77777777" w:rsidR="00156693" w:rsidRDefault="00156693">
            <w:pPr>
              <w:spacing w:after="0" w:line="240" w:lineRule="auto"/>
              <w:ind w:left="-20"/>
              <w:jc w:val="center"/>
              <w:rPr>
                <w:sz w:val="20"/>
                <w:szCs w:val="20"/>
              </w:rPr>
            </w:pPr>
          </w:p>
          <w:p w14:paraId="5EFAA72D" w14:textId="77777777" w:rsidR="00156693" w:rsidRDefault="00000000">
            <w:pPr>
              <w:spacing w:after="0" w:line="240" w:lineRule="auto"/>
              <w:ind w:left="-20"/>
              <w:jc w:val="center"/>
              <w:rPr>
                <w:sz w:val="20"/>
                <w:szCs w:val="20"/>
              </w:rPr>
            </w:pPr>
            <w:r>
              <w:rPr>
                <w:sz w:val="20"/>
                <w:szCs w:val="20"/>
              </w:rPr>
              <w:t xml:space="preserve"> </w:t>
            </w:r>
          </w:p>
          <w:p w14:paraId="50EC4AAE" w14:textId="77777777" w:rsidR="00156693" w:rsidRDefault="00156693">
            <w:pPr>
              <w:spacing w:after="0" w:line="240" w:lineRule="auto"/>
              <w:ind w:left="-20"/>
              <w:jc w:val="center"/>
              <w:rPr>
                <w:sz w:val="20"/>
                <w:szCs w:val="20"/>
              </w:rPr>
            </w:pPr>
          </w:p>
          <w:p w14:paraId="13F9CD2E" w14:textId="77777777" w:rsidR="00156693" w:rsidRDefault="00156693">
            <w:pPr>
              <w:spacing w:after="0" w:line="240" w:lineRule="auto"/>
              <w:ind w:left="-20"/>
              <w:jc w:val="center"/>
              <w:rPr>
                <w:sz w:val="20"/>
                <w:szCs w:val="20"/>
              </w:rPr>
            </w:pPr>
          </w:p>
          <w:p w14:paraId="71411AA0" w14:textId="77777777" w:rsidR="00156693" w:rsidRDefault="00156693">
            <w:pPr>
              <w:spacing w:after="0" w:line="240" w:lineRule="auto"/>
              <w:ind w:left="-20"/>
              <w:jc w:val="center"/>
              <w:rPr>
                <w:sz w:val="20"/>
                <w:szCs w:val="20"/>
              </w:rPr>
            </w:pPr>
          </w:p>
          <w:p w14:paraId="69A75FD0" w14:textId="77777777" w:rsidR="00156693" w:rsidRDefault="00156693">
            <w:pPr>
              <w:spacing w:after="0" w:line="240" w:lineRule="auto"/>
              <w:ind w:left="-20"/>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51399C9" w14:textId="77777777" w:rsidR="00156693" w:rsidRDefault="00000000">
            <w:pPr>
              <w:spacing w:after="0" w:line="240" w:lineRule="auto"/>
              <w:ind w:left="-20"/>
              <w:jc w:val="center"/>
              <w:rPr>
                <w:sz w:val="20"/>
                <w:szCs w:val="20"/>
              </w:rPr>
            </w:pPr>
            <w:r>
              <w:rPr>
                <w:sz w:val="20"/>
                <w:szCs w:val="20"/>
              </w:rPr>
              <w:t xml:space="preserve">56 </w:t>
            </w:r>
          </w:p>
          <w:p w14:paraId="6BFF8B15" w14:textId="77777777" w:rsidR="00156693" w:rsidRDefault="00156693">
            <w:pPr>
              <w:spacing w:after="0" w:line="240" w:lineRule="auto"/>
              <w:ind w:left="-20"/>
              <w:jc w:val="center"/>
              <w:rPr>
                <w:sz w:val="20"/>
                <w:szCs w:val="20"/>
              </w:rPr>
            </w:pPr>
          </w:p>
          <w:p w14:paraId="4587A761" w14:textId="77777777" w:rsidR="00156693" w:rsidRDefault="00156693">
            <w:pPr>
              <w:spacing w:after="0" w:line="240" w:lineRule="auto"/>
              <w:ind w:left="-20"/>
              <w:jc w:val="center"/>
              <w:rPr>
                <w:sz w:val="20"/>
                <w:szCs w:val="20"/>
              </w:rPr>
            </w:pPr>
          </w:p>
          <w:p w14:paraId="002D0CBC" w14:textId="77777777" w:rsidR="00156693" w:rsidRDefault="00156693">
            <w:pPr>
              <w:spacing w:after="0" w:line="240" w:lineRule="auto"/>
              <w:ind w:left="-20"/>
              <w:jc w:val="center"/>
              <w:rPr>
                <w:sz w:val="20"/>
                <w:szCs w:val="20"/>
              </w:rPr>
            </w:pPr>
          </w:p>
          <w:p w14:paraId="5B4E2944" w14:textId="77777777" w:rsidR="00156693" w:rsidRDefault="00156693">
            <w:pPr>
              <w:spacing w:after="0" w:line="240" w:lineRule="auto"/>
              <w:ind w:left="-20"/>
              <w:rPr>
                <w:sz w:val="20"/>
                <w:szCs w:val="20"/>
              </w:rPr>
            </w:pPr>
          </w:p>
          <w:p w14:paraId="6091EC8B" w14:textId="77777777" w:rsidR="00156693" w:rsidRDefault="00156693">
            <w:pPr>
              <w:spacing w:after="0" w:line="240" w:lineRule="auto"/>
              <w:ind w:left="-20"/>
              <w:jc w:val="center"/>
              <w:rPr>
                <w:sz w:val="20"/>
                <w:szCs w:val="20"/>
              </w:rPr>
            </w:pPr>
          </w:p>
          <w:p w14:paraId="592C8CBA" w14:textId="77777777" w:rsidR="00156693" w:rsidRDefault="00156693">
            <w:pPr>
              <w:spacing w:after="0" w:line="240" w:lineRule="auto"/>
              <w:ind w:left="-20"/>
              <w:jc w:val="center"/>
              <w:rPr>
                <w:sz w:val="20"/>
                <w:szCs w:val="20"/>
              </w:rPr>
            </w:pPr>
          </w:p>
          <w:p w14:paraId="1D1F9B8E" w14:textId="77777777" w:rsidR="00156693" w:rsidRDefault="00156693">
            <w:pPr>
              <w:spacing w:after="0" w:line="240" w:lineRule="auto"/>
              <w:ind w:left="-20"/>
              <w:jc w:val="center"/>
              <w:rPr>
                <w:sz w:val="20"/>
                <w:szCs w:val="20"/>
              </w:rPr>
            </w:pPr>
          </w:p>
          <w:p w14:paraId="609F6436" w14:textId="77777777" w:rsidR="00156693" w:rsidRDefault="00156693">
            <w:pPr>
              <w:spacing w:after="0" w:line="240" w:lineRule="auto"/>
              <w:ind w:left="-20"/>
              <w:jc w:val="center"/>
              <w:rPr>
                <w:sz w:val="20"/>
                <w:szCs w:val="20"/>
              </w:rPr>
            </w:pPr>
          </w:p>
        </w:tc>
      </w:tr>
      <w:tr w:rsidR="00156693" w14:paraId="3793B906" w14:textId="77777777">
        <w:trPr>
          <w:trHeight w:val="26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481DF47"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5F84AD" w14:textId="77777777" w:rsidR="00156693" w:rsidRDefault="00000000">
            <w:pPr>
              <w:spacing w:after="0" w:line="240" w:lineRule="auto"/>
              <w:ind w:left="-20"/>
              <w:rPr>
                <w:sz w:val="20"/>
                <w:szCs w:val="20"/>
              </w:rPr>
            </w:pPr>
            <w:r>
              <w:rPr>
                <w:sz w:val="20"/>
                <w:szCs w:val="20"/>
              </w:rPr>
              <w:t xml:space="preserve">1.1.1.4. Extinderea serviciilor STEAM, inclusiv a competențelor digitale și de utilizare critică a inteligenței artificiale, a lucrului mobil de tineret și a altor programe incluzive ale centrelor, pe baza evaluării </w:t>
            </w:r>
            <w:r>
              <w:rPr>
                <w:sz w:val="20"/>
                <w:szCs w:val="20"/>
              </w:rPr>
              <w:lastRenderedPageBreak/>
              <w:t>pilotării, a cererii tinerilor și a capacității de funcționare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71D18A" w14:textId="77777777" w:rsidR="00156693" w:rsidRDefault="00000000">
            <w:pPr>
              <w:spacing w:after="0" w:line="240" w:lineRule="auto"/>
              <w:ind w:left="-20"/>
              <w:rPr>
                <w:sz w:val="20"/>
                <w:szCs w:val="20"/>
              </w:rPr>
            </w:pPr>
            <w:r>
              <w:rPr>
                <w:sz w:val="20"/>
                <w:szCs w:val="20"/>
              </w:rPr>
              <w:lastRenderedPageBreak/>
              <w:t>Numărul serviciilor STEAM/digitale noi lansate anual (10).</w:t>
            </w:r>
          </w:p>
          <w:p w14:paraId="65807C2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2839CB"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3DCEC0" w14:textId="77777777" w:rsidR="00156693" w:rsidRDefault="00000000">
            <w:pPr>
              <w:spacing w:after="40" w:line="240" w:lineRule="auto"/>
              <w:ind w:left="-20"/>
              <w:jc w:val="center"/>
              <w:rPr>
                <w:sz w:val="20"/>
                <w:szCs w:val="20"/>
              </w:rPr>
            </w:pPr>
            <w:r>
              <w:rPr>
                <w:sz w:val="20"/>
                <w:szCs w:val="20"/>
              </w:rPr>
              <w:t>Agenția Națională Tineret</w:t>
            </w:r>
          </w:p>
          <w:p w14:paraId="6D3189D1" w14:textId="77777777" w:rsidR="00156693" w:rsidRDefault="00000000">
            <w:pPr>
              <w:spacing w:after="0" w:line="240" w:lineRule="auto"/>
              <w:ind w:left="-20"/>
              <w:jc w:val="center"/>
              <w:rPr>
                <w:sz w:val="20"/>
                <w:szCs w:val="20"/>
              </w:rPr>
            </w:pPr>
            <w:r>
              <w:rPr>
                <w:sz w:val="20"/>
                <w:szCs w:val="20"/>
              </w:rPr>
              <w:t>Ministerul Educației și Cercetării</w:t>
            </w:r>
          </w:p>
          <w:p w14:paraId="2081109D" w14:textId="77777777" w:rsidR="00156693" w:rsidRDefault="00000000">
            <w:pPr>
              <w:spacing w:after="0" w:line="240" w:lineRule="auto"/>
              <w:ind w:left="-20"/>
              <w:jc w:val="center"/>
              <w:rPr>
                <w:sz w:val="20"/>
                <w:szCs w:val="20"/>
              </w:rPr>
            </w:pPr>
            <w:r>
              <w:rPr>
                <w:sz w:val="20"/>
                <w:szCs w:val="20"/>
              </w:rPr>
              <w:t xml:space="preserve"> Centre de tineret </w:t>
            </w:r>
          </w:p>
          <w:p w14:paraId="126709EA" w14:textId="77777777" w:rsidR="00156693" w:rsidRDefault="00000000">
            <w:pPr>
              <w:spacing w:after="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F4164D" w14:textId="77777777" w:rsidR="00156693" w:rsidRDefault="00000000">
            <w:pPr>
              <w:spacing w:after="40" w:line="240" w:lineRule="auto"/>
              <w:ind w:left="-20"/>
              <w:jc w:val="center"/>
              <w:rPr>
                <w:i/>
                <w:iCs/>
                <w:sz w:val="20"/>
                <w:szCs w:val="20"/>
              </w:rPr>
            </w:pPr>
            <w:r>
              <w:rPr>
                <w:i/>
                <w:iCs/>
                <w:sz w:val="20"/>
                <w:szCs w:val="20"/>
              </w:rPr>
              <w:t>2 000,0 (anual)</w:t>
            </w:r>
          </w:p>
          <w:p w14:paraId="5008359A" w14:textId="77777777" w:rsidR="00156693" w:rsidRDefault="00000000">
            <w:pPr>
              <w:spacing w:after="0" w:line="240" w:lineRule="auto"/>
              <w:ind w:left="-20"/>
              <w:jc w:val="center"/>
              <w:rPr>
                <w:i/>
                <w:iCs/>
                <w:sz w:val="20"/>
                <w:szCs w:val="20"/>
              </w:rPr>
            </w:pPr>
            <w:r>
              <w:rPr>
                <w:i/>
                <w:iCs/>
                <w:sz w:val="20"/>
                <w:szCs w:val="20"/>
              </w:rPr>
              <w:t>Parteneri externi</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FD4689" w14:textId="77777777" w:rsidR="00156693" w:rsidRDefault="00000000">
            <w:pPr>
              <w:spacing w:after="0" w:line="240" w:lineRule="auto"/>
              <w:ind w:left="-20"/>
              <w:jc w:val="center"/>
              <w:rPr>
                <w:sz w:val="20"/>
                <w:szCs w:val="20"/>
              </w:rPr>
            </w:pPr>
            <w:r>
              <w:rPr>
                <w:sz w:val="20"/>
                <w:szCs w:val="20"/>
              </w:rPr>
              <w:t>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87DDB2" w14:textId="77777777" w:rsidR="00156693" w:rsidRDefault="00000000">
            <w:pPr>
              <w:spacing w:after="0" w:line="240" w:lineRule="auto"/>
              <w:ind w:left="-20"/>
              <w:jc w:val="center"/>
              <w:rPr>
                <w:sz w:val="20"/>
                <w:szCs w:val="20"/>
              </w:rPr>
            </w:pPr>
            <w:r>
              <w:rPr>
                <w:sz w:val="20"/>
                <w:szCs w:val="20"/>
              </w:rPr>
              <w:t>10</w:t>
            </w:r>
          </w:p>
          <w:p w14:paraId="3750CD08" w14:textId="77777777" w:rsidR="00156693" w:rsidRDefault="00156693">
            <w:pPr>
              <w:spacing w:after="0" w:line="240" w:lineRule="auto"/>
              <w:ind w:left="-20"/>
              <w:jc w:val="center"/>
              <w:rPr>
                <w:sz w:val="20"/>
                <w:szCs w:val="20"/>
              </w:rPr>
            </w:pPr>
          </w:p>
          <w:p w14:paraId="31D67DCE" w14:textId="77777777" w:rsidR="00156693" w:rsidRDefault="00156693">
            <w:pPr>
              <w:spacing w:after="0" w:line="240" w:lineRule="auto"/>
              <w:ind w:left="-20"/>
              <w:jc w:val="center"/>
              <w:rPr>
                <w:sz w:val="20"/>
                <w:szCs w:val="20"/>
              </w:rPr>
            </w:pPr>
          </w:p>
          <w:p w14:paraId="0CA50FC5" w14:textId="77777777" w:rsidR="00156693" w:rsidRDefault="00156693">
            <w:pPr>
              <w:spacing w:after="0" w:line="240" w:lineRule="auto"/>
              <w:ind w:left="-20"/>
              <w:jc w:val="center"/>
              <w:rPr>
                <w:sz w:val="20"/>
                <w:szCs w:val="20"/>
              </w:rPr>
            </w:pPr>
          </w:p>
          <w:p w14:paraId="335ABA6E" w14:textId="77777777" w:rsidR="00156693" w:rsidRDefault="00156693">
            <w:pPr>
              <w:spacing w:after="0" w:line="240" w:lineRule="auto"/>
              <w:ind w:left="-20"/>
              <w:jc w:val="center"/>
              <w:rPr>
                <w:sz w:val="20"/>
                <w:szCs w:val="20"/>
              </w:rPr>
            </w:pPr>
          </w:p>
          <w:p w14:paraId="3AAEDAD7" w14:textId="77777777" w:rsidR="00156693" w:rsidRDefault="00156693">
            <w:pPr>
              <w:spacing w:after="0" w:line="240" w:lineRule="auto"/>
              <w:ind w:left="-20"/>
              <w:jc w:val="center"/>
              <w:rPr>
                <w:sz w:val="20"/>
                <w:szCs w:val="20"/>
              </w:rPr>
            </w:pPr>
          </w:p>
          <w:p w14:paraId="610E2B84" w14:textId="77777777" w:rsidR="00156693" w:rsidRDefault="00156693">
            <w:pPr>
              <w:spacing w:after="0" w:line="240" w:lineRule="auto"/>
              <w:ind w:left="-20"/>
              <w:jc w:val="center"/>
              <w:rPr>
                <w:sz w:val="20"/>
                <w:szCs w:val="20"/>
              </w:rPr>
            </w:pPr>
          </w:p>
          <w:p w14:paraId="77A856BE" w14:textId="77777777" w:rsidR="00156693" w:rsidRDefault="00156693">
            <w:pPr>
              <w:spacing w:after="0" w:line="240" w:lineRule="auto"/>
              <w:ind w:left="-20"/>
              <w:jc w:val="center"/>
              <w:rPr>
                <w:sz w:val="20"/>
                <w:szCs w:val="20"/>
              </w:rPr>
            </w:pPr>
          </w:p>
          <w:p w14:paraId="1014B787"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5D17D4E" w14:textId="77777777" w:rsidR="00156693" w:rsidRDefault="00000000">
            <w:pPr>
              <w:spacing w:after="0" w:line="240" w:lineRule="auto"/>
              <w:ind w:left="-20"/>
              <w:jc w:val="center"/>
              <w:rPr>
                <w:sz w:val="20"/>
                <w:szCs w:val="20"/>
              </w:rPr>
            </w:pPr>
            <w:r>
              <w:rPr>
                <w:sz w:val="20"/>
                <w:szCs w:val="20"/>
              </w:rPr>
              <w:t>20</w:t>
            </w:r>
          </w:p>
          <w:p w14:paraId="50C0C2D8" w14:textId="77777777" w:rsidR="00156693" w:rsidRDefault="00156693">
            <w:pPr>
              <w:spacing w:after="0" w:line="240" w:lineRule="auto"/>
              <w:ind w:left="-20"/>
              <w:jc w:val="center"/>
              <w:rPr>
                <w:sz w:val="20"/>
                <w:szCs w:val="20"/>
              </w:rPr>
            </w:pPr>
          </w:p>
          <w:p w14:paraId="0DFFCA70" w14:textId="77777777" w:rsidR="00156693" w:rsidRDefault="00156693">
            <w:pPr>
              <w:spacing w:after="0" w:line="240" w:lineRule="auto"/>
              <w:ind w:left="-20"/>
              <w:jc w:val="center"/>
              <w:rPr>
                <w:sz w:val="20"/>
                <w:szCs w:val="20"/>
              </w:rPr>
            </w:pPr>
          </w:p>
          <w:p w14:paraId="2905E8BB" w14:textId="77777777" w:rsidR="00156693" w:rsidRDefault="00156693">
            <w:pPr>
              <w:spacing w:after="0" w:line="240" w:lineRule="auto"/>
              <w:ind w:left="-20"/>
              <w:jc w:val="center"/>
              <w:rPr>
                <w:sz w:val="20"/>
                <w:szCs w:val="20"/>
              </w:rPr>
            </w:pPr>
          </w:p>
          <w:p w14:paraId="62BE10B1" w14:textId="77777777" w:rsidR="00156693" w:rsidRDefault="00156693">
            <w:pPr>
              <w:spacing w:after="0" w:line="240" w:lineRule="auto"/>
              <w:ind w:left="-20"/>
              <w:jc w:val="center"/>
              <w:rPr>
                <w:sz w:val="20"/>
                <w:szCs w:val="20"/>
              </w:rPr>
            </w:pPr>
          </w:p>
          <w:p w14:paraId="3093506F" w14:textId="77777777" w:rsidR="00156693" w:rsidRDefault="00156693">
            <w:pPr>
              <w:spacing w:after="0" w:line="240" w:lineRule="auto"/>
              <w:ind w:left="-20"/>
              <w:jc w:val="center"/>
              <w:rPr>
                <w:sz w:val="20"/>
                <w:szCs w:val="20"/>
              </w:rPr>
            </w:pPr>
          </w:p>
          <w:p w14:paraId="1E818F03" w14:textId="77777777" w:rsidR="00156693" w:rsidRDefault="00156693">
            <w:pPr>
              <w:spacing w:after="0" w:line="240" w:lineRule="auto"/>
              <w:ind w:left="-20"/>
              <w:jc w:val="center"/>
              <w:rPr>
                <w:sz w:val="20"/>
                <w:szCs w:val="20"/>
              </w:rPr>
            </w:pPr>
          </w:p>
          <w:p w14:paraId="6B583403" w14:textId="77777777" w:rsidR="00156693" w:rsidRDefault="00156693">
            <w:pPr>
              <w:spacing w:after="0" w:line="240" w:lineRule="auto"/>
              <w:ind w:left="-20"/>
              <w:jc w:val="center"/>
              <w:rPr>
                <w:sz w:val="20"/>
                <w:szCs w:val="20"/>
              </w:rPr>
            </w:pPr>
          </w:p>
          <w:p w14:paraId="31D053B2"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27B034" w14:textId="77777777" w:rsidR="00156693" w:rsidRDefault="00000000">
            <w:pPr>
              <w:spacing w:after="0" w:line="240" w:lineRule="auto"/>
              <w:ind w:left="-20"/>
              <w:jc w:val="center"/>
              <w:rPr>
                <w:sz w:val="20"/>
                <w:szCs w:val="20"/>
              </w:rPr>
            </w:pPr>
            <w:r>
              <w:rPr>
                <w:sz w:val="20"/>
                <w:szCs w:val="20"/>
              </w:rPr>
              <w:t>30</w:t>
            </w:r>
          </w:p>
          <w:p w14:paraId="2D9F7AE1" w14:textId="77777777" w:rsidR="00156693" w:rsidRDefault="00156693">
            <w:pPr>
              <w:spacing w:after="0" w:line="240" w:lineRule="auto"/>
              <w:ind w:left="-20"/>
              <w:jc w:val="center"/>
              <w:rPr>
                <w:sz w:val="20"/>
                <w:szCs w:val="20"/>
              </w:rPr>
            </w:pPr>
          </w:p>
          <w:p w14:paraId="5A39E839" w14:textId="77777777" w:rsidR="00156693" w:rsidRDefault="00156693">
            <w:pPr>
              <w:spacing w:after="0" w:line="240" w:lineRule="auto"/>
              <w:ind w:left="-20"/>
              <w:jc w:val="center"/>
              <w:rPr>
                <w:sz w:val="20"/>
                <w:szCs w:val="20"/>
              </w:rPr>
            </w:pPr>
          </w:p>
          <w:p w14:paraId="7A8EAE6A" w14:textId="77777777" w:rsidR="00156693" w:rsidRDefault="00156693">
            <w:pPr>
              <w:spacing w:after="0" w:line="240" w:lineRule="auto"/>
              <w:ind w:left="-20"/>
              <w:jc w:val="center"/>
              <w:rPr>
                <w:sz w:val="20"/>
                <w:szCs w:val="20"/>
              </w:rPr>
            </w:pPr>
          </w:p>
          <w:p w14:paraId="4EC6254C" w14:textId="77777777" w:rsidR="00156693" w:rsidRDefault="00156693">
            <w:pPr>
              <w:spacing w:after="0" w:line="240" w:lineRule="auto"/>
              <w:ind w:left="-20"/>
              <w:jc w:val="center"/>
              <w:rPr>
                <w:sz w:val="20"/>
                <w:szCs w:val="20"/>
              </w:rPr>
            </w:pPr>
          </w:p>
          <w:p w14:paraId="2291BA24" w14:textId="77777777" w:rsidR="00156693" w:rsidRDefault="00156693">
            <w:pPr>
              <w:spacing w:after="0" w:line="240" w:lineRule="auto"/>
              <w:ind w:left="-20"/>
              <w:jc w:val="center"/>
              <w:rPr>
                <w:sz w:val="20"/>
                <w:szCs w:val="20"/>
              </w:rPr>
            </w:pPr>
          </w:p>
          <w:p w14:paraId="4B9EAF46" w14:textId="77777777" w:rsidR="00156693" w:rsidRDefault="00156693">
            <w:pPr>
              <w:spacing w:after="0" w:line="240" w:lineRule="auto"/>
              <w:ind w:left="-20"/>
              <w:jc w:val="center"/>
              <w:rPr>
                <w:sz w:val="20"/>
                <w:szCs w:val="20"/>
              </w:rPr>
            </w:pPr>
          </w:p>
          <w:p w14:paraId="21B6F31D" w14:textId="77777777" w:rsidR="00156693" w:rsidRDefault="00156693">
            <w:pPr>
              <w:spacing w:after="0" w:line="240" w:lineRule="auto"/>
              <w:ind w:left="-20"/>
              <w:jc w:val="center"/>
              <w:rPr>
                <w:sz w:val="20"/>
                <w:szCs w:val="20"/>
              </w:rPr>
            </w:pPr>
          </w:p>
          <w:p w14:paraId="02995B7B" w14:textId="77777777" w:rsidR="00156693" w:rsidRDefault="00156693">
            <w:pPr>
              <w:spacing w:after="0" w:line="240" w:lineRule="auto"/>
              <w:ind w:left="-20"/>
              <w:jc w:val="center"/>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573D26" w14:textId="77777777" w:rsidR="00156693" w:rsidRDefault="00000000">
            <w:pPr>
              <w:spacing w:after="0" w:line="240" w:lineRule="auto"/>
              <w:ind w:left="-20"/>
              <w:jc w:val="center"/>
              <w:rPr>
                <w:sz w:val="20"/>
                <w:szCs w:val="20"/>
              </w:rPr>
            </w:pPr>
            <w:r>
              <w:rPr>
                <w:sz w:val="20"/>
                <w:szCs w:val="20"/>
              </w:rPr>
              <w:t>40</w:t>
            </w:r>
          </w:p>
          <w:p w14:paraId="3DD1AEE1" w14:textId="77777777" w:rsidR="00156693" w:rsidRDefault="00156693">
            <w:pPr>
              <w:spacing w:after="0" w:line="240" w:lineRule="auto"/>
              <w:ind w:left="-20"/>
              <w:jc w:val="center"/>
              <w:rPr>
                <w:sz w:val="20"/>
                <w:szCs w:val="20"/>
              </w:rPr>
            </w:pPr>
          </w:p>
          <w:p w14:paraId="302EB093" w14:textId="77777777" w:rsidR="00156693" w:rsidRDefault="00156693">
            <w:pPr>
              <w:spacing w:after="0" w:line="240" w:lineRule="auto"/>
              <w:ind w:left="-20"/>
              <w:jc w:val="center"/>
              <w:rPr>
                <w:sz w:val="20"/>
                <w:szCs w:val="20"/>
              </w:rPr>
            </w:pPr>
          </w:p>
          <w:p w14:paraId="0A38D225" w14:textId="77777777" w:rsidR="00156693" w:rsidRDefault="00156693">
            <w:pPr>
              <w:spacing w:after="0" w:line="240" w:lineRule="auto"/>
              <w:ind w:left="-20"/>
              <w:jc w:val="center"/>
              <w:rPr>
                <w:sz w:val="20"/>
                <w:szCs w:val="20"/>
              </w:rPr>
            </w:pPr>
          </w:p>
          <w:p w14:paraId="40E287A5" w14:textId="77777777" w:rsidR="00156693" w:rsidRDefault="00156693">
            <w:pPr>
              <w:spacing w:after="0" w:line="240" w:lineRule="auto"/>
              <w:ind w:left="-20"/>
              <w:jc w:val="center"/>
              <w:rPr>
                <w:sz w:val="20"/>
                <w:szCs w:val="20"/>
              </w:rPr>
            </w:pPr>
          </w:p>
          <w:p w14:paraId="4D7A933E" w14:textId="77777777" w:rsidR="00156693" w:rsidRDefault="00156693">
            <w:pPr>
              <w:spacing w:after="0" w:line="240" w:lineRule="auto"/>
              <w:ind w:left="-20"/>
              <w:jc w:val="center"/>
              <w:rPr>
                <w:sz w:val="20"/>
                <w:szCs w:val="20"/>
              </w:rPr>
            </w:pPr>
          </w:p>
          <w:p w14:paraId="726F843E" w14:textId="77777777" w:rsidR="00156693" w:rsidRDefault="00156693">
            <w:pPr>
              <w:spacing w:after="0" w:line="240" w:lineRule="auto"/>
              <w:ind w:left="-20"/>
              <w:jc w:val="center"/>
              <w:rPr>
                <w:sz w:val="20"/>
                <w:szCs w:val="20"/>
              </w:rPr>
            </w:pPr>
          </w:p>
          <w:p w14:paraId="3B312CBE" w14:textId="77777777" w:rsidR="00156693" w:rsidRDefault="00156693">
            <w:pPr>
              <w:spacing w:after="0" w:line="240" w:lineRule="auto"/>
              <w:ind w:left="-20"/>
              <w:jc w:val="center"/>
              <w:rPr>
                <w:sz w:val="20"/>
                <w:szCs w:val="20"/>
              </w:rPr>
            </w:pPr>
          </w:p>
          <w:p w14:paraId="688E565A" w14:textId="77777777" w:rsidR="00156693" w:rsidRDefault="00156693">
            <w:pPr>
              <w:spacing w:after="0" w:line="240" w:lineRule="auto"/>
              <w:ind w:left="-20"/>
              <w:jc w:val="center"/>
              <w:rPr>
                <w:sz w:val="20"/>
                <w:szCs w:val="20"/>
              </w:rPr>
            </w:pPr>
          </w:p>
        </w:tc>
      </w:tr>
      <w:tr w:rsidR="00156693" w14:paraId="41C67479" w14:textId="77777777">
        <w:trPr>
          <w:trHeight w:val="3024"/>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92DFE76"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87C232" w14:textId="77777777" w:rsidR="00156693" w:rsidRDefault="00000000">
            <w:pPr>
              <w:spacing w:after="0" w:line="240" w:lineRule="auto"/>
              <w:ind w:left="-20"/>
              <w:rPr>
                <w:sz w:val="20"/>
                <w:szCs w:val="20"/>
              </w:rPr>
            </w:pPr>
            <w:r>
              <w:rPr>
                <w:sz w:val="20"/>
                <w:szCs w:val="20"/>
              </w:rPr>
              <w:t>1.1.1.5. Elaborarea și aprobarea metodologiei naționale de acreditare a structurilor care prestează servicii de tineret, inclusiv a centrelor de tineret, și instituirea și actualizarea Registrului serviciilor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31BD06" w14:textId="77777777" w:rsidR="00156693" w:rsidRDefault="00000000">
            <w:pPr>
              <w:spacing w:after="0" w:line="240" w:lineRule="auto"/>
              <w:ind w:left="-20"/>
              <w:rPr>
                <w:sz w:val="20"/>
                <w:szCs w:val="20"/>
              </w:rPr>
            </w:pPr>
            <w:r>
              <w:rPr>
                <w:sz w:val="20"/>
                <w:szCs w:val="20"/>
              </w:rPr>
              <w:t>Numărul structurilor acreditate și certificate pentru calitatea serviciilor prestate.</w:t>
            </w:r>
          </w:p>
          <w:p w14:paraId="2A2D663F" w14:textId="77777777" w:rsidR="00156693" w:rsidRDefault="00156693">
            <w:pPr>
              <w:spacing w:after="0" w:line="240" w:lineRule="auto"/>
              <w:ind w:left="-20"/>
              <w:rPr>
                <w:sz w:val="20"/>
                <w:szCs w:val="20"/>
              </w:rPr>
            </w:pPr>
          </w:p>
          <w:p w14:paraId="2AB85B46" w14:textId="77777777" w:rsidR="00156693" w:rsidRDefault="00000000">
            <w:pPr>
              <w:spacing w:after="0" w:line="240" w:lineRule="auto"/>
              <w:ind w:left="-20"/>
              <w:rPr>
                <w:sz w:val="20"/>
                <w:szCs w:val="20"/>
              </w:rPr>
            </w:pPr>
            <w:r>
              <w:rPr>
                <w:sz w:val="20"/>
                <w:szCs w:val="20"/>
              </w:rPr>
              <w:t>Metodologie de acreditare aprobată</w:t>
            </w:r>
          </w:p>
          <w:p w14:paraId="7D9264D7" w14:textId="77777777" w:rsidR="00156693" w:rsidRDefault="00156693">
            <w:pPr>
              <w:spacing w:after="0" w:line="240" w:lineRule="auto"/>
              <w:ind w:left="-20"/>
              <w:rPr>
                <w:sz w:val="20"/>
                <w:szCs w:val="20"/>
              </w:rPr>
            </w:pPr>
          </w:p>
          <w:p w14:paraId="74339931" w14:textId="77777777" w:rsidR="00156693" w:rsidRDefault="00000000">
            <w:pPr>
              <w:spacing w:after="0" w:line="240" w:lineRule="auto"/>
              <w:ind w:left="-20"/>
              <w:rPr>
                <w:sz w:val="20"/>
                <w:szCs w:val="20"/>
              </w:rPr>
            </w:pPr>
            <w:r>
              <w:rPr>
                <w:sz w:val="20"/>
                <w:szCs w:val="20"/>
              </w:rPr>
              <w:t>Registrul serviciilor de tineret funcțional și actualizat</w:t>
            </w:r>
          </w:p>
          <w:p w14:paraId="7A88EE33" w14:textId="77777777" w:rsidR="00156693" w:rsidRDefault="00156693">
            <w:pPr>
              <w:spacing w:after="0" w:line="240" w:lineRule="auto"/>
              <w:ind w:left="-20"/>
              <w:rPr>
                <w:sz w:val="20"/>
                <w:szCs w:val="20"/>
              </w:rPr>
            </w:pPr>
          </w:p>
          <w:p w14:paraId="72270F0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78DDDB" w14:textId="77777777" w:rsidR="00156693" w:rsidRDefault="00000000">
            <w:pPr>
              <w:spacing w:after="0" w:line="240" w:lineRule="auto"/>
              <w:ind w:left="-20"/>
              <w:jc w:val="center"/>
              <w:rPr>
                <w:sz w:val="20"/>
                <w:szCs w:val="20"/>
              </w:rPr>
            </w:pPr>
            <w:r>
              <w:rPr>
                <w:sz w:val="20"/>
                <w:szCs w:val="20"/>
              </w:rPr>
              <w:t>Trim. IV 2028 – metodologie și registru;</w:t>
            </w:r>
          </w:p>
          <w:p w14:paraId="3AE3F1B3" w14:textId="77777777" w:rsidR="00156693" w:rsidRDefault="00156693">
            <w:pPr>
              <w:spacing w:after="0" w:line="240" w:lineRule="auto"/>
              <w:ind w:left="-20"/>
              <w:jc w:val="center"/>
              <w:rPr>
                <w:sz w:val="20"/>
                <w:szCs w:val="20"/>
              </w:rPr>
            </w:pPr>
          </w:p>
          <w:p w14:paraId="55BC4362" w14:textId="77777777" w:rsidR="00156693" w:rsidRDefault="00000000">
            <w:pPr>
              <w:spacing w:after="0" w:line="240" w:lineRule="auto"/>
              <w:ind w:left="-20"/>
              <w:jc w:val="center"/>
              <w:rPr>
                <w:sz w:val="20"/>
                <w:szCs w:val="20"/>
              </w:rPr>
            </w:pPr>
            <w:r>
              <w:rPr>
                <w:sz w:val="20"/>
                <w:szCs w:val="20"/>
              </w:rPr>
              <w:t>Trim. IV, anual, 2029–2030 – acreditare</w:t>
            </w:r>
          </w:p>
          <w:p w14:paraId="3271DAE6" w14:textId="77777777" w:rsidR="00156693" w:rsidRDefault="00156693">
            <w:pPr>
              <w:spacing w:after="0" w:line="240" w:lineRule="auto"/>
              <w:ind w:left="-20"/>
              <w:jc w:val="center"/>
              <w:rPr>
                <w:sz w:val="20"/>
                <w:szCs w:val="20"/>
              </w:rPr>
            </w:pP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4E76A4B" w14:textId="77777777" w:rsidR="00156693" w:rsidRDefault="00000000">
            <w:pPr>
              <w:spacing w:after="40" w:line="240" w:lineRule="auto"/>
              <w:ind w:left="-20"/>
              <w:jc w:val="center"/>
              <w:rPr>
                <w:sz w:val="20"/>
                <w:szCs w:val="20"/>
              </w:rPr>
            </w:pPr>
            <w:r>
              <w:rPr>
                <w:sz w:val="20"/>
                <w:szCs w:val="20"/>
              </w:rPr>
              <w:t>Ministerul Educației și Cercetării</w:t>
            </w:r>
          </w:p>
          <w:p w14:paraId="4CE596B0" w14:textId="77777777" w:rsidR="00156693" w:rsidRDefault="00000000">
            <w:pPr>
              <w:spacing w:after="40" w:line="240" w:lineRule="auto"/>
              <w:ind w:left="-20"/>
              <w:jc w:val="center"/>
              <w:rPr>
                <w:sz w:val="20"/>
                <w:szCs w:val="20"/>
              </w:rPr>
            </w:pPr>
            <w:r>
              <w:rPr>
                <w:sz w:val="20"/>
                <w:szCs w:val="20"/>
              </w:rPr>
              <w:t>Agenția Națională Tineret</w:t>
            </w:r>
          </w:p>
          <w:p w14:paraId="1ED2B6CE" w14:textId="77777777" w:rsidR="00156693" w:rsidRDefault="00000000">
            <w:pPr>
              <w:spacing w:after="40" w:line="240" w:lineRule="auto"/>
              <w:ind w:left="-20"/>
              <w:jc w:val="center"/>
              <w:rPr>
                <w:sz w:val="20"/>
                <w:szCs w:val="20"/>
              </w:rPr>
            </w:pPr>
            <w:r>
              <w:rPr>
                <w:sz w:val="20"/>
                <w:szCs w:val="20"/>
              </w:rPr>
              <w:t>Centre de tineret</w:t>
            </w:r>
          </w:p>
          <w:p w14:paraId="14BBC0A6" w14:textId="77777777" w:rsidR="00156693" w:rsidRDefault="00000000">
            <w:pPr>
              <w:spacing w:after="40" w:line="240" w:lineRule="auto"/>
              <w:ind w:left="-20"/>
              <w:jc w:val="center"/>
              <w:rPr>
                <w:sz w:val="20"/>
                <w:szCs w:val="20"/>
              </w:rPr>
            </w:pPr>
            <w:r>
              <w:rPr>
                <w:sz w:val="20"/>
                <w:szCs w:val="20"/>
              </w:rPr>
              <w:t>Organizații de tineret</w:t>
            </w:r>
          </w:p>
          <w:p w14:paraId="01DA628C"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0337DA" w14:textId="77777777" w:rsidR="00156693" w:rsidRDefault="00000000">
            <w:pPr>
              <w:spacing w:after="40" w:line="240" w:lineRule="auto"/>
              <w:ind w:left="-20"/>
              <w:jc w:val="center"/>
              <w:rPr>
                <w:i/>
                <w:iCs/>
                <w:sz w:val="20"/>
                <w:szCs w:val="20"/>
              </w:rPr>
            </w:pPr>
            <w:r>
              <w:rPr>
                <w:i/>
                <w:iCs/>
                <w:sz w:val="20"/>
                <w:szCs w:val="20"/>
              </w:rPr>
              <w:t>100,0 (2028)</w:t>
            </w:r>
          </w:p>
          <w:p w14:paraId="4082795E" w14:textId="77777777" w:rsidR="00156693" w:rsidRDefault="00000000">
            <w:pPr>
              <w:spacing w:after="40" w:line="240" w:lineRule="auto"/>
              <w:ind w:left="-20"/>
              <w:jc w:val="center"/>
              <w:rPr>
                <w:i/>
                <w:iCs/>
                <w:sz w:val="20"/>
                <w:szCs w:val="20"/>
              </w:rPr>
            </w:pPr>
            <w:r>
              <w:rPr>
                <w:i/>
                <w:iCs/>
                <w:sz w:val="20"/>
                <w:szCs w:val="20"/>
              </w:rPr>
              <w:t>BS</w:t>
            </w:r>
          </w:p>
          <w:p w14:paraId="6876ED74" w14:textId="77777777" w:rsidR="00156693" w:rsidRDefault="00156693">
            <w:pPr>
              <w:spacing w:after="4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8060F8"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14DE2A"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9BC374" w14:textId="77777777" w:rsidR="00156693" w:rsidRDefault="00000000">
            <w:pPr>
              <w:spacing w:after="0" w:line="240" w:lineRule="auto"/>
              <w:ind w:left="-20"/>
              <w:jc w:val="center"/>
              <w:rPr>
                <w:sz w:val="20"/>
                <w:szCs w:val="20"/>
              </w:rPr>
            </w:pPr>
            <w:r>
              <w:rPr>
                <w:sz w:val="20"/>
                <w:szCs w:val="20"/>
              </w:rPr>
              <w:t>–</w:t>
            </w:r>
          </w:p>
          <w:p w14:paraId="02A61CF3"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9B147A8" w14:textId="77777777" w:rsidR="00156693" w:rsidRDefault="00000000">
            <w:pPr>
              <w:spacing w:after="0" w:line="240" w:lineRule="auto"/>
              <w:ind w:left="-20"/>
              <w:jc w:val="center"/>
              <w:rPr>
                <w:sz w:val="20"/>
                <w:szCs w:val="20"/>
              </w:rPr>
            </w:pPr>
            <w:r>
              <w:rPr>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16C668" w14:textId="77777777" w:rsidR="00156693" w:rsidRDefault="00000000">
            <w:pPr>
              <w:spacing w:after="0" w:line="240" w:lineRule="auto"/>
              <w:ind w:left="-20"/>
              <w:jc w:val="center"/>
              <w:rPr>
                <w:sz w:val="20"/>
                <w:szCs w:val="20"/>
              </w:rPr>
            </w:pPr>
            <w:r>
              <w:rPr>
                <w:sz w:val="20"/>
                <w:szCs w:val="20"/>
              </w:rPr>
              <w:t>25</w:t>
            </w:r>
          </w:p>
        </w:tc>
      </w:tr>
      <w:tr w:rsidR="00156693" w14:paraId="7F994418" w14:textId="77777777">
        <w:trPr>
          <w:trHeight w:val="84"/>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56F26FC" w14:textId="77777777" w:rsidR="00156693" w:rsidRDefault="00000000">
            <w:pPr>
              <w:spacing w:after="40" w:line="240" w:lineRule="auto"/>
              <w:ind w:left="-20"/>
              <w:rPr>
                <w:sz w:val="20"/>
                <w:szCs w:val="20"/>
              </w:rPr>
            </w:pPr>
            <w:r>
              <w:rPr>
                <w:b/>
                <w:bCs/>
                <w:sz w:val="20"/>
                <w:szCs w:val="20"/>
              </w:rPr>
              <w:t xml:space="preserve">Rezultat anticipat 1.1.2. </w:t>
            </w:r>
            <w:r>
              <w:t>Centrele de tineret își consolidează capacitățile instituționale, 100% dintre centrele sprijinite dispunând de plan de dezvoltare instituțională aplicat și raportat anual.</w:t>
            </w:r>
          </w:p>
          <w:p w14:paraId="44379A5E" w14:textId="77777777" w:rsidR="00156693" w:rsidRDefault="00156693">
            <w:pPr>
              <w:spacing w:after="0" w:line="240" w:lineRule="auto"/>
              <w:ind w:left="-20"/>
              <w:rPr>
                <w:sz w:val="20"/>
                <w:szCs w:val="20"/>
              </w:rPr>
            </w:pPr>
          </w:p>
          <w:p w14:paraId="2429D5B4"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 xml:space="preserve">Ponderea (%) centrelor de tineret care dispun de plan de </w:t>
            </w:r>
            <w:r>
              <w:rPr>
                <w:sz w:val="20"/>
                <w:szCs w:val="20"/>
              </w:rPr>
              <w:lastRenderedPageBreak/>
              <w:t>dezvoltare instituțională aplicat și raportat anual.</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F80DCA" w14:textId="77777777" w:rsidR="00156693" w:rsidRDefault="00000000">
            <w:pPr>
              <w:spacing w:after="0" w:line="240" w:lineRule="auto"/>
              <w:ind w:left="-20"/>
              <w:rPr>
                <w:sz w:val="20"/>
                <w:szCs w:val="20"/>
              </w:rPr>
            </w:pPr>
            <w:r>
              <w:rPr>
                <w:sz w:val="20"/>
                <w:szCs w:val="20"/>
              </w:rPr>
              <w:lastRenderedPageBreak/>
              <w:t>1.1.2.1. Cartografierea anuală a centrelor de tineret, atribuirea nivelului de dezvoltare (I–III) și actualizarea Registrului centrelor de tineret, cu identificarea barierelor de accesibilitate și a investițiilor prioritare.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35EF74" w14:textId="77777777" w:rsidR="00156693" w:rsidRDefault="00000000">
            <w:pPr>
              <w:spacing w:after="0" w:line="240" w:lineRule="auto"/>
              <w:ind w:left="-20"/>
              <w:rPr>
                <w:sz w:val="20"/>
                <w:szCs w:val="20"/>
              </w:rPr>
            </w:pPr>
            <w:r>
              <w:rPr>
                <w:sz w:val="20"/>
                <w:szCs w:val="20"/>
              </w:rPr>
              <w:t>100% dintre centrele de tineret cartografiate anual;</w:t>
            </w:r>
          </w:p>
          <w:p w14:paraId="462FEC5D" w14:textId="77777777" w:rsidR="00156693" w:rsidRDefault="00156693">
            <w:pPr>
              <w:spacing w:after="0" w:line="240" w:lineRule="auto"/>
              <w:ind w:left="-20"/>
              <w:rPr>
                <w:sz w:val="20"/>
                <w:szCs w:val="20"/>
              </w:rPr>
            </w:pPr>
          </w:p>
          <w:p w14:paraId="378B809B" w14:textId="77777777" w:rsidR="00156693" w:rsidRDefault="00000000">
            <w:pPr>
              <w:spacing w:after="0" w:line="240" w:lineRule="auto"/>
              <w:ind w:left="-20"/>
              <w:rPr>
                <w:sz w:val="20"/>
                <w:szCs w:val="20"/>
              </w:rPr>
            </w:pPr>
            <w:r>
              <w:rPr>
                <w:sz w:val="20"/>
                <w:szCs w:val="20"/>
              </w:rPr>
              <w:t>Registrul centrelor de tineret actualizat și publicat până la 31 martie;</w:t>
            </w:r>
          </w:p>
          <w:p w14:paraId="7DD18575" w14:textId="77777777" w:rsidR="00156693" w:rsidRDefault="00156693">
            <w:pPr>
              <w:spacing w:after="0" w:line="240" w:lineRule="auto"/>
              <w:ind w:left="-20"/>
              <w:rPr>
                <w:sz w:val="20"/>
                <w:szCs w:val="20"/>
              </w:rPr>
            </w:pPr>
          </w:p>
          <w:p w14:paraId="69F9E0D2" w14:textId="77777777" w:rsidR="00156693" w:rsidRDefault="00000000">
            <w:pPr>
              <w:spacing w:after="0" w:line="240" w:lineRule="auto"/>
              <w:ind w:left="-20"/>
              <w:rPr>
                <w:sz w:val="20"/>
                <w:szCs w:val="20"/>
              </w:rPr>
            </w:pPr>
            <w:r>
              <w:rPr>
                <w:sz w:val="20"/>
                <w:szCs w:val="20"/>
              </w:rPr>
              <w:t>Listă anuală de investiții prioritizate și fundamentate.</w:t>
            </w:r>
          </w:p>
          <w:p w14:paraId="3232DA4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ED2857" w14:textId="77777777" w:rsidR="00156693" w:rsidRDefault="00000000">
            <w:pPr>
              <w:spacing w:after="0" w:line="240" w:lineRule="auto"/>
              <w:ind w:left="-20"/>
              <w:jc w:val="center"/>
              <w:rPr>
                <w:sz w:val="20"/>
                <w:szCs w:val="20"/>
              </w:rPr>
            </w:pPr>
            <w:r>
              <w:rPr>
                <w:sz w:val="20"/>
                <w:szCs w:val="20"/>
              </w:rPr>
              <w:t>Trim. I, anual, 2027–2030</w:t>
            </w:r>
          </w:p>
          <w:p w14:paraId="1C317B2F" w14:textId="77777777" w:rsidR="00156693" w:rsidRDefault="00156693">
            <w:pPr>
              <w:spacing w:after="0" w:line="240" w:lineRule="auto"/>
              <w:ind w:left="-20"/>
              <w:rPr>
                <w:sz w:val="20"/>
                <w:szCs w:val="20"/>
              </w:rPr>
            </w:pPr>
          </w:p>
          <w:p w14:paraId="314F6AEE" w14:textId="77777777" w:rsidR="00156693" w:rsidRDefault="00000000">
            <w:pPr>
              <w:spacing w:after="0" w:line="240" w:lineRule="auto"/>
              <w:ind w:left="-20"/>
              <w:jc w:val="center"/>
              <w:rPr>
                <w:sz w:val="20"/>
                <w:szCs w:val="20"/>
              </w:rPr>
            </w:pPr>
            <w:r>
              <w:rPr>
                <w:sz w:val="20"/>
                <w:szCs w:val="20"/>
              </w:rPr>
              <w:t xml:space="preserve">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EC5F06C" w14:textId="77777777" w:rsidR="00156693" w:rsidRDefault="00000000">
            <w:pPr>
              <w:spacing w:after="40" w:line="240" w:lineRule="auto"/>
              <w:ind w:left="-20"/>
              <w:jc w:val="center"/>
              <w:rPr>
                <w:sz w:val="20"/>
                <w:szCs w:val="20"/>
              </w:rPr>
            </w:pPr>
            <w:r>
              <w:rPr>
                <w:sz w:val="20"/>
                <w:szCs w:val="20"/>
              </w:rPr>
              <w:t>Agenția Națională Tineret</w:t>
            </w:r>
          </w:p>
          <w:p w14:paraId="1AA52F69" w14:textId="77777777" w:rsidR="00156693" w:rsidRDefault="00000000">
            <w:pPr>
              <w:spacing w:after="0" w:line="240" w:lineRule="auto"/>
              <w:ind w:left="-20"/>
              <w:jc w:val="center"/>
              <w:rPr>
                <w:sz w:val="20"/>
                <w:szCs w:val="20"/>
              </w:rPr>
            </w:pPr>
            <w:r>
              <w:rPr>
                <w:sz w:val="20"/>
                <w:szCs w:val="20"/>
              </w:rPr>
              <w:t>autorități publice locale</w:t>
            </w:r>
          </w:p>
          <w:p w14:paraId="4E189042" w14:textId="77777777" w:rsidR="00156693" w:rsidRDefault="00000000">
            <w:pPr>
              <w:spacing w:after="0" w:line="240" w:lineRule="auto"/>
              <w:ind w:left="-20"/>
              <w:jc w:val="center"/>
              <w:rPr>
                <w:sz w:val="20"/>
                <w:szCs w:val="20"/>
              </w:rPr>
            </w:pPr>
            <w:r>
              <w:rPr>
                <w:sz w:val="20"/>
                <w:szCs w:val="20"/>
              </w:rPr>
              <w:t>centre de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6307E6" w14:textId="77777777" w:rsidR="00156693" w:rsidRDefault="00000000">
            <w:pPr>
              <w:spacing w:after="40" w:line="240" w:lineRule="auto"/>
              <w:ind w:left="-20"/>
              <w:jc w:val="center"/>
              <w:rPr>
                <w:i/>
                <w:iCs/>
                <w:sz w:val="20"/>
                <w:szCs w:val="20"/>
              </w:rPr>
            </w:pPr>
            <w:r>
              <w:rPr>
                <w:i/>
                <w:iCs/>
                <w:sz w:val="20"/>
                <w:szCs w:val="20"/>
              </w:rPr>
              <w:t xml:space="preserve">50,0 </w:t>
            </w:r>
          </w:p>
          <w:p w14:paraId="3532C6D1" w14:textId="77777777" w:rsidR="00156693" w:rsidRDefault="00000000">
            <w:pPr>
              <w:spacing w:after="40" w:line="240" w:lineRule="auto"/>
              <w:ind w:left="-20"/>
              <w:jc w:val="center"/>
              <w:rPr>
                <w:i/>
                <w:iCs/>
                <w:sz w:val="20"/>
                <w:szCs w:val="20"/>
              </w:rPr>
            </w:pPr>
            <w:r>
              <w:rPr>
                <w:i/>
                <w:iCs/>
                <w:sz w:val="20"/>
                <w:szCs w:val="20"/>
              </w:rPr>
              <w:t xml:space="preserve">(anual) </w:t>
            </w:r>
          </w:p>
          <w:p w14:paraId="7802059B" w14:textId="77777777" w:rsidR="00156693" w:rsidRDefault="00000000">
            <w:pPr>
              <w:spacing w:after="40" w:line="240" w:lineRule="auto"/>
              <w:ind w:left="-20"/>
              <w:jc w:val="center"/>
              <w:rPr>
                <w:sz w:val="20"/>
                <w:szCs w:val="20"/>
              </w:rPr>
            </w:pPr>
            <w:r>
              <w:rPr>
                <w:sz w:val="20"/>
                <w:szCs w:val="20"/>
              </w:rPr>
              <w:t>2027 - 2030</w:t>
            </w:r>
          </w:p>
          <w:p w14:paraId="009E08AB"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BF3740" w14:textId="77777777" w:rsidR="00156693" w:rsidRDefault="00000000">
            <w:pPr>
              <w:spacing w:after="0" w:line="240" w:lineRule="auto"/>
              <w:ind w:left="-20"/>
              <w:jc w:val="center"/>
              <w:rPr>
                <w:sz w:val="20"/>
                <w:szCs w:val="20"/>
              </w:rPr>
            </w:pPr>
            <w:r>
              <w:rPr>
                <w:sz w:val="20"/>
                <w:szCs w:val="20"/>
              </w:rPr>
              <w:t>30%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7B775C1" w14:textId="77777777" w:rsidR="00156693" w:rsidRDefault="00000000">
            <w:pPr>
              <w:spacing w:after="0" w:line="240" w:lineRule="auto"/>
              <w:ind w:left="-20"/>
              <w:jc w:val="center"/>
              <w:rPr>
                <w:sz w:val="20"/>
                <w:szCs w:val="20"/>
              </w:rPr>
            </w:pPr>
            <w:r>
              <w:rPr>
                <w:sz w:val="20"/>
                <w:szCs w:val="20"/>
              </w:rPr>
              <w:t>40%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2D5ACE"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018E0B" w14:textId="77777777" w:rsidR="00156693" w:rsidRDefault="00000000">
            <w:pPr>
              <w:spacing w:after="0" w:line="240" w:lineRule="auto"/>
              <w:ind w:left="-20"/>
              <w:jc w:val="center"/>
              <w:rPr>
                <w:sz w:val="20"/>
                <w:szCs w:val="20"/>
              </w:rPr>
            </w:pPr>
            <w:r>
              <w:rPr>
                <w:sz w:val="20"/>
                <w:szCs w:val="20"/>
              </w:rPr>
              <w:t>80%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B3037A" w14:textId="77777777" w:rsidR="00156693" w:rsidRDefault="00000000">
            <w:pPr>
              <w:spacing w:after="0" w:line="240" w:lineRule="auto"/>
              <w:ind w:left="-20"/>
              <w:jc w:val="center"/>
              <w:rPr>
                <w:sz w:val="20"/>
                <w:szCs w:val="20"/>
              </w:rPr>
            </w:pPr>
            <w:r>
              <w:rPr>
                <w:sz w:val="20"/>
                <w:szCs w:val="20"/>
              </w:rPr>
              <w:t>100%</w:t>
            </w:r>
          </w:p>
        </w:tc>
      </w:tr>
      <w:tr w:rsidR="00156693" w14:paraId="448B219F"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5D658B0"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151719" w14:textId="77777777" w:rsidR="00156693" w:rsidRDefault="00000000">
            <w:pPr>
              <w:spacing w:after="0" w:line="240" w:lineRule="auto"/>
              <w:ind w:left="-20"/>
              <w:rPr>
                <w:sz w:val="20"/>
                <w:szCs w:val="20"/>
              </w:rPr>
            </w:pPr>
            <w:r>
              <w:rPr>
                <w:sz w:val="20"/>
                <w:szCs w:val="20"/>
              </w:rPr>
              <w:t>1.1.2.2. Realizarea evaluării instituționale externe a centrelor de tineret scadente, conform Metodologiei de evaluare, cu urmărirea remedierilor și actualizarea Registrului categoriilor atribuite.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241F01" w14:textId="77777777" w:rsidR="00156693" w:rsidRDefault="00000000">
            <w:pPr>
              <w:spacing w:after="0" w:line="240" w:lineRule="auto"/>
              <w:ind w:left="-20"/>
              <w:rPr>
                <w:sz w:val="20"/>
                <w:szCs w:val="20"/>
              </w:rPr>
            </w:pPr>
            <w:r>
              <w:rPr>
                <w:sz w:val="20"/>
                <w:szCs w:val="20"/>
              </w:rPr>
              <w:t>Numărul centrelor evaluate extern;</w:t>
            </w:r>
          </w:p>
          <w:p w14:paraId="4BC64C31" w14:textId="77777777" w:rsidR="00156693" w:rsidRDefault="00156693">
            <w:pPr>
              <w:spacing w:after="0" w:line="240" w:lineRule="auto"/>
              <w:ind w:left="-20"/>
              <w:rPr>
                <w:sz w:val="20"/>
                <w:szCs w:val="20"/>
              </w:rPr>
            </w:pPr>
          </w:p>
          <w:p w14:paraId="1165E41F" w14:textId="77777777" w:rsidR="00156693" w:rsidRDefault="00000000">
            <w:pPr>
              <w:spacing w:after="0" w:line="240" w:lineRule="auto"/>
              <w:ind w:left="-20"/>
              <w:rPr>
                <w:sz w:val="20"/>
                <w:szCs w:val="20"/>
              </w:rPr>
            </w:pPr>
            <w:r>
              <w:rPr>
                <w:sz w:val="20"/>
                <w:szCs w:val="20"/>
              </w:rPr>
              <w:t>100% dintre centrele de tineret scadente evaluate în ciclul de cinci ani;</w:t>
            </w:r>
          </w:p>
          <w:p w14:paraId="0CED3775" w14:textId="77777777" w:rsidR="00156693" w:rsidRDefault="00156693">
            <w:pPr>
              <w:spacing w:after="0" w:line="240" w:lineRule="auto"/>
              <w:ind w:left="-20"/>
              <w:rPr>
                <w:sz w:val="20"/>
                <w:szCs w:val="20"/>
              </w:rPr>
            </w:pPr>
          </w:p>
          <w:p w14:paraId="03752DD8" w14:textId="77777777" w:rsidR="00156693" w:rsidRDefault="00000000">
            <w:pPr>
              <w:spacing w:after="0" w:line="240" w:lineRule="auto"/>
              <w:ind w:left="-20"/>
              <w:rPr>
                <w:sz w:val="20"/>
                <w:szCs w:val="20"/>
              </w:rPr>
            </w:pPr>
            <w:r>
              <w:rPr>
                <w:sz w:val="20"/>
                <w:szCs w:val="20"/>
              </w:rPr>
              <w:t>​Registrul categoriilor atribuite actualizat și deciziile fondatorilor publicate.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16C5CA2" w14:textId="77777777" w:rsidR="00156693" w:rsidRDefault="00000000">
            <w:pPr>
              <w:spacing w:after="0" w:line="240" w:lineRule="auto"/>
              <w:ind w:left="-20"/>
              <w:jc w:val="center"/>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2A9049" w14:textId="77777777" w:rsidR="00156693" w:rsidRDefault="00000000">
            <w:pPr>
              <w:spacing w:after="40" w:line="240" w:lineRule="auto"/>
              <w:ind w:left="-20"/>
              <w:jc w:val="center"/>
              <w:rPr>
                <w:sz w:val="20"/>
                <w:szCs w:val="20"/>
              </w:rPr>
            </w:pPr>
            <w:r>
              <w:rPr>
                <w:sz w:val="20"/>
                <w:szCs w:val="20"/>
              </w:rPr>
              <w:t>Agenția Națională Tineret</w:t>
            </w:r>
          </w:p>
          <w:p w14:paraId="7CEE2DC3" w14:textId="77777777" w:rsidR="00156693" w:rsidRDefault="00000000">
            <w:pPr>
              <w:spacing w:after="0" w:line="240" w:lineRule="auto"/>
              <w:ind w:left="-20"/>
              <w:jc w:val="center"/>
              <w:rPr>
                <w:sz w:val="20"/>
                <w:szCs w:val="20"/>
              </w:rPr>
            </w:pPr>
            <w:r>
              <w:rPr>
                <w:sz w:val="20"/>
                <w:szCs w:val="20"/>
              </w:rPr>
              <w:t>Ministerul Educației și Cercetării</w:t>
            </w:r>
          </w:p>
          <w:p w14:paraId="585E8BBF" w14:textId="77777777" w:rsidR="00156693" w:rsidRDefault="00000000">
            <w:pPr>
              <w:spacing w:after="0" w:line="240" w:lineRule="auto"/>
              <w:ind w:left="-20"/>
              <w:jc w:val="center"/>
              <w:rPr>
                <w:sz w:val="20"/>
                <w:szCs w:val="20"/>
              </w:rPr>
            </w:pPr>
            <w:r>
              <w:rPr>
                <w:sz w:val="20"/>
                <w:szCs w:val="20"/>
              </w:rPr>
              <w:t>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240C9B" w14:textId="77777777" w:rsidR="00156693" w:rsidRDefault="00000000">
            <w:pPr>
              <w:spacing w:after="40" w:line="240" w:lineRule="auto"/>
              <w:ind w:left="-20"/>
              <w:jc w:val="center"/>
              <w:rPr>
                <w:i/>
                <w:iCs/>
                <w:sz w:val="20"/>
                <w:szCs w:val="20"/>
              </w:rPr>
            </w:pPr>
            <w:r>
              <w:rPr>
                <w:i/>
                <w:iCs/>
                <w:sz w:val="20"/>
                <w:szCs w:val="20"/>
              </w:rPr>
              <w:t>23,0</w:t>
            </w:r>
          </w:p>
          <w:p w14:paraId="08047792" w14:textId="77777777" w:rsidR="00156693" w:rsidRDefault="00000000">
            <w:pPr>
              <w:spacing w:after="40" w:line="240" w:lineRule="auto"/>
              <w:ind w:left="-20"/>
              <w:jc w:val="center"/>
              <w:rPr>
                <w:i/>
                <w:iCs/>
                <w:sz w:val="20"/>
                <w:szCs w:val="20"/>
              </w:rPr>
            </w:pPr>
            <w:r>
              <w:rPr>
                <w:i/>
                <w:iCs/>
                <w:sz w:val="20"/>
                <w:szCs w:val="20"/>
              </w:rPr>
              <w:t>(anual)</w:t>
            </w:r>
          </w:p>
          <w:p w14:paraId="2E6BC6AD" w14:textId="77777777" w:rsidR="00156693" w:rsidRDefault="00000000">
            <w:pPr>
              <w:spacing w:after="40" w:line="240" w:lineRule="auto"/>
              <w:ind w:left="-20"/>
              <w:jc w:val="center"/>
              <w:rPr>
                <w:sz w:val="20"/>
                <w:szCs w:val="20"/>
              </w:rPr>
            </w:pPr>
            <w:r>
              <w:rPr>
                <w:sz w:val="20"/>
                <w:szCs w:val="20"/>
              </w:rPr>
              <w:t>2027-2030</w:t>
            </w:r>
          </w:p>
          <w:p w14:paraId="77B19BE2"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B6206A" w14:textId="77777777" w:rsidR="00156693" w:rsidRDefault="00000000">
            <w:pPr>
              <w:spacing w:after="0" w:line="240" w:lineRule="auto"/>
              <w:ind w:left="-20"/>
              <w:jc w:val="center"/>
              <w:rPr>
                <w:sz w:val="20"/>
                <w:szCs w:val="20"/>
              </w:rPr>
            </w:pPr>
            <w:r>
              <w:rPr>
                <w:sz w:val="20"/>
                <w:szCs w:val="20"/>
              </w:rPr>
              <w:t>30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067154" w14:textId="77777777" w:rsidR="00156693" w:rsidRDefault="00000000">
            <w:pPr>
              <w:spacing w:after="0" w:line="240" w:lineRule="auto"/>
              <w:ind w:left="-20"/>
              <w:jc w:val="center"/>
              <w:rPr>
                <w:sz w:val="20"/>
                <w:szCs w:val="20"/>
              </w:rPr>
            </w:pPr>
            <w:r>
              <w:rPr>
                <w:sz w:val="20"/>
                <w:szCs w:val="20"/>
              </w:rPr>
              <w:t>40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B366FDE"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6E7503" w14:textId="77777777" w:rsidR="00156693" w:rsidRDefault="00000000">
            <w:pPr>
              <w:spacing w:after="0" w:line="240" w:lineRule="auto"/>
              <w:ind w:left="-20"/>
              <w:jc w:val="center"/>
              <w:rPr>
                <w:sz w:val="20"/>
                <w:szCs w:val="20"/>
              </w:rPr>
            </w:pPr>
            <w:r>
              <w:rPr>
                <w:sz w:val="20"/>
                <w:szCs w:val="20"/>
              </w:rPr>
              <w:t>80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28BB428" w14:textId="77777777" w:rsidR="00156693" w:rsidRDefault="00000000">
            <w:pPr>
              <w:spacing w:after="0" w:line="240" w:lineRule="auto"/>
              <w:ind w:left="-20"/>
              <w:jc w:val="center"/>
              <w:rPr>
                <w:sz w:val="20"/>
                <w:szCs w:val="20"/>
              </w:rPr>
            </w:pPr>
            <w:r>
              <w:rPr>
                <w:sz w:val="20"/>
                <w:szCs w:val="20"/>
              </w:rPr>
              <w:t>100</w:t>
            </w:r>
          </w:p>
        </w:tc>
      </w:tr>
      <w:tr w:rsidR="00156693" w14:paraId="0DA901BB"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895A85B"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688281" w14:textId="77777777" w:rsidR="00156693" w:rsidRDefault="00000000">
            <w:pPr>
              <w:spacing w:after="0" w:line="240" w:lineRule="auto"/>
              <w:ind w:left="-20"/>
              <w:rPr>
                <w:sz w:val="20"/>
                <w:szCs w:val="20"/>
              </w:rPr>
            </w:pPr>
            <w:r>
              <w:rPr>
                <w:sz w:val="20"/>
                <w:szCs w:val="20"/>
              </w:rPr>
              <w:t>1.1.2.3. Acordarea suportului centrelor de tineret pentru elaborarea și aplicarea planurilor de dezvoltare instituțională și a instrumentelor de management, prin instruire și mentorat practic.</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63415E" w14:textId="77777777" w:rsidR="00156693" w:rsidRDefault="00000000">
            <w:pPr>
              <w:spacing w:after="0" w:line="240" w:lineRule="auto"/>
              <w:ind w:left="-20"/>
              <w:rPr>
                <w:sz w:val="20"/>
                <w:szCs w:val="20"/>
              </w:rPr>
            </w:pPr>
            <w:r>
              <w:rPr>
                <w:sz w:val="20"/>
                <w:szCs w:val="20"/>
              </w:rPr>
              <w:t>Minimum 10 centre de tineret asistate anual;</w:t>
            </w:r>
          </w:p>
          <w:p w14:paraId="3ECF76F5" w14:textId="77777777" w:rsidR="00156693" w:rsidRDefault="00156693">
            <w:pPr>
              <w:spacing w:after="0" w:line="240" w:lineRule="auto"/>
              <w:ind w:left="-20"/>
              <w:rPr>
                <w:sz w:val="20"/>
                <w:szCs w:val="20"/>
              </w:rPr>
            </w:pPr>
          </w:p>
          <w:p w14:paraId="38137D9B" w14:textId="77777777" w:rsidR="00156693" w:rsidRDefault="00000000">
            <w:pPr>
              <w:spacing w:after="0" w:line="240" w:lineRule="auto"/>
              <w:ind w:left="-20"/>
              <w:rPr>
                <w:sz w:val="20"/>
                <w:szCs w:val="20"/>
              </w:rPr>
            </w:pPr>
            <w:r>
              <w:rPr>
                <w:sz w:val="20"/>
                <w:szCs w:val="20"/>
              </w:rPr>
              <w:t>Ponderea centrelor sprijinite cu plan de dezvoltare instituțională aplicat și raportat anual.</w:t>
            </w:r>
          </w:p>
          <w:p w14:paraId="5EC66CA9"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4388ED" w14:textId="77777777" w:rsidR="00156693" w:rsidRDefault="00000000">
            <w:pPr>
              <w:spacing w:after="0" w:line="240" w:lineRule="auto"/>
              <w:ind w:left="-20"/>
              <w:jc w:val="center"/>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E8DDC4" w14:textId="77777777" w:rsidR="00156693" w:rsidRDefault="00000000">
            <w:pPr>
              <w:spacing w:after="40" w:line="240" w:lineRule="auto"/>
              <w:ind w:left="-20"/>
              <w:jc w:val="center"/>
              <w:rPr>
                <w:sz w:val="20"/>
                <w:szCs w:val="20"/>
              </w:rPr>
            </w:pPr>
            <w:r>
              <w:rPr>
                <w:sz w:val="20"/>
                <w:szCs w:val="20"/>
              </w:rPr>
              <w:t>Agenția Națională Tineret</w:t>
            </w:r>
          </w:p>
          <w:p w14:paraId="5A9070CF" w14:textId="77777777" w:rsidR="00156693" w:rsidRDefault="00000000">
            <w:pPr>
              <w:spacing w:after="0" w:line="240" w:lineRule="auto"/>
              <w:ind w:left="-20"/>
              <w:jc w:val="center"/>
              <w:rPr>
                <w:sz w:val="20"/>
                <w:szCs w:val="20"/>
              </w:rPr>
            </w:pPr>
            <w:r>
              <w:rPr>
                <w:sz w:val="20"/>
                <w:szCs w:val="20"/>
              </w:rPr>
              <w:t>Ministerul Educației și Cercetării</w:t>
            </w:r>
          </w:p>
          <w:p w14:paraId="72448F69" w14:textId="77777777" w:rsidR="00156693" w:rsidRDefault="00000000">
            <w:pPr>
              <w:spacing w:after="40" w:line="240" w:lineRule="auto"/>
              <w:ind w:left="-20"/>
              <w:jc w:val="center"/>
              <w:rPr>
                <w:sz w:val="20"/>
                <w:szCs w:val="20"/>
              </w:rPr>
            </w:pPr>
            <w:r>
              <w:rPr>
                <w:sz w:val="20"/>
                <w:szCs w:val="20"/>
              </w:rPr>
              <w:t xml:space="preserve">Centre de tineret </w:t>
            </w:r>
          </w:p>
          <w:p w14:paraId="4B3EA3A8" w14:textId="77777777" w:rsidR="00156693" w:rsidRDefault="00000000">
            <w:pPr>
              <w:spacing w:after="40" w:line="240" w:lineRule="auto"/>
              <w:ind w:left="-20"/>
              <w:jc w:val="center"/>
              <w:rPr>
                <w:sz w:val="20"/>
                <w:szCs w:val="20"/>
              </w:rPr>
            </w:pPr>
            <w:r>
              <w:rPr>
                <w:sz w:val="20"/>
                <w:szCs w:val="20"/>
              </w:rPr>
              <w:t>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194F41" w14:textId="77777777" w:rsidR="00156693" w:rsidRDefault="00000000">
            <w:pPr>
              <w:spacing w:after="40" w:line="240" w:lineRule="auto"/>
              <w:ind w:left="-20"/>
              <w:jc w:val="center"/>
              <w:rPr>
                <w:i/>
                <w:iCs/>
                <w:sz w:val="20"/>
                <w:szCs w:val="20"/>
              </w:rPr>
            </w:pPr>
            <w:r>
              <w:rPr>
                <w:i/>
                <w:iCs/>
                <w:sz w:val="20"/>
                <w:szCs w:val="20"/>
              </w:rPr>
              <w:t>73,0</w:t>
            </w:r>
          </w:p>
          <w:p w14:paraId="0F0247AF" w14:textId="77777777" w:rsidR="00156693" w:rsidRDefault="00000000">
            <w:pPr>
              <w:spacing w:after="40" w:line="240" w:lineRule="auto"/>
              <w:ind w:left="-20"/>
              <w:jc w:val="center"/>
              <w:rPr>
                <w:i/>
                <w:iCs/>
                <w:sz w:val="20"/>
                <w:szCs w:val="20"/>
              </w:rPr>
            </w:pPr>
            <w:r>
              <w:rPr>
                <w:i/>
                <w:iCs/>
                <w:sz w:val="20"/>
                <w:szCs w:val="20"/>
              </w:rPr>
              <w:t>(anual)</w:t>
            </w:r>
          </w:p>
          <w:p w14:paraId="6584BA98" w14:textId="77777777" w:rsidR="00156693" w:rsidRDefault="00000000">
            <w:pPr>
              <w:spacing w:after="40" w:line="240" w:lineRule="auto"/>
              <w:ind w:left="-20"/>
              <w:jc w:val="center"/>
              <w:rPr>
                <w:sz w:val="20"/>
                <w:szCs w:val="20"/>
              </w:rPr>
            </w:pPr>
            <w:r>
              <w:rPr>
                <w:sz w:val="20"/>
                <w:szCs w:val="20"/>
              </w:rPr>
              <w:t>2027-2030</w:t>
            </w:r>
          </w:p>
          <w:p w14:paraId="2FF75800" w14:textId="77777777" w:rsidR="00156693" w:rsidRDefault="00000000">
            <w:pPr>
              <w:spacing w:after="40" w:line="240" w:lineRule="auto"/>
              <w:ind w:left="-20"/>
              <w:jc w:val="center"/>
              <w:rPr>
                <w:i/>
                <w:iCs/>
                <w:sz w:val="20"/>
                <w:szCs w:val="20"/>
              </w:rPr>
            </w:pPr>
            <w:r>
              <w:rPr>
                <w:i/>
                <w:iCs/>
                <w:sz w:val="20"/>
                <w:szCs w:val="20"/>
              </w:rPr>
              <w:t>BS</w:t>
            </w:r>
          </w:p>
          <w:p w14:paraId="3EF7B85D" w14:textId="77777777" w:rsidR="00156693" w:rsidRDefault="00156693">
            <w:pPr>
              <w:spacing w:after="4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68A2C0"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3866DC" w14:textId="77777777" w:rsidR="00156693" w:rsidRDefault="00000000">
            <w:pPr>
              <w:spacing w:after="0" w:line="240" w:lineRule="auto"/>
              <w:ind w:left="-20"/>
              <w:jc w:val="center"/>
              <w:rPr>
                <w:sz w:val="20"/>
                <w:szCs w:val="20"/>
              </w:rPr>
            </w:pPr>
            <w:r>
              <w:rPr>
                <w:sz w:val="20"/>
                <w:szCs w:val="20"/>
              </w:rPr>
              <w:t xml:space="preserve"> 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CEC7DC" w14:textId="77777777" w:rsidR="00156693" w:rsidRDefault="00000000">
            <w:pPr>
              <w:spacing w:after="0" w:line="240" w:lineRule="auto"/>
              <w:ind w:left="-20"/>
              <w:jc w:val="center"/>
              <w:rPr>
                <w:sz w:val="20"/>
                <w:szCs w:val="20"/>
              </w:rPr>
            </w:pPr>
            <w:r>
              <w:rPr>
                <w:sz w:val="20"/>
                <w:szCs w:val="20"/>
              </w:rPr>
              <w:t>20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D616C4" w14:textId="77777777" w:rsidR="00156693" w:rsidRDefault="00000000">
            <w:pPr>
              <w:spacing w:after="0" w:line="240" w:lineRule="auto"/>
              <w:ind w:left="-20"/>
              <w:jc w:val="center"/>
              <w:rPr>
                <w:sz w:val="20"/>
                <w:szCs w:val="20"/>
              </w:rPr>
            </w:pPr>
            <w:r>
              <w:rPr>
                <w:sz w:val="20"/>
                <w:szCs w:val="20"/>
              </w:rPr>
              <w:t xml:space="preserve"> 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3440DC" w14:textId="77777777" w:rsidR="00156693" w:rsidRDefault="00000000">
            <w:pPr>
              <w:spacing w:after="0" w:line="240" w:lineRule="auto"/>
              <w:ind w:left="-20"/>
              <w:jc w:val="center"/>
              <w:rPr>
                <w:sz w:val="20"/>
                <w:szCs w:val="20"/>
              </w:rPr>
            </w:pPr>
            <w:r>
              <w:rPr>
                <w:sz w:val="20"/>
                <w:szCs w:val="20"/>
              </w:rPr>
              <w:t>40</w:t>
            </w:r>
          </w:p>
        </w:tc>
      </w:tr>
      <w:tr w:rsidR="00156693" w14:paraId="54AA73E9"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7B41330"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250F161" w14:textId="77777777" w:rsidR="00156693" w:rsidRDefault="00000000">
            <w:pPr>
              <w:spacing w:after="0" w:line="240" w:lineRule="auto"/>
              <w:ind w:left="-20"/>
              <w:rPr>
                <w:sz w:val="20"/>
                <w:szCs w:val="20"/>
              </w:rPr>
            </w:pPr>
            <w:r>
              <w:rPr>
                <w:sz w:val="20"/>
                <w:szCs w:val="20"/>
              </w:rPr>
              <w:t xml:space="preserve">1.1.2.4. Finanțarea anuală a dotării și accesibilizării centrelor de tineret (Componenta II a Programului guvernamental de dezvoltare a Centrelor de tineret 2030)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48E105" w14:textId="77777777" w:rsidR="00156693" w:rsidRDefault="00000000">
            <w:pPr>
              <w:spacing w:after="0" w:line="240" w:lineRule="auto"/>
              <w:ind w:left="-20"/>
              <w:rPr>
                <w:sz w:val="20"/>
                <w:szCs w:val="20"/>
              </w:rPr>
            </w:pPr>
            <w:r>
              <w:rPr>
                <w:sz w:val="20"/>
                <w:szCs w:val="20"/>
              </w:rPr>
              <w:t>Cel puțin 20% dintre centrele de tineret dotate și accesibilizate anual</w:t>
            </w:r>
          </w:p>
          <w:p w14:paraId="24ED3AEF"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FAAC8E"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BA933D" w14:textId="77777777" w:rsidR="00156693" w:rsidRDefault="00000000">
            <w:pPr>
              <w:spacing w:after="40" w:line="240" w:lineRule="auto"/>
              <w:ind w:left="-20"/>
              <w:jc w:val="center"/>
              <w:rPr>
                <w:sz w:val="20"/>
                <w:szCs w:val="20"/>
              </w:rPr>
            </w:pPr>
            <w:r>
              <w:rPr>
                <w:sz w:val="20"/>
                <w:szCs w:val="20"/>
              </w:rPr>
              <w:t xml:space="preserve">Agenția Națională Tineret </w:t>
            </w:r>
          </w:p>
          <w:p w14:paraId="02AF41DD" w14:textId="77777777" w:rsidR="00156693" w:rsidRDefault="00000000">
            <w:pPr>
              <w:spacing w:after="40" w:line="240" w:lineRule="auto"/>
              <w:ind w:left="-20"/>
              <w:jc w:val="center"/>
              <w:rPr>
                <w:sz w:val="20"/>
                <w:szCs w:val="20"/>
              </w:rPr>
            </w:pPr>
            <w:r>
              <w:rPr>
                <w:sz w:val="20"/>
                <w:szCs w:val="20"/>
              </w:rPr>
              <w:t>Ministerul Educației și Cercetării</w:t>
            </w:r>
          </w:p>
          <w:p w14:paraId="187E5F54" w14:textId="77777777" w:rsidR="00156693" w:rsidRDefault="00000000">
            <w:pPr>
              <w:spacing w:after="40" w:line="240" w:lineRule="auto"/>
              <w:ind w:left="-20"/>
              <w:jc w:val="center"/>
              <w:rPr>
                <w:sz w:val="20"/>
                <w:szCs w:val="20"/>
              </w:rPr>
            </w:pPr>
            <w:r>
              <w:rPr>
                <w:sz w:val="20"/>
                <w:szCs w:val="20"/>
              </w:rPr>
              <w:t xml:space="preserve">Autoritățile publice locale fondatoare </w:t>
            </w:r>
          </w:p>
          <w:p w14:paraId="431BDB28" w14:textId="77777777" w:rsidR="00156693" w:rsidRDefault="00000000">
            <w:pPr>
              <w:spacing w:after="40" w:line="240" w:lineRule="auto"/>
              <w:ind w:left="-20"/>
              <w:jc w:val="center"/>
              <w:rPr>
                <w:sz w:val="20"/>
                <w:szCs w:val="20"/>
              </w:rPr>
            </w:pPr>
            <w:r>
              <w:rPr>
                <w:sz w:val="20"/>
                <w:szCs w:val="20"/>
              </w:rPr>
              <w:t>centrele de tineret</w:t>
            </w:r>
          </w:p>
          <w:p w14:paraId="1EB35C82"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F0ABEF" w14:textId="77777777" w:rsidR="00156693" w:rsidRDefault="00000000">
            <w:pPr>
              <w:spacing w:after="40" w:line="240" w:lineRule="auto"/>
              <w:ind w:left="-20"/>
              <w:jc w:val="center"/>
              <w:rPr>
                <w:i/>
                <w:iCs/>
                <w:sz w:val="20"/>
                <w:szCs w:val="20"/>
              </w:rPr>
            </w:pPr>
            <w:r>
              <w:rPr>
                <w:i/>
                <w:iCs/>
                <w:sz w:val="20"/>
                <w:szCs w:val="20"/>
              </w:rPr>
              <w:t>1 500,0 (anual)</w:t>
            </w:r>
          </w:p>
          <w:p w14:paraId="6900DF51" w14:textId="77777777" w:rsidR="00156693" w:rsidRDefault="00000000">
            <w:pPr>
              <w:spacing w:after="40" w:line="240" w:lineRule="auto"/>
              <w:ind w:left="-20"/>
              <w:jc w:val="center"/>
              <w:rPr>
                <w:sz w:val="20"/>
                <w:szCs w:val="20"/>
              </w:rPr>
            </w:pPr>
            <w:r>
              <w:rPr>
                <w:sz w:val="20"/>
                <w:szCs w:val="20"/>
              </w:rPr>
              <w:t>2027-2030</w:t>
            </w:r>
          </w:p>
          <w:p w14:paraId="61840B0E" w14:textId="77777777" w:rsidR="00156693" w:rsidRDefault="00000000">
            <w:pPr>
              <w:spacing w:after="40" w:line="240" w:lineRule="auto"/>
              <w:ind w:left="-20"/>
              <w:jc w:val="center"/>
              <w:rPr>
                <w:i/>
                <w:iCs/>
                <w:sz w:val="20"/>
                <w:szCs w:val="20"/>
              </w:rPr>
            </w:pPr>
            <w:r>
              <w:rPr>
                <w:i/>
                <w:iCs/>
                <w:sz w:val="20"/>
                <w:szCs w:val="20"/>
              </w:rPr>
              <w:t>BS</w:t>
            </w:r>
          </w:p>
          <w:p w14:paraId="21A8EFC1" w14:textId="77777777" w:rsidR="00156693" w:rsidRDefault="00156693">
            <w:pPr>
              <w:spacing w:after="4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028685" w14:textId="77777777" w:rsidR="00156693" w:rsidRDefault="00000000">
            <w:pPr>
              <w:spacing w:after="0" w:line="240" w:lineRule="auto"/>
              <w:ind w:left="-20"/>
              <w:jc w:val="center"/>
              <w:rPr>
                <w:sz w:val="20"/>
                <w:szCs w:val="20"/>
              </w:rPr>
            </w:pPr>
            <w:r>
              <w:rPr>
                <w:sz w:val="20"/>
                <w:szCs w:val="20"/>
              </w:rPr>
              <w:t>42</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EF7A21" w14:textId="77777777" w:rsidR="00156693" w:rsidRDefault="00000000">
            <w:pPr>
              <w:spacing w:after="0" w:line="240" w:lineRule="auto"/>
              <w:ind w:left="-20"/>
              <w:jc w:val="center"/>
              <w:rPr>
                <w:sz w:val="20"/>
                <w:szCs w:val="20"/>
              </w:rPr>
            </w:pPr>
            <w:r>
              <w:rPr>
                <w:sz w:val="20"/>
                <w:szCs w:val="20"/>
              </w:rPr>
              <w:t>50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2D075A"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7FC67C" w14:textId="77777777" w:rsidR="00156693" w:rsidRDefault="00000000">
            <w:pPr>
              <w:spacing w:after="0" w:line="240" w:lineRule="auto"/>
              <w:ind w:left="-20"/>
              <w:jc w:val="center"/>
              <w:rPr>
                <w:sz w:val="20"/>
                <w:szCs w:val="20"/>
              </w:rPr>
            </w:pPr>
            <w:r>
              <w:rPr>
                <w:sz w:val="20"/>
                <w:szCs w:val="20"/>
              </w:rPr>
              <w:t xml:space="preserve">72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EE6522" w14:textId="77777777" w:rsidR="00156693" w:rsidRDefault="00000000">
            <w:pPr>
              <w:spacing w:after="0" w:line="240" w:lineRule="auto"/>
              <w:ind w:left="-20"/>
              <w:jc w:val="center"/>
              <w:rPr>
                <w:sz w:val="20"/>
                <w:szCs w:val="20"/>
              </w:rPr>
            </w:pPr>
            <w:r>
              <w:rPr>
                <w:sz w:val="20"/>
                <w:szCs w:val="20"/>
              </w:rPr>
              <w:t>86</w:t>
            </w:r>
          </w:p>
        </w:tc>
      </w:tr>
      <w:tr w:rsidR="00156693" w14:paraId="2B7FE709" w14:textId="77777777">
        <w:trPr>
          <w:trHeight w:val="15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A2D9214" w14:textId="77777777" w:rsidR="00156693" w:rsidRDefault="00000000">
            <w:pPr>
              <w:spacing w:after="0" w:line="240" w:lineRule="auto"/>
              <w:ind w:left="-20"/>
              <w:jc w:val="both"/>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49E5CE" w14:textId="77777777" w:rsidR="00156693" w:rsidRDefault="00000000">
            <w:pPr>
              <w:spacing w:after="0" w:line="240" w:lineRule="auto"/>
              <w:ind w:left="-20"/>
              <w:rPr>
                <w:sz w:val="20"/>
                <w:szCs w:val="20"/>
              </w:rPr>
            </w:pPr>
            <w:r>
              <w:rPr>
                <w:sz w:val="20"/>
                <w:szCs w:val="20"/>
              </w:rPr>
              <w:t xml:space="preserve">1.1.2.5. Extinderea rețelei centrelor de tineret prin susținerea instituirii centrelor noi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01CFD2" w14:textId="77777777" w:rsidR="00156693" w:rsidRDefault="00000000">
            <w:pPr>
              <w:spacing w:after="0" w:line="240" w:lineRule="auto"/>
              <w:ind w:left="-20"/>
              <w:rPr>
                <w:sz w:val="20"/>
                <w:szCs w:val="20"/>
              </w:rPr>
            </w:pPr>
            <w:r>
              <w:rPr>
                <w:sz w:val="20"/>
                <w:szCs w:val="20"/>
              </w:rPr>
              <w:t xml:space="preserve">Numărul total de Centre de tineret funcționale până în 2030 </w:t>
            </w:r>
          </w:p>
          <w:p w14:paraId="0F8EB024" w14:textId="77777777" w:rsidR="00156693" w:rsidRDefault="00156693">
            <w:pPr>
              <w:spacing w:after="0" w:line="240" w:lineRule="auto"/>
              <w:ind w:left="-20"/>
              <w:rPr>
                <w:sz w:val="20"/>
                <w:szCs w:val="20"/>
              </w:rPr>
            </w:pPr>
          </w:p>
          <w:p w14:paraId="70080A80" w14:textId="77777777" w:rsidR="00156693" w:rsidRDefault="00156693">
            <w:pPr>
              <w:spacing w:after="0" w:line="240" w:lineRule="auto"/>
              <w:ind w:left="-20"/>
              <w:rPr>
                <w:sz w:val="20"/>
                <w:szCs w:val="20"/>
              </w:rPr>
            </w:pPr>
          </w:p>
          <w:p w14:paraId="7F87BDE4"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8CDB87"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CE7BB8" w14:textId="77777777" w:rsidR="00156693" w:rsidRDefault="00000000">
            <w:pPr>
              <w:spacing w:after="40" w:line="240" w:lineRule="auto"/>
              <w:ind w:left="-20"/>
              <w:jc w:val="center"/>
              <w:rPr>
                <w:sz w:val="20"/>
                <w:szCs w:val="20"/>
              </w:rPr>
            </w:pPr>
            <w:r>
              <w:rPr>
                <w:sz w:val="20"/>
                <w:szCs w:val="20"/>
              </w:rPr>
              <w:t xml:space="preserve">Agenția Națională Tineret </w:t>
            </w:r>
          </w:p>
          <w:p w14:paraId="276D2C18" w14:textId="77777777" w:rsidR="00156693" w:rsidRDefault="00000000">
            <w:pPr>
              <w:spacing w:after="40" w:line="240" w:lineRule="auto"/>
              <w:ind w:left="-20"/>
              <w:jc w:val="center"/>
              <w:rPr>
                <w:sz w:val="20"/>
                <w:szCs w:val="20"/>
              </w:rPr>
            </w:pPr>
            <w:r>
              <w:rPr>
                <w:sz w:val="20"/>
                <w:szCs w:val="20"/>
              </w:rPr>
              <w:t>Autorități publice locale</w:t>
            </w:r>
          </w:p>
          <w:p w14:paraId="22415DED" w14:textId="77777777" w:rsidR="00156693" w:rsidRDefault="00000000">
            <w:pPr>
              <w:spacing w:after="0" w:line="240" w:lineRule="auto"/>
              <w:ind w:left="-20"/>
              <w:jc w:val="center"/>
              <w:rPr>
                <w:sz w:val="20"/>
                <w:szCs w:val="20"/>
              </w:rPr>
            </w:pPr>
            <w:r>
              <w:rPr>
                <w:sz w:val="20"/>
                <w:szCs w:val="20"/>
              </w:rPr>
              <w:t>Centre de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BD1255" w14:textId="77777777" w:rsidR="00156693" w:rsidRDefault="00000000">
            <w:pPr>
              <w:spacing w:after="40" w:line="240" w:lineRule="auto"/>
              <w:ind w:left="-20"/>
              <w:jc w:val="center"/>
              <w:rPr>
                <w:i/>
                <w:iCs/>
                <w:sz w:val="20"/>
                <w:szCs w:val="20"/>
              </w:rPr>
            </w:pPr>
            <w:r>
              <w:rPr>
                <w:i/>
                <w:iCs/>
                <w:sz w:val="20"/>
                <w:szCs w:val="20"/>
              </w:rPr>
              <w:t>1 000,0</w:t>
            </w:r>
          </w:p>
          <w:p w14:paraId="30751A6D" w14:textId="77777777" w:rsidR="00156693" w:rsidRDefault="00000000">
            <w:pPr>
              <w:spacing w:after="40" w:line="240" w:lineRule="auto"/>
              <w:ind w:left="-20"/>
              <w:jc w:val="center"/>
              <w:rPr>
                <w:i/>
                <w:iCs/>
                <w:sz w:val="20"/>
                <w:szCs w:val="20"/>
              </w:rPr>
            </w:pPr>
            <w:r>
              <w:rPr>
                <w:i/>
                <w:iCs/>
                <w:sz w:val="20"/>
                <w:szCs w:val="20"/>
              </w:rPr>
              <w:t xml:space="preserve"> (anual)</w:t>
            </w:r>
          </w:p>
          <w:p w14:paraId="17838F62" w14:textId="77777777" w:rsidR="00156693" w:rsidRDefault="00000000">
            <w:pPr>
              <w:spacing w:after="40" w:line="240" w:lineRule="auto"/>
              <w:ind w:left="-20"/>
              <w:jc w:val="center"/>
              <w:rPr>
                <w:i/>
                <w:iCs/>
                <w:sz w:val="20"/>
                <w:szCs w:val="20"/>
              </w:rPr>
            </w:pPr>
            <w:r>
              <w:rPr>
                <w:i/>
                <w:iCs/>
                <w:sz w:val="20"/>
                <w:szCs w:val="20"/>
              </w:rPr>
              <w:t xml:space="preserve">BPN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205687" w14:textId="77777777" w:rsidR="00156693" w:rsidRDefault="00000000">
            <w:pPr>
              <w:spacing w:after="0" w:line="240" w:lineRule="auto"/>
              <w:ind w:left="-20"/>
              <w:jc w:val="center"/>
              <w:rPr>
                <w:sz w:val="20"/>
                <w:szCs w:val="20"/>
              </w:rPr>
            </w:pPr>
            <w:r>
              <w:rPr>
                <w:sz w:val="20"/>
                <w:szCs w:val="20"/>
              </w:rPr>
              <w:t>65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A44E29" w14:textId="77777777" w:rsidR="00156693" w:rsidRDefault="00000000">
            <w:pPr>
              <w:spacing w:after="0" w:line="240" w:lineRule="auto"/>
              <w:ind w:left="-20"/>
              <w:jc w:val="center"/>
              <w:rPr>
                <w:sz w:val="20"/>
                <w:szCs w:val="20"/>
              </w:rPr>
            </w:pPr>
            <w:r>
              <w:rPr>
                <w:sz w:val="20"/>
                <w:szCs w:val="20"/>
              </w:rPr>
              <w:t>67</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5761EB" w14:textId="77777777" w:rsidR="00156693" w:rsidRDefault="00000000">
            <w:pPr>
              <w:spacing w:after="0" w:line="240" w:lineRule="auto"/>
              <w:ind w:left="-20"/>
              <w:jc w:val="center"/>
              <w:rPr>
                <w:sz w:val="20"/>
                <w:szCs w:val="20"/>
              </w:rPr>
            </w:pPr>
            <w:r>
              <w:rPr>
                <w:sz w:val="20"/>
                <w:szCs w:val="20"/>
              </w:rPr>
              <w:t>69</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546B34" w14:textId="77777777" w:rsidR="00156693" w:rsidRDefault="00000000">
            <w:pPr>
              <w:spacing w:after="0" w:line="240" w:lineRule="auto"/>
              <w:ind w:left="-20"/>
              <w:jc w:val="center"/>
              <w:rPr>
                <w:sz w:val="20"/>
                <w:szCs w:val="20"/>
              </w:rPr>
            </w:pPr>
            <w:r>
              <w:rPr>
                <w:sz w:val="20"/>
                <w:szCs w:val="20"/>
              </w:rPr>
              <w:t>71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EA1AD3D" w14:textId="77777777" w:rsidR="00156693" w:rsidRDefault="00000000">
            <w:pPr>
              <w:spacing w:after="0" w:line="240" w:lineRule="auto"/>
              <w:ind w:left="-20"/>
              <w:jc w:val="center"/>
              <w:rPr>
                <w:sz w:val="20"/>
                <w:szCs w:val="20"/>
              </w:rPr>
            </w:pPr>
            <w:r>
              <w:rPr>
                <w:sz w:val="20"/>
                <w:szCs w:val="20"/>
              </w:rPr>
              <w:t>73</w:t>
            </w:r>
          </w:p>
        </w:tc>
      </w:tr>
      <w:tr w:rsidR="00156693" w14:paraId="72040C6A" w14:textId="77777777">
        <w:trPr>
          <w:trHeight w:val="213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4CF10FF"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CBE079" w14:textId="77777777" w:rsidR="00156693" w:rsidRDefault="00000000">
            <w:pPr>
              <w:spacing w:after="0" w:line="240" w:lineRule="auto"/>
              <w:ind w:left="-20"/>
              <w:rPr>
                <w:sz w:val="20"/>
                <w:szCs w:val="20"/>
              </w:rPr>
            </w:pPr>
            <w:r>
              <w:rPr>
                <w:sz w:val="20"/>
                <w:szCs w:val="20"/>
              </w:rPr>
              <w:t>1.1.2.6. Acordarea suportului metodologic autorităților publice locale fondatoare pentru aplicarea Metodologiei-cadru de finanțare și a normelor financiare.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6F79FF" w14:textId="77777777" w:rsidR="00156693" w:rsidRDefault="00000000">
            <w:pPr>
              <w:spacing w:after="0" w:line="240" w:lineRule="auto"/>
              <w:ind w:left="-20"/>
              <w:rPr>
                <w:sz w:val="20"/>
                <w:szCs w:val="20"/>
              </w:rPr>
            </w:pPr>
            <w:r>
              <w:rPr>
                <w:sz w:val="20"/>
                <w:szCs w:val="20"/>
              </w:rPr>
              <w:t xml:space="preserve">Două sesiuni de instruire anual pentru APL fondatoare. </w:t>
            </w:r>
          </w:p>
          <w:p w14:paraId="7DA7DECF" w14:textId="77777777" w:rsidR="00156693" w:rsidRDefault="00156693">
            <w:pPr>
              <w:spacing w:after="0" w:line="240" w:lineRule="auto"/>
              <w:ind w:left="-20"/>
              <w:rPr>
                <w:sz w:val="20"/>
                <w:szCs w:val="20"/>
              </w:rPr>
            </w:pPr>
          </w:p>
          <w:p w14:paraId="2C1BADB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E47C3B"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7EBE19" w14:textId="77777777" w:rsidR="00156693" w:rsidRDefault="00000000">
            <w:pPr>
              <w:spacing w:after="40" w:line="240" w:lineRule="auto"/>
              <w:ind w:left="-20"/>
              <w:jc w:val="center"/>
              <w:rPr>
                <w:sz w:val="20"/>
                <w:szCs w:val="20"/>
              </w:rPr>
            </w:pPr>
            <w:r>
              <w:rPr>
                <w:sz w:val="20"/>
                <w:szCs w:val="20"/>
              </w:rPr>
              <w:t>Agenția Națională Tineret</w:t>
            </w:r>
          </w:p>
          <w:p w14:paraId="2D4F96AE" w14:textId="77777777" w:rsidR="00156693" w:rsidRDefault="00156693">
            <w:pPr>
              <w:spacing w:after="40" w:line="240" w:lineRule="auto"/>
              <w:ind w:left="-20"/>
              <w:jc w:val="center"/>
              <w:rPr>
                <w:sz w:val="20"/>
                <w:szCs w:val="20"/>
              </w:rPr>
            </w:pPr>
          </w:p>
          <w:p w14:paraId="615463A1" w14:textId="77777777" w:rsidR="00156693" w:rsidRDefault="00000000">
            <w:pPr>
              <w:spacing w:after="40" w:line="240" w:lineRule="auto"/>
              <w:ind w:left="-20"/>
              <w:jc w:val="center"/>
              <w:rPr>
                <w:sz w:val="20"/>
                <w:szCs w:val="20"/>
              </w:rPr>
            </w:pPr>
            <w:r>
              <w:rPr>
                <w:sz w:val="20"/>
                <w:szCs w:val="20"/>
              </w:rPr>
              <w:t xml:space="preserve">Ministerul Educației și Cercetării; </w:t>
            </w:r>
          </w:p>
          <w:p w14:paraId="7D7F1032" w14:textId="77777777" w:rsidR="00156693" w:rsidRDefault="00156693">
            <w:pPr>
              <w:spacing w:after="40" w:line="240" w:lineRule="auto"/>
              <w:ind w:left="-20"/>
              <w:jc w:val="center"/>
              <w:rPr>
                <w:sz w:val="20"/>
                <w:szCs w:val="20"/>
              </w:rPr>
            </w:pPr>
          </w:p>
          <w:p w14:paraId="0E9D3FE9" w14:textId="77777777" w:rsidR="00156693" w:rsidRDefault="00000000">
            <w:pPr>
              <w:spacing w:after="40" w:line="240" w:lineRule="auto"/>
              <w:ind w:left="-20"/>
              <w:jc w:val="center"/>
              <w:rPr>
                <w:sz w:val="20"/>
                <w:szCs w:val="20"/>
              </w:rPr>
            </w:pPr>
            <w:r>
              <w:rPr>
                <w:sz w:val="20"/>
                <w:szCs w:val="20"/>
              </w:rPr>
              <w:t>Ministerul Finanțelor</w:t>
            </w:r>
          </w:p>
          <w:p w14:paraId="41A976EE"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D446586" w14:textId="77777777" w:rsidR="00156693" w:rsidRDefault="00000000">
            <w:pPr>
              <w:spacing w:after="40" w:line="240" w:lineRule="auto"/>
              <w:ind w:left="-20"/>
              <w:jc w:val="center"/>
              <w:rPr>
                <w:i/>
                <w:iCs/>
                <w:sz w:val="20"/>
                <w:szCs w:val="20"/>
              </w:rPr>
            </w:pPr>
            <w:r>
              <w:rPr>
                <w:i/>
                <w:iCs/>
                <w:sz w:val="20"/>
                <w:szCs w:val="20"/>
              </w:rPr>
              <w:t>-</w:t>
            </w:r>
          </w:p>
          <w:p w14:paraId="63F79015" w14:textId="77777777" w:rsidR="00156693" w:rsidRDefault="00156693">
            <w:pPr>
              <w:spacing w:after="40" w:line="240" w:lineRule="auto"/>
              <w:ind w:left="-20"/>
              <w:rPr>
                <w:i/>
                <w:iCs/>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5F5DA2"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97C7D4" w14:textId="77777777" w:rsidR="00156693" w:rsidRDefault="00000000">
            <w:pPr>
              <w:spacing w:after="0" w:line="240" w:lineRule="auto"/>
              <w:ind w:left="-20"/>
              <w:jc w:val="center"/>
              <w:rPr>
                <w:sz w:val="20"/>
                <w:szCs w:val="20"/>
              </w:rPr>
            </w:pPr>
            <w:r>
              <w:rPr>
                <w:sz w:val="20"/>
                <w:szCs w:val="20"/>
              </w:rPr>
              <w:t>2</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DD9B76D" w14:textId="77777777" w:rsidR="00156693" w:rsidRDefault="00000000">
            <w:pPr>
              <w:spacing w:after="0" w:line="240" w:lineRule="auto"/>
              <w:ind w:left="-20"/>
              <w:jc w:val="center"/>
              <w:rPr>
                <w:sz w:val="20"/>
                <w:szCs w:val="20"/>
              </w:rPr>
            </w:pPr>
            <w:r>
              <w:rPr>
                <w:sz w:val="20"/>
                <w:szCs w:val="20"/>
              </w:rPr>
              <w:t>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5EBF45" w14:textId="77777777" w:rsidR="00156693" w:rsidRDefault="00000000">
            <w:pPr>
              <w:spacing w:after="0" w:line="240" w:lineRule="auto"/>
              <w:ind w:left="-20"/>
              <w:jc w:val="center"/>
              <w:rPr>
                <w:sz w:val="20"/>
                <w:szCs w:val="20"/>
              </w:rPr>
            </w:pPr>
            <w:r>
              <w:rPr>
                <w:sz w:val="20"/>
                <w:szCs w:val="20"/>
              </w:rPr>
              <w:t>​​2</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DC7868" w14:textId="77777777" w:rsidR="00156693" w:rsidRDefault="00000000">
            <w:pPr>
              <w:spacing w:after="0" w:line="240" w:lineRule="auto"/>
              <w:ind w:left="-20"/>
              <w:jc w:val="center"/>
              <w:rPr>
                <w:sz w:val="20"/>
                <w:szCs w:val="20"/>
              </w:rPr>
            </w:pPr>
            <w:r>
              <w:rPr>
                <w:sz w:val="20"/>
                <w:szCs w:val="20"/>
              </w:rPr>
              <w:t>2</w:t>
            </w:r>
          </w:p>
        </w:tc>
      </w:tr>
      <w:tr w:rsidR="00156693" w14:paraId="16431B85"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05D2829"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DA64DE" w14:textId="77777777" w:rsidR="00156693" w:rsidRDefault="00000000">
            <w:pPr>
              <w:spacing w:after="0" w:line="240" w:lineRule="auto"/>
              <w:ind w:left="-20"/>
              <w:rPr>
                <w:sz w:val="20"/>
                <w:szCs w:val="20"/>
              </w:rPr>
            </w:pPr>
            <w:r>
              <w:rPr>
                <w:sz w:val="20"/>
                <w:szCs w:val="20"/>
              </w:rPr>
              <w:t>1.1.2.7. Asigurarea funcționării consiliilor consultative ale centrelor de tineret și a raportării statistice semestriale către fondator și Agenția Națională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5C666D" w14:textId="77777777" w:rsidR="00156693" w:rsidRDefault="00000000">
            <w:pPr>
              <w:spacing w:after="0" w:line="240" w:lineRule="auto"/>
              <w:ind w:left="-20"/>
              <w:rPr>
                <w:sz w:val="20"/>
                <w:szCs w:val="20"/>
              </w:rPr>
            </w:pPr>
            <w:r>
              <w:rPr>
                <w:sz w:val="20"/>
                <w:szCs w:val="20"/>
              </w:rPr>
              <w:t xml:space="preserve">​​Ponderea centrelor cu consiliu consultativ constituit </w:t>
            </w:r>
          </w:p>
          <w:p w14:paraId="04D22BE8" w14:textId="77777777" w:rsidR="00156693" w:rsidRDefault="00156693">
            <w:pPr>
              <w:spacing w:after="0" w:line="240" w:lineRule="auto"/>
              <w:ind w:left="-20"/>
              <w:rPr>
                <w:sz w:val="20"/>
                <w:szCs w:val="20"/>
              </w:rPr>
            </w:pPr>
          </w:p>
          <w:p w14:paraId="0DEB21A0"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75AF66"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D69F58" w14:textId="77777777" w:rsidR="00156693" w:rsidRDefault="00000000">
            <w:pPr>
              <w:spacing w:after="40" w:line="240" w:lineRule="auto"/>
              <w:ind w:left="-20"/>
              <w:jc w:val="center"/>
              <w:rPr>
                <w:sz w:val="20"/>
                <w:szCs w:val="20"/>
              </w:rPr>
            </w:pPr>
            <w:r>
              <w:rPr>
                <w:sz w:val="20"/>
                <w:szCs w:val="20"/>
              </w:rPr>
              <w:t>Centre de tineret</w:t>
            </w:r>
          </w:p>
          <w:p w14:paraId="7DABAAC9" w14:textId="77777777" w:rsidR="00156693" w:rsidRDefault="00000000">
            <w:pPr>
              <w:spacing w:after="40" w:line="240" w:lineRule="auto"/>
              <w:ind w:left="-20"/>
              <w:jc w:val="center"/>
              <w:rPr>
                <w:sz w:val="20"/>
                <w:szCs w:val="20"/>
              </w:rPr>
            </w:pPr>
            <w:r>
              <w:rPr>
                <w:sz w:val="20"/>
                <w:szCs w:val="20"/>
              </w:rPr>
              <w:t>Autorități publice locale fondatoare; Agenția Națională pentru Tineret</w:t>
            </w:r>
          </w:p>
          <w:p w14:paraId="3DC3ED96"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7E640B" w14:textId="77777777" w:rsidR="00156693" w:rsidRDefault="00000000">
            <w:pPr>
              <w:spacing w:after="40" w:line="240" w:lineRule="auto"/>
              <w:ind w:left="-20"/>
              <w:jc w:val="center"/>
              <w:rPr>
                <w:i/>
                <w:iCs/>
                <w:sz w:val="20"/>
                <w:szCs w:val="20"/>
              </w:rPr>
            </w:pPr>
            <w:r>
              <w:rPr>
                <w:i/>
                <w:iCs/>
                <w:sz w:val="20"/>
                <w:szCs w:val="20"/>
              </w:rPr>
              <w:t>-</w:t>
            </w:r>
          </w:p>
          <w:p w14:paraId="2BD0B797" w14:textId="77777777" w:rsidR="00156693" w:rsidRDefault="00156693">
            <w:pPr>
              <w:spacing w:after="4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1FDB2D" w14:textId="77777777" w:rsidR="00156693" w:rsidRDefault="00000000">
            <w:pPr>
              <w:spacing w:after="0" w:line="240" w:lineRule="auto"/>
              <w:ind w:left="-20"/>
              <w:jc w:val="center"/>
              <w:rPr>
                <w:sz w:val="20"/>
                <w:szCs w:val="20"/>
              </w:rPr>
            </w:pPr>
            <w:r>
              <w:rPr>
                <w:sz w:val="20"/>
                <w:szCs w:val="20"/>
              </w:rPr>
              <w:t>10%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27ED1E" w14:textId="77777777" w:rsidR="00156693" w:rsidRDefault="00000000">
            <w:pPr>
              <w:spacing w:after="0" w:line="240" w:lineRule="auto"/>
              <w:ind w:left="-20"/>
              <w:jc w:val="center"/>
              <w:rPr>
                <w:sz w:val="20"/>
                <w:szCs w:val="20"/>
              </w:rPr>
            </w:pPr>
            <w:r>
              <w:rPr>
                <w:sz w:val="20"/>
                <w:szCs w:val="20"/>
              </w:rPr>
              <w:t xml:space="preserve">15% </w:t>
            </w:r>
          </w:p>
          <w:p w14:paraId="1CC07257" w14:textId="77777777" w:rsidR="00156693" w:rsidRDefault="00156693">
            <w:pPr>
              <w:spacing w:after="0" w:line="240" w:lineRule="auto"/>
              <w:ind w:left="-20"/>
              <w:jc w:val="center"/>
              <w:rPr>
                <w:sz w:val="20"/>
                <w:szCs w:val="20"/>
              </w:rPr>
            </w:pPr>
          </w:p>
          <w:p w14:paraId="1DEF3BC4" w14:textId="77777777" w:rsidR="00156693" w:rsidRDefault="00156693">
            <w:pPr>
              <w:spacing w:after="0" w:line="240" w:lineRule="auto"/>
              <w:ind w:left="-20"/>
              <w:jc w:val="center"/>
              <w:rPr>
                <w:sz w:val="20"/>
                <w:szCs w:val="20"/>
              </w:rPr>
            </w:pPr>
          </w:p>
          <w:p w14:paraId="7DD47E9A"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09E72F" w14:textId="77777777" w:rsidR="00156693" w:rsidRDefault="00000000">
            <w:pPr>
              <w:spacing w:after="0" w:line="240" w:lineRule="auto"/>
              <w:ind w:left="-20"/>
              <w:jc w:val="center"/>
              <w:rPr>
                <w:sz w:val="20"/>
                <w:szCs w:val="20"/>
              </w:rPr>
            </w:pPr>
            <w:r>
              <w:rPr>
                <w:sz w:val="20"/>
                <w:szCs w:val="20"/>
              </w:rPr>
              <w:t>25%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2F6DF0E" w14:textId="77777777" w:rsidR="00156693" w:rsidRDefault="00000000">
            <w:pPr>
              <w:spacing w:after="0" w:line="240" w:lineRule="auto"/>
              <w:ind w:left="-20"/>
              <w:jc w:val="center"/>
              <w:rPr>
                <w:sz w:val="20"/>
                <w:szCs w:val="20"/>
              </w:rPr>
            </w:pPr>
            <w:r>
              <w:rPr>
                <w:sz w:val="20"/>
                <w:szCs w:val="20"/>
              </w:rPr>
              <w:t>​​35%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D7BB8E" w14:textId="77777777" w:rsidR="00156693" w:rsidRDefault="00000000">
            <w:pPr>
              <w:spacing w:after="0" w:line="240" w:lineRule="auto"/>
              <w:ind w:left="-20"/>
              <w:jc w:val="center"/>
              <w:rPr>
                <w:sz w:val="20"/>
                <w:szCs w:val="20"/>
              </w:rPr>
            </w:pPr>
            <w:r>
              <w:rPr>
                <w:sz w:val="20"/>
                <w:szCs w:val="20"/>
              </w:rPr>
              <w:t>45%</w:t>
            </w:r>
          </w:p>
        </w:tc>
      </w:tr>
      <w:tr w:rsidR="00156693" w14:paraId="6114B522" w14:textId="77777777">
        <w:trPr>
          <w:trHeight w:val="2835"/>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7837B22" w14:textId="77777777" w:rsidR="00156693" w:rsidRDefault="00000000">
            <w:pPr>
              <w:spacing w:after="0" w:line="240" w:lineRule="auto"/>
              <w:ind w:left="-20"/>
              <w:rPr>
                <w:sz w:val="20"/>
                <w:szCs w:val="20"/>
              </w:rPr>
            </w:pPr>
            <w:r>
              <w:rPr>
                <w:b/>
                <w:bCs/>
                <w:sz w:val="20"/>
                <w:szCs w:val="20"/>
              </w:rPr>
              <w:t xml:space="preserve">Rezultat anticipat 1.1.3. </w:t>
            </w:r>
            <w:r>
              <w:rPr>
                <w:sz w:val="20"/>
                <w:szCs w:val="20"/>
              </w:rPr>
              <w:t>Lucrătorii de tineret din cadrul centrelor de tineret își dezvoltă și își validează competențele profesionale, atingând rata de 100% de lucrători cu competențe validate în anul 2030.</w:t>
            </w:r>
          </w:p>
          <w:p w14:paraId="7A179B91" w14:textId="77777777" w:rsidR="00156693" w:rsidRDefault="00156693">
            <w:pPr>
              <w:spacing w:after="0" w:line="240" w:lineRule="auto"/>
              <w:ind w:left="-20"/>
              <w:rPr>
                <w:sz w:val="20"/>
                <w:szCs w:val="20"/>
              </w:rPr>
            </w:pPr>
          </w:p>
          <w:p w14:paraId="76B8102B"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 xml:space="preserve">Ponderea (%) lucrătorilor de tineret activi din cadrul </w:t>
            </w:r>
            <w:r>
              <w:rPr>
                <w:sz w:val="20"/>
                <w:szCs w:val="20"/>
              </w:rPr>
              <w:lastRenderedPageBreak/>
              <w:t>centrelor de tineret cu competențe în lucrul de tineret validate.</w:t>
            </w:r>
          </w:p>
          <w:p w14:paraId="0E5143A0" w14:textId="77777777" w:rsidR="00156693" w:rsidRDefault="00156693">
            <w:pPr>
              <w:spacing w:after="0" w:line="240" w:lineRule="auto"/>
              <w:ind w:left="-20"/>
              <w:rPr>
                <w:sz w:val="20"/>
                <w:szCs w:val="20"/>
              </w:rPr>
            </w:pPr>
          </w:p>
          <w:p w14:paraId="5E9C0A4B"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43CFCA" w14:textId="77777777" w:rsidR="00156693" w:rsidRDefault="00000000">
            <w:pPr>
              <w:spacing w:after="0" w:line="240" w:lineRule="auto"/>
              <w:ind w:left="-20"/>
              <w:rPr>
                <w:sz w:val="20"/>
                <w:szCs w:val="20"/>
              </w:rPr>
            </w:pPr>
            <w:r>
              <w:rPr>
                <w:sz w:val="20"/>
                <w:szCs w:val="20"/>
              </w:rPr>
              <w:lastRenderedPageBreak/>
              <w:t>1.1.3.1. Elaborarea și implementarea anuală a planului-cadru de dezvoltare profesională continuă pentru personalul centrelor (minimum 20 de ore de instruire pentru fiecare participant.)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874B7A" w14:textId="77777777" w:rsidR="00156693" w:rsidRDefault="00000000">
            <w:pPr>
              <w:spacing w:after="0" w:line="240" w:lineRule="auto"/>
              <w:ind w:left="-20"/>
              <w:rPr>
                <w:sz w:val="20"/>
                <w:szCs w:val="20"/>
              </w:rPr>
            </w:pPr>
            <w:r>
              <w:rPr>
                <w:sz w:val="20"/>
                <w:szCs w:val="20"/>
              </w:rPr>
              <w:t>Plan-cadru aprobat anual până la 10 decembrie a anului precedent celui de instruire</w:t>
            </w:r>
          </w:p>
          <w:p w14:paraId="10677205" w14:textId="77777777" w:rsidR="00156693" w:rsidRDefault="00156693">
            <w:pPr>
              <w:spacing w:after="0" w:line="240" w:lineRule="auto"/>
              <w:ind w:left="-20"/>
              <w:rPr>
                <w:sz w:val="20"/>
                <w:szCs w:val="20"/>
              </w:rPr>
            </w:pPr>
          </w:p>
          <w:p w14:paraId="6B8DF677" w14:textId="77777777" w:rsidR="00156693" w:rsidRDefault="00000000">
            <w:pPr>
              <w:spacing w:after="0" w:line="240" w:lineRule="auto"/>
              <w:ind w:left="-20"/>
              <w:rPr>
                <w:sz w:val="20"/>
                <w:szCs w:val="20"/>
              </w:rPr>
            </w:pPr>
            <w:r>
              <w:rPr>
                <w:sz w:val="20"/>
                <w:szCs w:val="20"/>
              </w:rPr>
              <w:t>Ponderea lucrătorilor de tineret instruiți anual</w:t>
            </w:r>
          </w:p>
          <w:p w14:paraId="40352C77" w14:textId="77777777" w:rsidR="00156693" w:rsidRDefault="00156693">
            <w:pPr>
              <w:spacing w:after="0" w:line="240" w:lineRule="auto"/>
              <w:ind w:left="-20"/>
              <w:rPr>
                <w:sz w:val="20"/>
                <w:szCs w:val="20"/>
              </w:rPr>
            </w:pPr>
          </w:p>
          <w:p w14:paraId="52F7A72C"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D529F1"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B6A5B1" w14:textId="77777777" w:rsidR="00156693" w:rsidRDefault="00000000">
            <w:pPr>
              <w:spacing w:after="0" w:line="240" w:lineRule="auto"/>
              <w:ind w:left="-20"/>
              <w:jc w:val="center"/>
              <w:rPr>
                <w:sz w:val="20"/>
                <w:szCs w:val="20"/>
              </w:rPr>
            </w:pPr>
            <w:r>
              <w:rPr>
                <w:sz w:val="20"/>
                <w:szCs w:val="20"/>
              </w:rPr>
              <w:t>Agenția Națională Tineret</w:t>
            </w:r>
          </w:p>
          <w:p w14:paraId="1EFF586A" w14:textId="77777777" w:rsidR="00156693" w:rsidRDefault="00000000">
            <w:pPr>
              <w:spacing w:after="0" w:line="240" w:lineRule="auto"/>
              <w:ind w:left="-20"/>
              <w:jc w:val="center"/>
              <w:rPr>
                <w:sz w:val="20"/>
                <w:szCs w:val="20"/>
              </w:rPr>
            </w:pPr>
            <w:r>
              <w:rPr>
                <w:sz w:val="20"/>
                <w:szCs w:val="20"/>
              </w:rPr>
              <w:t>Ministerul Educației și Cercetării</w:t>
            </w:r>
          </w:p>
          <w:p w14:paraId="44EF8E35" w14:textId="77777777" w:rsidR="00156693" w:rsidRDefault="00000000">
            <w:pPr>
              <w:spacing w:after="0" w:line="240" w:lineRule="auto"/>
              <w:ind w:left="-20"/>
              <w:jc w:val="center"/>
              <w:rPr>
                <w:sz w:val="20"/>
                <w:szCs w:val="20"/>
              </w:rPr>
            </w:pPr>
            <w:r>
              <w:rPr>
                <w:sz w:val="20"/>
                <w:szCs w:val="20"/>
              </w:rPr>
              <w:t xml:space="preserve">centre de tineret </w:t>
            </w:r>
          </w:p>
          <w:p w14:paraId="352F6DD5" w14:textId="77777777" w:rsidR="00156693" w:rsidRDefault="00000000">
            <w:pPr>
              <w:spacing w:after="0" w:line="240" w:lineRule="auto"/>
              <w:ind w:left="-20"/>
              <w:jc w:val="center"/>
              <w:rPr>
                <w:sz w:val="20"/>
                <w:szCs w:val="20"/>
              </w:rPr>
            </w:pPr>
            <w:r>
              <w:rPr>
                <w:sz w:val="20"/>
                <w:szCs w:val="20"/>
              </w:rPr>
              <w:t>instituții de învățământ</w:t>
            </w:r>
          </w:p>
          <w:p w14:paraId="77955167"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60D222" w14:textId="77777777" w:rsidR="00156693" w:rsidRDefault="00000000">
            <w:pPr>
              <w:spacing w:after="40" w:line="240" w:lineRule="auto"/>
              <w:ind w:left="-20"/>
              <w:jc w:val="center"/>
              <w:rPr>
                <w:i/>
                <w:iCs/>
                <w:sz w:val="20"/>
                <w:szCs w:val="20"/>
              </w:rPr>
            </w:pPr>
            <w:r>
              <w:rPr>
                <w:i/>
                <w:iCs/>
                <w:sz w:val="20"/>
                <w:szCs w:val="20"/>
              </w:rPr>
              <w:t>450,0</w:t>
            </w:r>
          </w:p>
          <w:p w14:paraId="3B6A239D" w14:textId="77777777" w:rsidR="00156693" w:rsidRDefault="00000000">
            <w:pPr>
              <w:spacing w:after="40" w:line="240" w:lineRule="auto"/>
              <w:ind w:left="-20"/>
              <w:jc w:val="center"/>
              <w:rPr>
                <w:i/>
                <w:iCs/>
                <w:sz w:val="20"/>
                <w:szCs w:val="20"/>
              </w:rPr>
            </w:pPr>
            <w:r>
              <w:rPr>
                <w:i/>
                <w:iCs/>
                <w:sz w:val="20"/>
                <w:szCs w:val="20"/>
              </w:rPr>
              <w:t>(anual)</w:t>
            </w:r>
          </w:p>
          <w:p w14:paraId="71E51FE4" w14:textId="77777777" w:rsidR="00156693" w:rsidRDefault="00000000">
            <w:pPr>
              <w:spacing w:after="40" w:line="240" w:lineRule="auto"/>
              <w:ind w:left="-20"/>
              <w:jc w:val="center"/>
              <w:rPr>
                <w:i/>
                <w:iCs/>
                <w:sz w:val="20"/>
                <w:szCs w:val="20"/>
              </w:rPr>
            </w:pPr>
            <w:r>
              <w:rPr>
                <w:i/>
                <w:iCs/>
                <w:sz w:val="20"/>
                <w:szCs w:val="20"/>
              </w:rPr>
              <w:t>BS</w:t>
            </w:r>
          </w:p>
          <w:p w14:paraId="7E055035" w14:textId="77777777" w:rsidR="00156693" w:rsidRDefault="00156693">
            <w:pPr>
              <w:spacing w:after="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E2EE20" w14:textId="77777777" w:rsidR="00156693" w:rsidRDefault="00156693">
            <w:pPr>
              <w:spacing w:after="0" w:line="240" w:lineRule="auto"/>
              <w:ind w:left="-20"/>
              <w:jc w:val="center"/>
              <w:rPr>
                <w:sz w:val="20"/>
                <w:szCs w:val="20"/>
              </w:rPr>
            </w:pP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D6189F" w14:textId="77777777" w:rsidR="00156693" w:rsidRDefault="00000000">
            <w:pPr>
              <w:spacing w:after="0" w:line="240" w:lineRule="auto"/>
              <w:ind w:left="-20"/>
              <w:rPr>
                <w:sz w:val="20"/>
                <w:szCs w:val="20"/>
              </w:rPr>
            </w:pPr>
            <w:r>
              <w:rPr>
                <w:sz w:val="20"/>
                <w:szCs w:val="20"/>
              </w:rPr>
              <w:t xml:space="preserve"> </w:t>
            </w:r>
          </w:p>
          <w:p w14:paraId="687B3AD1" w14:textId="77777777" w:rsidR="00156693" w:rsidRDefault="00156693">
            <w:pPr>
              <w:spacing w:after="0" w:line="240" w:lineRule="auto"/>
              <w:ind w:left="-20"/>
              <w:rPr>
                <w:sz w:val="20"/>
                <w:szCs w:val="20"/>
              </w:rPr>
            </w:pPr>
          </w:p>
          <w:p w14:paraId="5A8C4076" w14:textId="77777777" w:rsidR="00156693" w:rsidRDefault="00156693">
            <w:pPr>
              <w:spacing w:after="0" w:line="240" w:lineRule="auto"/>
              <w:ind w:left="-20"/>
              <w:rPr>
                <w:sz w:val="20"/>
                <w:szCs w:val="20"/>
              </w:rPr>
            </w:pPr>
          </w:p>
          <w:p w14:paraId="5191D538" w14:textId="77777777" w:rsidR="00156693" w:rsidRDefault="00156693">
            <w:pPr>
              <w:spacing w:after="0" w:line="240" w:lineRule="auto"/>
              <w:ind w:left="-20"/>
              <w:rPr>
                <w:sz w:val="20"/>
                <w:szCs w:val="20"/>
              </w:rPr>
            </w:pPr>
          </w:p>
          <w:p w14:paraId="62ADA3D4" w14:textId="77777777" w:rsidR="00156693" w:rsidRDefault="00156693">
            <w:pPr>
              <w:spacing w:after="0" w:line="240" w:lineRule="auto"/>
              <w:ind w:left="-20"/>
              <w:rPr>
                <w:sz w:val="20"/>
                <w:szCs w:val="20"/>
              </w:rPr>
            </w:pPr>
          </w:p>
          <w:p w14:paraId="3A72D7BB" w14:textId="77777777" w:rsidR="00156693" w:rsidRDefault="00156693">
            <w:pPr>
              <w:spacing w:after="0" w:line="240" w:lineRule="auto"/>
              <w:ind w:left="-20"/>
              <w:rPr>
                <w:sz w:val="20"/>
                <w:szCs w:val="20"/>
              </w:rPr>
            </w:pPr>
          </w:p>
          <w:p w14:paraId="62CAE0FF" w14:textId="77777777" w:rsidR="00156693" w:rsidRDefault="00156693">
            <w:pPr>
              <w:spacing w:after="0" w:line="240" w:lineRule="auto"/>
              <w:ind w:left="-20"/>
              <w:rPr>
                <w:sz w:val="20"/>
                <w:szCs w:val="20"/>
              </w:rPr>
            </w:pPr>
          </w:p>
          <w:p w14:paraId="1C267C18" w14:textId="77777777" w:rsidR="00156693" w:rsidRDefault="00000000">
            <w:pPr>
              <w:spacing w:after="0" w:line="240" w:lineRule="auto"/>
              <w:ind w:left="-20"/>
              <w:rPr>
                <w:sz w:val="20"/>
                <w:szCs w:val="20"/>
              </w:rPr>
            </w:pPr>
            <w:r>
              <w:rPr>
                <w:sz w:val="20"/>
                <w:szCs w:val="20"/>
              </w:rPr>
              <w:t xml:space="preserve">25%;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7355F3" w14:textId="77777777" w:rsidR="00156693" w:rsidRDefault="00000000">
            <w:pPr>
              <w:spacing w:after="0" w:line="240" w:lineRule="auto"/>
              <w:ind w:left="-20"/>
              <w:jc w:val="center"/>
              <w:rPr>
                <w:sz w:val="20"/>
                <w:szCs w:val="20"/>
              </w:rPr>
            </w:pPr>
            <w:r>
              <w:rPr>
                <w:sz w:val="20"/>
                <w:szCs w:val="20"/>
              </w:rPr>
              <w:t xml:space="preserve"> </w:t>
            </w:r>
          </w:p>
          <w:p w14:paraId="62B50BB7" w14:textId="77777777" w:rsidR="00156693" w:rsidRDefault="00156693">
            <w:pPr>
              <w:spacing w:after="0" w:line="240" w:lineRule="auto"/>
              <w:ind w:left="-20"/>
              <w:jc w:val="center"/>
              <w:rPr>
                <w:sz w:val="20"/>
                <w:szCs w:val="20"/>
              </w:rPr>
            </w:pPr>
          </w:p>
          <w:p w14:paraId="568F4D69" w14:textId="77777777" w:rsidR="00156693" w:rsidRDefault="00156693">
            <w:pPr>
              <w:spacing w:after="0" w:line="240" w:lineRule="auto"/>
              <w:ind w:left="-20"/>
              <w:jc w:val="center"/>
              <w:rPr>
                <w:sz w:val="20"/>
                <w:szCs w:val="20"/>
              </w:rPr>
            </w:pPr>
          </w:p>
          <w:p w14:paraId="52999E7E" w14:textId="77777777" w:rsidR="00156693" w:rsidRDefault="00156693">
            <w:pPr>
              <w:spacing w:after="0" w:line="240" w:lineRule="auto"/>
              <w:ind w:left="-20"/>
              <w:jc w:val="center"/>
              <w:rPr>
                <w:sz w:val="20"/>
                <w:szCs w:val="20"/>
              </w:rPr>
            </w:pPr>
          </w:p>
          <w:p w14:paraId="6A623072" w14:textId="77777777" w:rsidR="00156693" w:rsidRDefault="00156693">
            <w:pPr>
              <w:spacing w:after="0" w:line="240" w:lineRule="auto"/>
              <w:ind w:left="-20"/>
              <w:jc w:val="center"/>
              <w:rPr>
                <w:sz w:val="20"/>
                <w:szCs w:val="20"/>
              </w:rPr>
            </w:pPr>
          </w:p>
          <w:p w14:paraId="53E97C19" w14:textId="77777777" w:rsidR="00156693" w:rsidRDefault="00156693">
            <w:pPr>
              <w:spacing w:after="0" w:line="240" w:lineRule="auto"/>
              <w:ind w:left="-20"/>
              <w:jc w:val="center"/>
              <w:rPr>
                <w:sz w:val="20"/>
                <w:szCs w:val="20"/>
              </w:rPr>
            </w:pPr>
          </w:p>
          <w:p w14:paraId="3F4AC07F" w14:textId="77777777" w:rsidR="00156693" w:rsidRDefault="00156693">
            <w:pPr>
              <w:spacing w:after="0" w:line="240" w:lineRule="auto"/>
              <w:ind w:left="-20"/>
              <w:jc w:val="center"/>
              <w:rPr>
                <w:sz w:val="20"/>
                <w:szCs w:val="20"/>
              </w:rPr>
            </w:pPr>
          </w:p>
          <w:p w14:paraId="31C793D1"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7E7DEF" w14:textId="77777777" w:rsidR="00156693" w:rsidRDefault="00156693">
            <w:pPr>
              <w:spacing w:after="0" w:line="240" w:lineRule="auto"/>
              <w:ind w:left="-20"/>
              <w:jc w:val="center"/>
              <w:rPr>
                <w:sz w:val="20"/>
                <w:szCs w:val="20"/>
              </w:rPr>
            </w:pPr>
          </w:p>
          <w:p w14:paraId="1FB21ED4" w14:textId="77777777" w:rsidR="00156693" w:rsidRDefault="00156693">
            <w:pPr>
              <w:spacing w:after="0" w:line="240" w:lineRule="auto"/>
              <w:ind w:left="-20"/>
              <w:jc w:val="center"/>
              <w:rPr>
                <w:sz w:val="20"/>
                <w:szCs w:val="20"/>
              </w:rPr>
            </w:pPr>
          </w:p>
          <w:p w14:paraId="0F557F2A" w14:textId="77777777" w:rsidR="00156693" w:rsidRDefault="00156693">
            <w:pPr>
              <w:spacing w:after="0" w:line="240" w:lineRule="auto"/>
              <w:ind w:left="-20"/>
              <w:jc w:val="center"/>
              <w:rPr>
                <w:sz w:val="20"/>
                <w:szCs w:val="20"/>
              </w:rPr>
            </w:pPr>
          </w:p>
          <w:p w14:paraId="5DFC210F" w14:textId="77777777" w:rsidR="00156693" w:rsidRDefault="00156693">
            <w:pPr>
              <w:spacing w:after="0" w:line="240" w:lineRule="auto"/>
              <w:ind w:left="-20"/>
              <w:jc w:val="center"/>
              <w:rPr>
                <w:sz w:val="20"/>
                <w:szCs w:val="20"/>
              </w:rPr>
            </w:pPr>
          </w:p>
          <w:p w14:paraId="2C8D1C22" w14:textId="77777777" w:rsidR="00156693" w:rsidRDefault="00156693">
            <w:pPr>
              <w:spacing w:after="0" w:line="240" w:lineRule="auto"/>
              <w:ind w:left="-20"/>
              <w:jc w:val="center"/>
              <w:rPr>
                <w:sz w:val="20"/>
                <w:szCs w:val="20"/>
              </w:rPr>
            </w:pPr>
          </w:p>
          <w:p w14:paraId="3C7D1C78" w14:textId="77777777" w:rsidR="00156693" w:rsidRDefault="00156693">
            <w:pPr>
              <w:spacing w:after="0" w:line="240" w:lineRule="auto"/>
              <w:ind w:left="-20"/>
              <w:jc w:val="center"/>
              <w:rPr>
                <w:sz w:val="20"/>
                <w:szCs w:val="20"/>
              </w:rPr>
            </w:pPr>
          </w:p>
          <w:p w14:paraId="26B9F273" w14:textId="77777777" w:rsidR="00156693" w:rsidRDefault="00156693">
            <w:pPr>
              <w:spacing w:after="0" w:line="240" w:lineRule="auto"/>
              <w:ind w:left="-20"/>
              <w:jc w:val="center"/>
              <w:rPr>
                <w:sz w:val="20"/>
                <w:szCs w:val="20"/>
              </w:rPr>
            </w:pPr>
          </w:p>
          <w:p w14:paraId="4696EADC" w14:textId="77777777" w:rsidR="00156693" w:rsidRDefault="00000000">
            <w:pPr>
              <w:spacing w:after="0" w:line="240" w:lineRule="auto"/>
              <w:ind w:left="-20"/>
              <w:jc w:val="center"/>
              <w:rPr>
                <w:sz w:val="20"/>
                <w:szCs w:val="20"/>
              </w:rPr>
            </w:pPr>
            <w:r>
              <w:rPr>
                <w:sz w:val="20"/>
                <w:szCs w:val="20"/>
              </w:rPr>
              <w:t>35%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BCE5E5" w14:textId="77777777" w:rsidR="00156693" w:rsidRDefault="00156693">
            <w:pPr>
              <w:spacing w:after="0" w:line="240" w:lineRule="auto"/>
              <w:ind w:left="-20"/>
              <w:jc w:val="center"/>
              <w:rPr>
                <w:sz w:val="20"/>
                <w:szCs w:val="20"/>
              </w:rPr>
            </w:pPr>
          </w:p>
          <w:p w14:paraId="37CC5237" w14:textId="77777777" w:rsidR="00156693" w:rsidRDefault="00156693">
            <w:pPr>
              <w:spacing w:after="0" w:line="240" w:lineRule="auto"/>
              <w:ind w:left="-20"/>
              <w:jc w:val="center"/>
              <w:rPr>
                <w:sz w:val="20"/>
                <w:szCs w:val="20"/>
              </w:rPr>
            </w:pPr>
          </w:p>
          <w:p w14:paraId="347AE185" w14:textId="77777777" w:rsidR="00156693" w:rsidRDefault="00156693">
            <w:pPr>
              <w:spacing w:after="0" w:line="240" w:lineRule="auto"/>
              <w:ind w:left="-20"/>
              <w:jc w:val="center"/>
              <w:rPr>
                <w:sz w:val="20"/>
                <w:szCs w:val="20"/>
              </w:rPr>
            </w:pPr>
          </w:p>
          <w:p w14:paraId="692A877A" w14:textId="77777777" w:rsidR="00156693" w:rsidRDefault="00156693">
            <w:pPr>
              <w:spacing w:after="0" w:line="240" w:lineRule="auto"/>
              <w:ind w:left="-20"/>
              <w:jc w:val="center"/>
              <w:rPr>
                <w:sz w:val="20"/>
                <w:szCs w:val="20"/>
              </w:rPr>
            </w:pPr>
          </w:p>
          <w:p w14:paraId="1F9C3D32" w14:textId="77777777" w:rsidR="00156693" w:rsidRDefault="00156693">
            <w:pPr>
              <w:spacing w:after="0" w:line="240" w:lineRule="auto"/>
              <w:ind w:left="-20"/>
              <w:jc w:val="center"/>
              <w:rPr>
                <w:sz w:val="20"/>
                <w:szCs w:val="20"/>
              </w:rPr>
            </w:pPr>
          </w:p>
          <w:p w14:paraId="47E473E4" w14:textId="77777777" w:rsidR="00156693" w:rsidRDefault="00156693">
            <w:pPr>
              <w:spacing w:after="0" w:line="240" w:lineRule="auto"/>
              <w:ind w:left="-20"/>
              <w:jc w:val="center"/>
              <w:rPr>
                <w:sz w:val="20"/>
                <w:szCs w:val="20"/>
              </w:rPr>
            </w:pPr>
          </w:p>
          <w:p w14:paraId="223ECBAB" w14:textId="77777777" w:rsidR="00156693" w:rsidRDefault="00156693">
            <w:pPr>
              <w:spacing w:after="0" w:line="240" w:lineRule="auto"/>
              <w:ind w:left="-20"/>
              <w:jc w:val="center"/>
              <w:rPr>
                <w:sz w:val="20"/>
                <w:szCs w:val="20"/>
              </w:rPr>
            </w:pPr>
          </w:p>
          <w:p w14:paraId="5E1830CB" w14:textId="77777777" w:rsidR="00156693" w:rsidRDefault="00000000">
            <w:pPr>
              <w:spacing w:after="0" w:line="240" w:lineRule="auto"/>
              <w:ind w:left="-20"/>
              <w:jc w:val="center"/>
              <w:rPr>
                <w:sz w:val="20"/>
                <w:szCs w:val="20"/>
              </w:rPr>
            </w:pPr>
            <w:r>
              <w:rPr>
                <w:sz w:val="20"/>
                <w:szCs w:val="20"/>
              </w:rPr>
              <w:t xml:space="preserve"> 40%</w:t>
            </w:r>
          </w:p>
        </w:tc>
      </w:tr>
      <w:tr w:rsidR="00156693" w14:paraId="372D61FB" w14:textId="77777777">
        <w:trPr>
          <w:trHeight w:val="238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275CDF0"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6A624E" w14:textId="77777777" w:rsidR="00156693" w:rsidRDefault="00000000">
            <w:pPr>
              <w:spacing w:after="0" w:line="240" w:lineRule="auto"/>
              <w:ind w:left="-20"/>
              <w:rPr>
                <w:sz w:val="20"/>
                <w:szCs w:val="20"/>
              </w:rPr>
            </w:pPr>
            <w:r>
              <w:rPr>
                <w:sz w:val="20"/>
                <w:szCs w:val="20"/>
              </w:rPr>
              <w:t>1.1.3.2. Asigurarea formării inițiale obligatorii (minimum 40 de ore) pentru personalul de specialitate nou-angajat în centrele de tineret, în primele șase luni de activitate.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84A1664" w14:textId="77777777" w:rsidR="00156693" w:rsidRDefault="00000000">
            <w:pPr>
              <w:spacing w:after="0" w:line="240" w:lineRule="auto"/>
              <w:ind w:left="-20"/>
              <w:rPr>
                <w:sz w:val="20"/>
                <w:szCs w:val="20"/>
              </w:rPr>
            </w:pPr>
            <w:r>
              <w:rPr>
                <w:sz w:val="20"/>
                <w:szCs w:val="20"/>
              </w:rPr>
              <w:t>Ponderea angajaților noi care finalizează formarea inițială în termen.</w:t>
            </w:r>
          </w:p>
          <w:p w14:paraId="1D49BBD1" w14:textId="77777777" w:rsidR="00156693" w:rsidRDefault="00156693">
            <w:pPr>
              <w:spacing w:after="0" w:line="240" w:lineRule="auto"/>
              <w:ind w:left="-20"/>
              <w:rPr>
                <w:sz w:val="20"/>
                <w:szCs w:val="20"/>
              </w:rPr>
            </w:pPr>
          </w:p>
          <w:p w14:paraId="30B71153" w14:textId="77777777" w:rsidR="00156693" w:rsidRDefault="00000000">
            <w:pPr>
              <w:spacing w:after="0" w:line="240" w:lineRule="auto"/>
              <w:ind w:left="-20"/>
              <w:rPr>
                <w:sz w:val="20"/>
                <w:szCs w:val="20"/>
              </w:rPr>
            </w:pPr>
            <w:r>
              <w:rPr>
                <w:sz w:val="20"/>
                <w:szCs w:val="20"/>
              </w:rPr>
              <w:t>Numărul angajaților noi formați anual.</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20732B" w14:textId="77777777" w:rsidR="00156693" w:rsidRDefault="00000000">
            <w:pPr>
              <w:spacing w:after="0" w:line="240" w:lineRule="auto"/>
              <w:ind w:left="-20"/>
              <w:jc w:val="center"/>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EF268A" w14:textId="77777777" w:rsidR="00156693" w:rsidRDefault="00000000">
            <w:pPr>
              <w:spacing w:after="40" w:line="240" w:lineRule="auto"/>
              <w:ind w:left="-20"/>
              <w:jc w:val="center"/>
              <w:rPr>
                <w:sz w:val="20"/>
                <w:szCs w:val="20"/>
              </w:rPr>
            </w:pPr>
            <w:r>
              <w:rPr>
                <w:sz w:val="20"/>
                <w:szCs w:val="20"/>
              </w:rPr>
              <w:t>Agenția Națională pentru Tineret</w:t>
            </w:r>
          </w:p>
          <w:p w14:paraId="76A667F4" w14:textId="77777777" w:rsidR="00156693" w:rsidRDefault="00156693">
            <w:pPr>
              <w:spacing w:after="40" w:line="240" w:lineRule="auto"/>
              <w:ind w:left="-20"/>
              <w:jc w:val="center"/>
              <w:rPr>
                <w:sz w:val="20"/>
                <w:szCs w:val="20"/>
              </w:rPr>
            </w:pPr>
          </w:p>
          <w:p w14:paraId="68EEE417" w14:textId="77777777" w:rsidR="00156693" w:rsidRDefault="00000000">
            <w:pPr>
              <w:spacing w:after="40" w:line="240" w:lineRule="auto"/>
              <w:ind w:left="-20"/>
              <w:jc w:val="center"/>
              <w:rPr>
                <w:sz w:val="20"/>
                <w:szCs w:val="20"/>
              </w:rPr>
            </w:pPr>
            <w:r>
              <w:rPr>
                <w:sz w:val="20"/>
                <w:szCs w:val="20"/>
              </w:rPr>
              <w:t>Autorități publice locale fondatoare; centre de tineret</w:t>
            </w:r>
          </w:p>
          <w:p w14:paraId="2FB1284A" w14:textId="77777777" w:rsidR="00156693" w:rsidRDefault="00156693">
            <w:pPr>
              <w:spacing w:after="40" w:line="240" w:lineRule="auto"/>
              <w:ind w:left="-20"/>
              <w:jc w:val="center"/>
              <w:rPr>
                <w:sz w:val="20"/>
                <w:szCs w:val="20"/>
              </w:rPr>
            </w:pPr>
          </w:p>
          <w:p w14:paraId="3A6361DF" w14:textId="77777777" w:rsidR="00156693" w:rsidRDefault="00156693">
            <w:pPr>
              <w:spacing w:after="0" w:line="240" w:lineRule="auto"/>
              <w:ind w:left="-20"/>
              <w:jc w:val="center"/>
              <w:rPr>
                <w:sz w:val="20"/>
                <w:szCs w:val="20"/>
              </w:rPr>
            </w:pPr>
          </w:p>
          <w:p w14:paraId="11AE6A54"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B31C279" w14:textId="77777777" w:rsidR="00156693" w:rsidRDefault="00000000">
            <w:pPr>
              <w:spacing w:after="0" w:line="240" w:lineRule="auto"/>
              <w:ind w:left="-20"/>
              <w:jc w:val="center"/>
              <w:rPr>
                <w:i/>
                <w:iCs/>
                <w:sz w:val="20"/>
                <w:szCs w:val="20"/>
              </w:rPr>
            </w:pPr>
            <w:r>
              <w:rPr>
                <w:i/>
                <w:iCs/>
                <w:sz w:val="20"/>
                <w:szCs w:val="20"/>
              </w:rPr>
              <w:t>134,0</w:t>
            </w:r>
          </w:p>
          <w:p w14:paraId="6EFE915E" w14:textId="77777777" w:rsidR="00156693" w:rsidRDefault="00000000">
            <w:pPr>
              <w:spacing w:after="0" w:line="240" w:lineRule="auto"/>
              <w:ind w:left="-20"/>
              <w:jc w:val="center"/>
              <w:rPr>
                <w:i/>
                <w:iCs/>
                <w:sz w:val="20"/>
                <w:szCs w:val="20"/>
              </w:rPr>
            </w:pPr>
            <w:r>
              <w:rPr>
                <w:i/>
                <w:iCs/>
                <w:sz w:val="20"/>
                <w:szCs w:val="20"/>
              </w:rPr>
              <w:t xml:space="preserve">BS </w:t>
            </w:r>
          </w:p>
          <w:p w14:paraId="371BB544" w14:textId="77777777" w:rsidR="00156693" w:rsidRDefault="00156693">
            <w:pPr>
              <w:spacing w:after="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05BDC1"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4D7CF7" w14:textId="77777777" w:rsidR="00156693" w:rsidRDefault="00000000">
            <w:pPr>
              <w:spacing w:after="0" w:line="240" w:lineRule="auto"/>
              <w:ind w:left="-20"/>
              <w:jc w:val="center"/>
              <w:rPr>
                <w:sz w:val="20"/>
                <w:szCs w:val="20"/>
              </w:rPr>
            </w:pPr>
            <w:r>
              <w:rPr>
                <w:sz w:val="20"/>
                <w:szCs w:val="20"/>
              </w:rPr>
              <w:t>20%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BFE021"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062801" w14:textId="77777777" w:rsidR="00156693" w:rsidRDefault="00000000">
            <w:pPr>
              <w:spacing w:after="0" w:line="240" w:lineRule="auto"/>
              <w:ind w:left="-20"/>
              <w:jc w:val="center"/>
              <w:rPr>
                <w:sz w:val="20"/>
                <w:szCs w:val="20"/>
              </w:rPr>
            </w:pPr>
            <w:r>
              <w:rPr>
                <w:sz w:val="20"/>
                <w:szCs w:val="20"/>
              </w:rPr>
              <w:t>40%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2399C49" w14:textId="77777777" w:rsidR="00156693" w:rsidRDefault="00000000">
            <w:pPr>
              <w:spacing w:after="0" w:line="240" w:lineRule="auto"/>
              <w:ind w:left="-20"/>
              <w:jc w:val="center"/>
              <w:rPr>
                <w:sz w:val="20"/>
                <w:szCs w:val="20"/>
              </w:rPr>
            </w:pPr>
            <w:r>
              <w:rPr>
                <w:sz w:val="20"/>
                <w:szCs w:val="20"/>
              </w:rPr>
              <w:t>50%</w:t>
            </w:r>
          </w:p>
        </w:tc>
      </w:tr>
      <w:tr w:rsidR="00156693" w14:paraId="18EB5368" w14:textId="77777777">
        <w:trPr>
          <w:trHeight w:val="238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3149C45"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BBE4D9" w14:textId="77777777" w:rsidR="00156693" w:rsidRDefault="00000000">
            <w:pPr>
              <w:spacing w:after="0" w:line="240" w:lineRule="auto"/>
              <w:ind w:left="-20"/>
              <w:rPr>
                <w:sz w:val="20"/>
                <w:szCs w:val="20"/>
              </w:rPr>
            </w:pPr>
            <w:r>
              <w:rPr>
                <w:sz w:val="20"/>
                <w:szCs w:val="20"/>
              </w:rPr>
              <w:t>1.1.3.3. Instituirea și aplicarea anuală, pentru lucrătorii de tineret din cadrul centrelor de tineret, a mecanismului de evaluare și validare a competențelor, în aplicarea cadrului general de profesionalizare și recunoaștere a competențelor, cu evidența documentelor recunoscute.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B47343F" w14:textId="77777777" w:rsidR="00156693" w:rsidRDefault="00000000">
            <w:pPr>
              <w:spacing w:after="0" w:line="240" w:lineRule="auto"/>
              <w:ind w:left="-20"/>
              <w:rPr>
                <w:sz w:val="20"/>
                <w:szCs w:val="20"/>
              </w:rPr>
            </w:pPr>
            <w:r>
              <w:rPr>
                <w:sz w:val="20"/>
                <w:szCs w:val="20"/>
              </w:rPr>
              <w:t>Ponderea lucrătorilor de tineret activi din centre, la data raportării, cu competențe validate</w:t>
            </w:r>
          </w:p>
          <w:p w14:paraId="05AC1F72" w14:textId="77777777" w:rsidR="00156693" w:rsidRDefault="00156693">
            <w:pPr>
              <w:spacing w:after="0" w:line="240" w:lineRule="auto"/>
              <w:ind w:left="-20"/>
              <w:rPr>
                <w:sz w:val="20"/>
                <w:szCs w:val="20"/>
              </w:rPr>
            </w:pPr>
          </w:p>
          <w:p w14:paraId="373F01A0" w14:textId="77777777" w:rsidR="00156693" w:rsidRDefault="00156693">
            <w:pPr>
              <w:spacing w:after="0" w:line="240" w:lineRule="auto"/>
              <w:ind w:left="-20"/>
              <w:rPr>
                <w:sz w:val="20"/>
                <w:szCs w:val="20"/>
              </w:rPr>
            </w:pPr>
          </w:p>
          <w:p w14:paraId="072E2D39" w14:textId="77777777" w:rsidR="00156693" w:rsidRDefault="00000000">
            <w:pPr>
              <w:spacing w:after="0" w:line="240" w:lineRule="auto"/>
              <w:ind w:left="-20"/>
              <w:rPr>
                <w:sz w:val="20"/>
                <w:szCs w:val="20"/>
              </w:rPr>
            </w:pPr>
            <w:r>
              <w:rPr>
                <w:sz w:val="20"/>
                <w:szCs w:val="20"/>
              </w:rPr>
              <w:t>Ordin MEC de instituire a mecanismului aprobat</w:t>
            </w:r>
          </w:p>
          <w:p w14:paraId="11898BDF" w14:textId="77777777" w:rsidR="00156693" w:rsidRDefault="00156693">
            <w:pPr>
              <w:spacing w:after="0" w:line="240" w:lineRule="auto"/>
              <w:ind w:left="-20"/>
              <w:rPr>
                <w:sz w:val="20"/>
                <w:szCs w:val="20"/>
              </w:rPr>
            </w:pPr>
          </w:p>
          <w:p w14:paraId="64C7AB46" w14:textId="77777777" w:rsidR="00156693" w:rsidRDefault="00156693">
            <w:pPr>
              <w:spacing w:after="0" w:line="240" w:lineRule="auto"/>
              <w:ind w:left="-20"/>
              <w:rPr>
                <w:sz w:val="20"/>
                <w:szCs w:val="20"/>
              </w:rPr>
            </w:pPr>
          </w:p>
          <w:p w14:paraId="5B027E49"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B398E7" w14:textId="77777777" w:rsidR="00156693" w:rsidRDefault="00000000">
            <w:pPr>
              <w:spacing w:after="0" w:line="240" w:lineRule="auto"/>
              <w:ind w:left="-20"/>
              <w:jc w:val="center"/>
              <w:rPr>
                <w:sz w:val="20"/>
                <w:szCs w:val="20"/>
              </w:rPr>
            </w:pPr>
            <w:r>
              <w:rPr>
                <w:sz w:val="20"/>
                <w:szCs w:val="20"/>
              </w:rPr>
              <w:t>Trim. II 2027 – instituire;</w:t>
            </w:r>
          </w:p>
          <w:p w14:paraId="49FD9C5A" w14:textId="77777777" w:rsidR="00156693" w:rsidRDefault="00156693">
            <w:pPr>
              <w:spacing w:after="0" w:line="240" w:lineRule="auto"/>
              <w:ind w:left="-20"/>
              <w:jc w:val="center"/>
              <w:rPr>
                <w:sz w:val="20"/>
                <w:szCs w:val="20"/>
              </w:rPr>
            </w:pPr>
          </w:p>
          <w:p w14:paraId="2163F8A5" w14:textId="77777777" w:rsidR="00156693" w:rsidRDefault="00000000">
            <w:pPr>
              <w:spacing w:after="0" w:line="240" w:lineRule="auto"/>
              <w:ind w:left="-20"/>
              <w:jc w:val="center"/>
              <w:rPr>
                <w:sz w:val="20"/>
                <w:szCs w:val="20"/>
              </w:rPr>
            </w:pPr>
            <w:r>
              <w:rPr>
                <w:sz w:val="20"/>
                <w:szCs w:val="20"/>
              </w:rPr>
              <w:t>Trim. IV, anual, 2027–2030 – aplicare.</w:t>
            </w:r>
          </w:p>
          <w:p w14:paraId="1346A484" w14:textId="77777777" w:rsidR="00156693" w:rsidRDefault="00156693">
            <w:pPr>
              <w:spacing w:after="0" w:line="240" w:lineRule="auto"/>
              <w:ind w:left="-20"/>
              <w:jc w:val="center"/>
              <w:rPr>
                <w:sz w:val="20"/>
                <w:szCs w:val="20"/>
              </w:rPr>
            </w:pP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2215E0" w14:textId="77777777" w:rsidR="00156693" w:rsidRDefault="00000000">
            <w:pPr>
              <w:spacing w:after="0" w:line="240" w:lineRule="auto"/>
              <w:ind w:left="-20"/>
              <w:jc w:val="center"/>
              <w:rPr>
                <w:sz w:val="20"/>
                <w:szCs w:val="20"/>
              </w:rPr>
            </w:pPr>
            <w:r>
              <w:rPr>
                <w:sz w:val="20"/>
                <w:szCs w:val="20"/>
              </w:rPr>
              <w:t>Ministerul Educației și Cercetării</w:t>
            </w:r>
          </w:p>
          <w:p w14:paraId="6EADF582" w14:textId="77777777" w:rsidR="00156693" w:rsidRDefault="00000000">
            <w:pPr>
              <w:spacing w:after="0" w:line="240" w:lineRule="auto"/>
              <w:ind w:left="-20"/>
              <w:jc w:val="center"/>
              <w:rPr>
                <w:sz w:val="20"/>
                <w:szCs w:val="20"/>
              </w:rPr>
            </w:pPr>
            <w:r>
              <w:rPr>
                <w:sz w:val="20"/>
                <w:szCs w:val="20"/>
              </w:rPr>
              <w:t>Agenția Națională pentru Tineret</w:t>
            </w:r>
          </w:p>
          <w:p w14:paraId="22B072D7" w14:textId="77777777" w:rsidR="00156693" w:rsidRDefault="00000000">
            <w:pPr>
              <w:spacing w:after="0" w:line="240" w:lineRule="auto"/>
              <w:ind w:left="-20"/>
              <w:jc w:val="center"/>
              <w:rPr>
                <w:sz w:val="20"/>
                <w:szCs w:val="20"/>
              </w:rPr>
            </w:pPr>
            <w:r>
              <w:rPr>
                <w:sz w:val="20"/>
                <w:szCs w:val="20"/>
              </w:rPr>
              <w:t>Instituții de învățământ superior; centre de tineret</w:t>
            </w:r>
          </w:p>
          <w:p w14:paraId="66326A42"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23631C" w14:textId="77777777" w:rsidR="00156693" w:rsidRDefault="00000000">
            <w:pPr>
              <w:spacing w:after="0" w:line="240" w:lineRule="auto"/>
              <w:ind w:left="-20"/>
              <w:jc w:val="center"/>
              <w:rPr>
                <w:i/>
                <w:iCs/>
                <w:sz w:val="20"/>
                <w:szCs w:val="20"/>
              </w:rPr>
            </w:pPr>
            <w:r>
              <w:rPr>
                <w:i/>
                <w:iCs/>
                <w:sz w:val="20"/>
                <w:szCs w:val="20"/>
              </w:rPr>
              <w:t>42,0</w:t>
            </w:r>
          </w:p>
          <w:p w14:paraId="639DE9AF" w14:textId="77777777" w:rsidR="00156693" w:rsidRDefault="00000000">
            <w:pPr>
              <w:spacing w:after="0" w:line="240" w:lineRule="auto"/>
              <w:ind w:left="-20"/>
              <w:jc w:val="center"/>
              <w:rPr>
                <w:i/>
                <w:iCs/>
                <w:sz w:val="20"/>
                <w:szCs w:val="20"/>
              </w:rPr>
            </w:pPr>
            <w:r>
              <w:rPr>
                <w:i/>
                <w:iCs/>
                <w:sz w:val="20"/>
                <w:szCs w:val="20"/>
              </w:rPr>
              <w:t xml:space="preserve">BS </w:t>
            </w:r>
          </w:p>
          <w:p w14:paraId="3C1AC779" w14:textId="77777777" w:rsidR="00156693" w:rsidRDefault="00156693">
            <w:pPr>
              <w:spacing w:after="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A63522F"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54BE1F" w14:textId="77777777" w:rsidR="00156693" w:rsidRDefault="00000000">
            <w:pPr>
              <w:spacing w:after="0" w:line="240" w:lineRule="auto"/>
              <w:ind w:left="-20"/>
              <w:jc w:val="center"/>
              <w:rPr>
                <w:sz w:val="20"/>
                <w:szCs w:val="20"/>
              </w:rPr>
            </w:pPr>
            <w:r>
              <w:rPr>
                <w:sz w:val="20"/>
                <w:szCs w:val="20"/>
              </w:rPr>
              <w:t xml:space="preserve"> 40%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0E9E6D"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E09C7B" w14:textId="77777777" w:rsidR="00156693" w:rsidRDefault="00000000">
            <w:pPr>
              <w:spacing w:after="0" w:line="240" w:lineRule="auto"/>
              <w:ind w:left="-20"/>
              <w:jc w:val="center"/>
              <w:rPr>
                <w:sz w:val="20"/>
                <w:szCs w:val="20"/>
              </w:rPr>
            </w:pPr>
            <w:r>
              <w:rPr>
                <w:sz w:val="20"/>
                <w:szCs w:val="20"/>
              </w:rPr>
              <w:t>80%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DFEF47" w14:textId="77777777" w:rsidR="00156693" w:rsidRDefault="00000000">
            <w:pPr>
              <w:spacing w:after="0" w:line="240" w:lineRule="auto"/>
              <w:ind w:left="-20"/>
              <w:jc w:val="center"/>
              <w:rPr>
                <w:sz w:val="20"/>
                <w:szCs w:val="20"/>
              </w:rPr>
            </w:pPr>
            <w:r>
              <w:rPr>
                <w:sz w:val="20"/>
                <w:szCs w:val="20"/>
              </w:rPr>
              <w:t>100%</w:t>
            </w:r>
          </w:p>
        </w:tc>
      </w:tr>
      <w:tr w:rsidR="00156693" w14:paraId="3AB0B30D"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6EB83BE" w14:textId="77777777" w:rsidR="00156693" w:rsidRDefault="00000000">
            <w:pPr>
              <w:spacing w:after="40" w:line="240" w:lineRule="auto"/>
              <w:ind w:left="-20"/>
              <w:rPr>
                <w:sz w:val="20"/>
                <w:szCs w:val="20"/>
              </w:rPr>
            </w:pPr>
            <w:r>
              <w:rPr>
                <w:b/>
                <w:bCs/>
                <w:sz w:val="20"/>
                <w:szCs w:val="20"/>
              </w:rPr>
              <w:t xml:space="preserve">Rezultat anticipat 1.1.4. </w:t>
            </w:r>
            <w:r>
              <w:rPr>
                <w:sz w:val="20"/>
                <w:szCs w:val="20"/>
              </w:rPr>
              <w:t>Elevii din clasele a VIII-a–a IX-a și din învățământul profesional tehnic beneficiază de programe nonformale de orientare în carieră și de dezvoltare a competențelor, realizate prin centrele de tineret în parteneriat cu instituțiile de învățământ, cu referire către serviciile specializate.</w:t>
            </w:r>
          </w:p>
          <w:p w14:paraId="6429C406" w14:textId="77777777" w:rsidR="00156693" w:rsidRDefault="00156693">
            <w:pPr>
              <w:spacing w:after="40" w:line="240" w:lineRule="auto"/>
              <w:ind w:left="-20"/>
              <w:rPr>
                <w:sz w:val="20"/>
                <w:szCs w:val="20"/>
              </w:rPr>
            </w:pPr>
          </w:p>
          <w:p w14:paraId="3151F645"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Numărul elevilor care finalizează anual programul de orientare în carieră.</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61719C" w14:textId="77777777" w:rsidR="00156693" w:rsidRDefault="00000000">
            <w:pPr>
              <w:spacing w:after="0" w:line="240" w:lineRule="auto"/>
              <w:ind w:left="-20"/>
              <w:rPr>
                <w:sz w:val="20"/>
                <w:szCs w:val="20"/>
              </w:rPr>
            </w:pPr>
            <w:r>
              <w:rPr>
                <w:sz w:val="20"/>
                <w:szCs w:val="20"/>
              </w:rPr>
              <w:lastRenderedPageBreak/>
              <w:t xml:space="preserve">1.1.4.1. Elaborarea și aprobarea, în colaborare cu instituțiile de învățământ general și profesional tehnic, a programului nonformal de orientare în carieră pentru elevii din clasele VIII–XII și din învățământul </w:t>
            </w:r>
            <w:r>
              <w:rPr>
                <w:sz w:val="20"/>
                <w:szCs w:val="20"/>
              </w:rPr>
              <w:lastRenderedPageBreak/>
              <w:t>profesional tehnic, inclusiv stabilirea unui protocol de colaborare cu ANOFM și pilotarea programului în centrele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503E85" w14:textId="77777777" w:rsidR="00156693" w:rsidRDefault="00000000">
            <w:pPr>
              <w:spacing w:after="0" w:line="240" w:lineRule="auto"/>
              <w:ind w:left="-20"/>
              <w:rPr>
                <w:sz w:val="20"/>
                <w:szCs w:val="20"/>
              </w:rPr>
            </w:pPr>
            <w:r>
              <w:rPr>
                <w:sz w:val="20"/>
                <w:szCs w:val="20"/>
              </w:rPr>
              <w:lastRenderedPageBreak/>
              <w:t>Numărul elevilor care finalizează programul-pilot</w:t>
            </w:r>
          </w:p>
          <w:p w14:paraId="127B4DC9" w14:textId="77777777" w:rsidR="00156693" w:rsidRDefault="00156693">
            <w:pPr>
              <w:spacing w:after="0" w:line="240" w:lineRule="auto"/>
              <w:ind w:left="-20"/>
              <w:rPr>
                <w:sz w:val="20"/>
                <w:szCs w:val="20"/>
              </w:rPr>
            </w:pPr>
          </w:p>
          <w:p w14:paraId="1F63C6DA" w14:textId="77777777" w:rsidR="00156693" w:rsidRDefault="00000000">
            <w:pPr>
              <w:spacing w:after="0" w:line="240" w:lineRule="auto"/>
              <w:ind w:left="-20"/>
              <w:rPr>
                <w:sz w:val="20"/>
                <w:szCs w:val="20"/>
              </w:rPr>
            </w:pPr>
            <w:r>
              <w:rPr>
                <w:sz w:val="20"/>
                <w:szCs w:val="20"/>
              </w:rPr>
              <w:t xml:space="preserve">Un program aprobat prin ordin MEC </w:t>
            </w:r>
          </w:p>
          <w:p w14:paraId="51D060D3" w14:textId="77777777" w:rsidR="00156693" w:rsidRDefault="00156693">
            <w:pPr>
              <w:spacing w:after="0" w:line="240" w:lineRule="auto"/>
              <w:ind w:left="-20"/>
              <w:rPr>
                <w:sz w:val="20"/>
                <w:szCs w:val="20"/>
              </w:rPr>
            </w:pPr>
          </w:p>
          <w:p w14:paraId="421F715E" w14:textId="77777777" w:rsidR="00156693" w:rsidRDefault="00000000">
            <w:pPr>
              <w:spacing w:after="0" w:line="240" w:lineRule="auto"/>
              <w:ind w:left="-20"/>
              <w:rPr>
                <w:sz w:val="20"/>
                <w:szCs w:val="20"/>
              </w:rPr>
            </w:pPr>
            <w:r>
              <w:rPr>
                <w:sz w:val="20"/>
                <w:szCs w:val="20"/>
              </w:rPr>
              <w:t>Un protocol de colaborare MEC–ANOFM semnat</w:t>
            </w:r>
          </w:p>
          <w:p w14:paraId="4B4D0082" w14:textId="77777777" w:rsidR="00156693" w:rsidRDefault="00156693">
            <w:pPr>
              <w:spacing w:after="0" w:line="240" w:lineRule="auto"/>
              <w:ind w:left="-20"/>
              <w:rPr>
                <w:sz w:val="20"/>
                <w:szCs w:val="20"/>
              </w:rPr>
            </w:pPr>
          </w:p>
          <w:p w14:paraId="64196180" w14:textId="77777777" w:rsidR="00156693" w:rsidRDefault="00000000">
            <w:pPr>
              <w:spacing w:after="0" w:line="240" w:lineRule="auto"/>
              <w:ind w:left="-20"/>
              <w:rPr>
                <w:sz w:val="20"/>
                <w:szCs w:val="20"/>
              </w:rPr>
            </w:pPr>
            <w:r>
              <w:rPr>
                <w:sz w:val="20"/>
                <w:szCs w:val="20"/>
              </w:rPr>
              <w:lastRenderedPageBreak/>
              <w:t>Un raport de pilotare cu recomandări pentru extindere elaborat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BE6961" w14:textId="77777777" w:rsidR="00156693" w:rsidRDefault="00000000">
            <w:pPr>
              <w:spacing w:after="0" w:line="240" w:lineRule="auto"/>
              <w:ind w:left="-20"/>
              <w:jc w:val="center"/>
              <w:rPr>
                <w:sz w:val="20"/>
                <w:szCs w:val="20"/>
              </w:rPr>
            </w:pPr>
            <w:r>
              <w:rPr>
                <w:sz w:val="20"/>
                <w:szCs w:val="20"/>
              </w:rPr>
              <w:lastRenderedPageBreak/>
              <w:t>Trim. IV, 2027 – aprobarea programului și protocolului;</w:t>
            </w:r>
          </w:p>
          <w:p w14:paraId="6FDD8E12" w14:textId="77777777" w:rsidR="00156693" w:rsidRDefault="00000000">
            <w:pPr>
              <w:spacing w:after="0" w:line="240" w:lineRule="auto"/>
              <w:ind w:left="-20"/>
              <w:jc w:val="center"/>
              <w:rPr>
                <w:sz w:val="20"/>
                <w:szCs w:val="20"/>
              </w:rPr>
            </w:pPr>
            <w:r>
              <w:rPr>
                <w:sz w:val="20"/>
                <w:szCs w:val="20"/>
              </w:rPr>
              <w:t>Trim. IV, 2028 – pilotare.</w:t>
            </w:r>
          </w:p>
          <w:p w14:paraId="21A02E98" w14:textId="77777777" w:rsidR="00156693" w:rsidRDefault="00000000">
            <w:pPr>
              <w:spacing w:after="0" w:line="240" w:lineRule="auto"/>
              <w:ind w:left="-20"/>
              <w:jc w:val="center"/>
              <w:rPr>
                <w:sz w:val="20"/>
                <w:szCs w:val="20"/>
              </w:rPr>
            </w:pPr>
            <w:r>
              <w:rPr>
                <w:sz w:val="20"/>
                <w:szCs w:val="20"/>
              </w:rPr>
              <w:t xml:space="preserve">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283FFC" w14:textId="77777777" w:rsidR="00156693" w:rsidRDefault="00000000">
            <w:pPr>
              <w:spacing w:after="40" w:line="240" w:lineRule="auto"/>
              <w:ind w:left="-20"/>
              <w:jc w:val="center"/>
              <w:rPr>
                <w:sz w:val="20"/>
                <w:szCs w:val="20"/>
              </w:rPr>
            </w:pPr>
            <w:r>
              <w:rPr>
                <w:sz w:val="20"/>
                <w:szCs w:val="20"/>
              </w:rPr>
              <w:t>Ministerul Educației și Cercetării</w:t>
            </w:r>
          </w:p>
          <w:p w14:paraId="382B53F4" w14:textId="77777777" w:rsidR="00156693" w:rsidRDefault="00000000">
            <w:pPr>
              <w:spacing w:after="40" w:line="240" w:lineRule="auto"/>
              <w:ind w:left="-20"/>
              <w:jc w:val="center"/>
              <w:rPr>
                <w:sz w:val="20"/>
                <w:szCs w:val="20"/>
              </w:rPr>
            </w:pPr>
            <w:r>
              <w:rPr>
                <w:sz w:val="20"/>
                <w:szCs w:val="20"/>
              </w:rPr>
              <w:t xml:space="preserve">Instituții de învățământ profesional tehnic; </w:t>
            </w:r>
          </w:p>
          <w:p w14:paraId="71409453" w14:textId="77777777" w:rsidR="00156693" w:rsidRDefault="00000000">
            <w:pPr>
              <w:spacing w:after="40" w:line="240" w:lineRule="auto"/>
              <w:ind w:left="-20"/>
              <w:jc w:val="center"/>
              <w:rPr>
                <w:sz w:val="20"/>
                <w:szCs w:val="20"/>
              </w:rPr>
            </w:pPr>
            <w:r>
              <w:rPr>
                <w:sz w:val="20"/>
                <w:szCs w:val="20"/>
              </w:rPr>
              <w:t>Centre de tineret;</w:t>
            </w:r>
          </w:p>
          <w:p w14:paraId="55872871" w14:textId="77777777" w:rsidR="00156693" w:rsidRDefault="00000000">
            <w:pPr>
              <w:spacing w:after="40" w:line="240" w:lineRule="auto"/>
              <w:ind w:left="-20"/>
              <w:jc w:val="center"/>
              <w:rPr>
                <w:sz w:val="20"/>
                <w:szCs w:val="20"/>
              </w:rPr>
            </w:pPr>
            <w:r>
              <w:rPr>
                <w:sz w:val="20"/>
                <w:szCs w:val="20"/>
              </w:rPr>
              <w:t>Agenția Națională pentru Ocuparea Forței de Muncă</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274D4B" w14:textId="77777777" w:rsidR="00156693" w:rsidRDefault="00000000">
            <w:pPr>
              <w:spacing w:after="40" w:line="240" w:lineRule="auto"/>
              <w:ind w:left="-20"/>
              <w:jc w:val="center"/>
              <w:rPr>
                <w:sz w:val="20"/>
                <w:szCs w:val="20"/>
              </w:rPr>
            </w:pPr>
            <w:r>
              <w:rPr>
                <w:i/>
                <w:iCs/>
                <w:sz w:val="20"/>
                <w:szCs w:val="20"/>
              </w:rPr>
              <w:t>-</w:t>
            </w:r>
            <w:r>
              <w:rPr>
                <w:sz w:val="20"/>
                <w:szCs w:val="20"/>
              </w:rPr>
              <w:t xml:space="preserv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CD12B6"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538924" w14:textId="77777777" w:rsidR="00156693" w:rsidRDefault="00000000">
            <w:pPr>
              <w:spacing w:after="0" w:line="240" w:lineRule="auto"/>
              <w:ind w:left="-20"/>
              <w:jc w:val="center"/>
              <w:rPr>
                <w:sz w:val="20"/>
                <w:szCs w:val="20"/>
              </w:rPr>
            </w:pPr>
            <w:r>
              <w:rPr>
                <w:sz w:val="20"/>
                <w:szCs w:val="20"/>
              </w:rPr>
              <w:t>35</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C0E651" w14:textId="77777777" w:rsidR="00156693" w:rsidRDefault="00000000">
            <w:pPr>
              <w:spacing w:after="0" w:line="240" w:lineRule="auto"/>
              <w:ind w:left="-20"/>
              <w:jc w:val="center"/>
              <w:rPr>
                <w:sz w:val="20"/>
                <w:szCs w:val="20"/>
              </w:rPr>
            </w:pPr>
            <w:r>
              <w:rPr>
                <w:sz w:val="20"/>
                <w:szCs w:val="20"/>
              </w:rPr>
              <w:t>70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50B322" w14:textId="77777777" w:rsidR="00156693" w:rsidRDefault="00000000">
            <w:pPr>
              <w:spacing w:after="0" w:line="240" w:lineRule="auto"/>
              <w:ind w:left="-20"/>
              <w:jc w:val="center"/>
              <w:rPr>
                <w:sz w:val="20"/>
                <w:szCs w:val="20"/>
              </w:rPr>
            </w:pPr>
            <w:r>
              <w:rPr>
                <w:sz w:val="20"/>
                <w:szCs w:val="20"/>
              </w:rPr>
              <w:t>100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F4C830" w14:textId="77777777" w:rsidR="00156693" w:rsidRDefault="00000000">
            <w:pPr>
              <w:spacing w:after="0" w:line="240" w:lineRule="auto"/>
              <w:ind w:left="-20"/>
              <w:jc w:val="center"/>
              <w:rPr>
                <w:sz w:val="20"/>
                <w:szCs w:val="20"/>
              </w:rPr>
            </w:pPr>
            <w:r>
              <w:rPr>
                <w:sz w:val="20"/>
                <w:szCs w:val="20"/>
              </w:rPr>
              <w:t>135</w:t>
            </w:r>
          </w:p>
        </w:tc>
      </w:tr>
      <w:tr w:rsidR="00156693" w14:paraId="7DFDA1CB"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7D1DCDB" w14:textId="77777777" w:rsidR="00156693" w:rsidRDefault="00156693">
            <w:pPr>
              <w:spacing w:after="40" w:line="240" w:lineRule="auto"/>
              <w:ind w:left="-2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9127CF3" w14:textId="77777777" w:rsidR="00156693" w:rsidRDefault="00000000">
            <w:pPr>
              <w:spacing w:after="0" w:line="240" w:lineRule="auto"/>
              <w:ind w:left="-20"/>
              <w:rPr>
                <w:sz w:val="20"/>
                <w:szCs w:val="20"/>
              </w:rPr>
            </w:pPr>
            <w:r>
              <w:rPr>
                <w:sz w:val="20"/>
                <w:szCs w:val="20"/>
              </w:rPr>
              <w:t>1.1.4.2. Extinderea anuală, condiționată de rezultatele pilotării, a programului nonformal de orientare în carieră prin centrele de tineret și instituțiile de învățământ partenere.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504362" w14:textId="77777777" w:rsidR="00156693" w:rsidRDefault="00000000">
            <w:pPr>
              <w:spacing w:after="0" w:line="240" w:lineRule="auto"/>
              <w:ind w:left="-20"/>
              <w:rPr>
                <w:sz w:val="20"/>
                <w:szCs w:val="20"/>
              </w:rPr>
            </w:pPr>
            <w:r>
              <w:rPr>
                <w:sz w:val="20"/>
                <w:szCs w:val="20"/>
              </w:rPr>
              <w:t>Numărul centrelor de tineret care implementează anual programul</w:t>
            </w:r>
          </w:p>
          <w:p w14:paraId="4335B68E" w14:textId="77777777" w:rsidR="00156693" w:rsidRDefault="00156693">
            <w:pPr>
              <w:spacing w:after="0" w:line="240" w:lineRule="auto"/>
              <w:ind w:left="-20"/>
              <w:rPr>
                <w:sz w:val="20"/>
                <w:szCs w:val="20"/>
              </w:rPr>
            </w:pPr>
          </w:p>
          <w:p w14:paraId="7EA94903" w14:textId="77777777" w:rsidR="00156693" w:rsidRDefault="00000000">
            <w:pPr>
              <w:spacing w:after="0" w:line="240" w:lineRule="auto"/>
              <w:ind w:left="-20"/>
              <w:rPr>
                <w:sz w:val="20"/>
                <w:szCs w:val="20"/>
              </w:rPr>
            </w:pPr>
            <w:r>
              <w:rPr>
                <w:sz w:val="20"/>
                <w:szCs w:val="20"/>
              </w:rPr>
              <w:t>Numărul elevilor care finalizează anual programul, dezagregat pe sexe, mediul de reședință și tipul instituției de învățământ</w:t>
            </w:r>
          </w:p>
          <w:p w14:paraId="3F62F9B7" w14:textId="77777777" w:rsidR="00156693" w:rsidRDefault="00156693">
            <w:pPr>
              <w:spacing w:after="0" w:line="240" w:lineRule="auto"/>
              <w:ind w:left="-20"/>
              <w:rPr>
                <w:sz w:val="20"/>
                <w:szCs w:val="20"/>
              </w:rPr>
            </w:pPr>
          </w:p>
          <w:p w14:paraId="5312C49C" w14:textId="77777777" w:rsidR="00156693" w:rsidRDefault="00000000">
            <w:pPr>
              <w:spacing w:after="0" w:line="240" w:lineRule="auto"/>
              <w:ind w:left="-20"/>
              <w:rPr>
                <w:sz w:val="20"/>
                <w:szCs w:val="20"/>
              </w:rPr>
            </w:pPr>
            <w:r>
              <w:rPr>
                <w:sz w:val="20"/>
                <w:szCs w:val="20"/>
              </w:rPr>
              <w:t>Numărul elevilor referiți către servicii de ocupare/formare, care au finalizat traseul de referire.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0D7A6D" w14:textId="77777777" w:rsidR="00156693" w:rsidRDefault="00000000">
            <w:pPr>
              <w:spacing w:after="0" w:line="240" w:lineRule="auto"/>
              <w:ind w:left="-20"/>
              <w:jc w:val="center"/>
              <w:rPr>
                <w:sz w:val="20"/>
                <w:szCs w:val="20"/>
              </w:rPr>
            </w:pPr>
            <w:r>
              <w:rPr>
                <w:sz w:val="20"/>
                <w:szCs w:val="20"/>
              </w:rPr>
              <w:t>Trim. IV, anual,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1E74B3" w14:textId="77777777" w:rsidR="00156693" w:rsidRDefault="00000000">
            <w:pPr>
              <w:spacing w:after="40" w:line="240" w:lineRule="auto"/>
              <w:ind w:left="-20"/>
              <w:jc w:val="center"/>
              <w:rPr>
                <w:sz w:val="20"/>
                <w:szCs w:val="20"/>
              </w:rPr>
            </w:pPr>
            <w:r>
              <w:rPr>
                <w:sz w:val="20"/>
                <w:szCs w:val="20"/>
              </w:rPr>
              <w:t>Ministerul Educației și Cercetării;</w:t>
            </w:r>
          </w:p>
          <w:p w14:paraId="6D6FCD58" w14:textId="77777777" w:rsidR="00156693" w:rsidRDefault="00000000">
            <w:pPr>
              <w:spacing w:after="40" w:line="240" w:lineRule="auto"/>
              <w:ind w:left="-20"/>
              <w:jc w:val="center"/>
              <w:rPr>
                <w:sz w:val="20"/>
                <w:szCs w:val="20"/>
              </w:rPr>
            </w:pPr>
            <w:r>
              <w:rPr>
                <w:sz w:val="20"/>
                <w:szCs w:val="20"/>
              </w:rPr>
              <w:t>Instituții de învățământ general și profesional tehnic;</w:t>
            </w:r>
          </w:p>
          <w:p w14:paraId="75258C65" w14:textId="77777777" w:rsidR="00156693" w:rsidRDefault="00000000">
            <w:pPr>
              <w:spacing w:after="40" w:line="240" w:lineRule="auto"/>
              <w:ind w:left="-20"/>
              <w:jc w:val="center"/>
              <w:rPr>
                <w:sz w:val="20"/>
                <w:szCs w:val="20"/>
              </w:rPr>
            </w:pPr>
            <w:r>
              <w:rPr>
                <w:sz w:val="20"/>
                <w:szCs w:val="20"/>
              </w:rPr>
              <w:t>Centre de tineret;</w:t>
            </w:r>
          </w:p>
          <w:p w14:paraId="3C880065" w14:textId="77777777" w:rsidR="00156693" w:rsidRDefault="00000000">
            <w:pPr>
              <w:spacing w:after="40" w:line="240" w:lineRule="auto"/>
              <w:ind w:left="-20"/>
              <w:jc w:val="center"/>
              <w:rPr>
                <w:sz w:val="20"/>
                <w:szCs w:val="20"/>
              </w:rPr>
            </w:pPr>
            <w:r>
              <w:rPr>
                <w:sz w:val="20"/>
                <w:szCs w:val="20"/>
              </w:rPr>
              <w:t>Agenția Națională pentru Ocuparea Forței de Muncă.</w:t>
            </w:r>
          </w:p>
          <w:p w14:paraId="4883E65A"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728E55D" w14:textId="77777777" w:rsidR="00156693" w:rsidRDefault="00000000">
            <w:pPr>
              <w:spacing w:after="0" w:line="240" w:lineRule="auto"/>
              <w:ind w:left="-20"/>
              <w:jc w:val="center"/>
              <w:rPr>
                <w:i/>
                <w:iCs/>
                <w:sz w:val="20"/>
                <w:szCs w:val="20"/>
              </w:rPr>
            </w:pPr>
            <w:r>
              <w:rPr>
                <w:i/>
                <w:iCs/>
                <w:sz w:val="20"/>
                <w:szCs w:val="20"/>
              </w:rPr>
              <w:t>435,0</w:t>
            </w:r>
          </w:p>
          <w:p w14:paraId="46F3CC05" w14:textId="77777777" w:rsidR="00156693" w:rsidRDefault="00000000">
            <w:pPr>
              <w:spacing w:after="40" w:line="240" w:lineRule="auto"/>
              <w:ind w:left="-20"/>
              <w:jc w:val="center"/>
              <w:rPr>
                <w:sz w:val="20"/>
                <w:szCs w:val="20"/>
              </w:rPr>
            </w:pPr>
            <w:r>
              <w:rPr>
                <w:i/>
                <w:iCs/>
                <w:sz w:val="20"/>
                <w:szCs w:val="20"/>
              </w:rPr>
              <w:t>BS</w:t>
            </w:r>
            <w:r>
              <w:rPr>
                <w:sz w:val="20"/>
                <w:szCs w:val="20"/>
              </w:rPr>
              <w:t xml:space="preserv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E6AE3E"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B72C81"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33429A"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8F03CF" w14:textId="77777777" w:rsidR="00156693" w:rsidRDefault="00000000">
            <w:pPr>
              <w:spacing w:after="0" w:line="240" w:lineRule="auto"/>
              <w:ind w:left="-20"/>
              <w:jc w:val="center"/>
              <w:rPr>
                <w:sz w:val="20"/>
                <w:szCs w:val="20"/>
              </w:rPr>
            </w:pPr>
            <w:r>
              <w:rPr>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91EB53" w14:textId="77777777" w:rsidR="00156693" w:rsidRDefault="00000000">
            <w:pPr>
              <w:spacing w:after="0" w:line="240" w:lineRule="auto"/>
              <w:ind w:left="-20"/>
              <w:jc w:val="center"/>
              <w:rPr>
                <w:sz w:val="20"/>
                <w:szCs w:val="20"/>
              </w:rPr>
            </w:pPr>
            <w:r>
              <w:rPr>
                <w:sz w:val="20"/>
                <w:szCs w:val="20"/>
              </w:rPr>
              <w:t>15</w:t>
            </w:r>
          </w:p>
        </w:tc>
      </w:tr>
      <w:tr w:rsidR="00156693" w14:paraId="38DC0CF3" w14:textId="77777777">
        <w:trPr>
          <w:trHeight w:val="540"/>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0634F65D" w14:textId="77777777" w:rsidR="00156693" w:rsidRDefault="00000000">
            <w:pPr>
              <w:spacing w:after="0" w:line="240" w:lineRule="auto"/>
              <w:ind w:left="-20"/>
              <w:jc w:val="both"/>
              <w:rPr>
                <w:b/>
                <w:bCs/>
                <w:sz w:val="20"/>
                <w:szCs w:val="20"/>
              </w:rPr>
            </w:pPr>
            <w:r>
              <w:rPr>
                <w:b/>
                <w:bCs/>
                <w:sz w:val="20"/>
                <w:szCs w:val="20"/>
              </w:rPr>
              <w:t>Obiectivul specific 1.2. Diversificarea programelor realizate de organizațiile de tineret și extinderea accesului tinerilor din teritoriile insuficient deservite, pentru a atinge, până în anul 2030, numărul de 120 de programe realizate de organizațiile de tineret</w:t>
            </w:r>
          </w:p>
        </w:tc>
      </w:tr>
      <w:tr w:rsidR="00156693" w14:paraId="21BA2BD1"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CE9A4D6" w14:textId="77777777" w:rsidR="00156693" w:rsidRDefault="00000000">
            <w:pPr>
              <w:spacing w:after="40" w:line="240" w:lineRule="auto"/>
              <w:ind w:left="-20"/>
              <w:rPr>
                <w:sz w:val="20"/>
                <w:szCs w:val="20"/>
              </w:rPr>
            </w:pPr>
            <w:r>
              <w:rPr>
                <w:b/>
                <w:bCs/>
                <w:sz w:val="20"/>
                <w:szCs w:val="20"/>
              </w:rPr>
              <w:lastRenderedPageBreak/>
              <w:t xml:space="preserve">Rezultat anticipat 1.2.1. </w:t>
            </w:r>
            <w:r>
              <w:rPr>
                <w:sz w:val="20"/>
                <w:szCs w:val="20"/>
              </w:rPr>
              <w:t>Tinerii din teritoriile insuficient deservite, inclusiv din localitățile fără centru de tineret funcțional, au acces sporit la programe incluzive realizate de organizațiile de tineret</w:t>
            </w:r>
          </w:p>
          <w:p w14:paraId="5A65886C" w14:textId="77777777" w:rsidR="00156693" w:rsidRDefault="00156693">
            <w:pPr>
              <w:spacing w:after="0" w:line="240" w:lineRule="auto"/>
              <w:ind w:left="-20"/>
              <w:rPr>
                <w:sz w:val="20"/>
                <w:szCs w:val="20"/>
              </w:rPr>
            </w:pPr>
          </w:p>
          <w:p w14:paraId="042F799F"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 xml:space="preserve">Numărul programelor realizate de organizațiile de tineret și numărul localităților fără centru de tineret funcțional în care sunt realizate aceste programe, raportate anual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5968D5" w14:textId="77777777" w:rsidR="00156693" w:rsidRDefault="00000000">
            <w:pPr>
              <w:spacing w:after="0" w:line="240" w:lineRule="auto"/>
              <w:ind w:left="-20"/>
              <w:rPr>
                <w:sz w:val="20"/>
                <w:szCs w:val="20"/>
              </w:rPr>
            </w:pPr>
            <w:r>
              <w:rPr>
                <w:sz w:val="20"/>
                <w:szCs w:val="20"/>
              </w:rPr>
              <w:t>1.2.1.1. Actualizarea, în 2027 și 2029, a analizei accesului teritorial la programe de tineret și aprobarea anuală a listei localităților prioritare, în baza datelor privind lipsa centrului de tineret funcțional, nevoile tinerilor și oferta existentă a organizațiilor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178353" w14:textId="77777777" w:rsidR="00156693" w:rsidRDefault="00000000">
            <w:pPr>
              <w:spacing w:after="0" w:line="240" w:lineRule="auto"/>
              <w:ind w:left="-20"/>
              <w:rPr>
                <w:sz w:val="20"/>
                <w:szCs w:val="20"/>
              </w:rPr>
            </w:pPr>
            <w:r>
              <w:rPr>
                <w:sz w:val="20"/>
                <w:szCs w:val="20"/>
              </w:rPr>
              <w:t>Numărul localităților cartografiate</w:t>
            </w:r>
          </w:p>
          <w:p w14:paraId="0A160017" w14:textId="77777777" w:rsidR="00156693" w:rsidRDefault="00156693">
            <w:pPr>
              <w:spacing w:after="0" w:line="240" w:lineRule="auto"/>
              <w:ind w:left="-20"/>
              <w:rPr>
                <w:sz w:val="20"/>
                <w:szCs w:val="20"/>
              </w:rPr>
            </w:pPr>
          </w:p>
          <w:p w14:paraId="090E2C6E" w14:textId="77777777" w:rsidR="00156693" w:rsidRDefault="00000000">
            <w:pPr>
              <w:spacing w:after="0" w:line="240" w:lineRule="auto"/>
              <w:ind w:left="-20"/>
              <w:rPr>
                <w:sz w:val="20"/>
                <w:szCs w:val="20"/>
              </w:rPr>
            </w:pPr>
            <w:r>
              <w:rPr>
                <w:sz w:val="20"/>
                <w:szCs w:val="20"/>
              </w:rPr>
              <w:t xml:space="preserve">Analiză actualizată și publicată în 2027 și 2029; listă anuală a localităților prioritare aprobată; </w:t>
            </w:r>
          </w:p>
          <w:p w14:paraId="7FCB22AB" w14:textId="77777777" w:rsidR="00156693" w:rsidRDefault="00156693">
            <w:pPr>
              <w:spacing w:after="0" w:line="240" w:lineRule="auto"/>
              <w:ind w:left="-20"/>
              <w:rPr>
                <w:sz w:val="20"/>
                <w:szCs w:val="20"/>
              </w:rPr>
            </w:pPr>
          </w:p>
          <w:p w14:paraId="2EFDE87E" w14:textId="77777777" w:rsidR="00156693" w:rsidRDefault="00000000">
            <w:pPr>
              <w:spacing w:after="0" w:line="240" w:lineRule="auto"/>
              <w:ind w:left="-20"/>
              <w:rPr>
                <w:sz w:val="20"/>
                <w:szCs w:val="20"/>
              </w:rPr>
            </w:pPr>
            <w:r>
              <w:rPr>
                <w:sz w:val="20"/>
                <w:szCs w:val="20"/>
              </w:rPr>
              <w:t xml:space="preserve">Cartografierea necesităților locale  </w:t>
            </w:r>
          </w:p>
          <w:p w14:paraId="5DCCF2AD" w14:textId="77777777" w:rsidR="00156693" w:rsidRDefault="00156693">
            <w:pPr>
              <w:spacing w:after="0" w:line="240" w:lineRule="auto"/>
              <w:ind w:left="-20"/>
              <w:rPr>
                <w:sz w:val="20"/>
                <w:szCs w:val="20"/>
              </w:rPr>
            </w:pPr>
          </w:p>
          <w:p w14:paraId="1A86CCF0" w14:textId="77777777" w:rsidR="00156693" w:rsidRDefault="00156693">
            <w:pPr>
              <w:spacing w:after="0" w:line="240" w:lineRule="auto"/>
              <w:ind w:left="-20"/>
              <w:rPr>
                <w:sz w:val="20"/>
                <w:szCs w:val="20"/>
              </w:rPr>
            </w:pPr>
          </w:p>
          <w:p w14:paraId="4070D0DB"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30927D7" w14:textId="77777777" w:rsidR="00156693" w:rsidRDefault="00000000">
            <w:pPr>
              <w:spacing w:after="0" w:line="240" w:lineRule="auto"/>
              <w:ind w:left="-20"/>
              <w:jc w:val="center"/>
              <w:rPr>
                <w:sz w:val="20"/>
                <w:szCs w:val="20"/>
              </w:rPr>
            </w:pPr>
            <w:r>
              <w:rPr>
                <w:sz w:val="20"/>
                <w:szCs w:val="20"/>
              </w:rPr>
              <w:t>Trim. II, 2027</w:t>
            </w:r>
          </w:p>
          <w:p w14:paraId="514A4B7B" w14:textId="77777777" w:rsidR="00156693" w:rsidRDefault="00000000">
            <w:pPr>
              <w:spacing w:after="0" w:line="240" w:lineRule="auto"/>
              <w:ind w:left="-20"/>
              <w:jc w:val="center"/>
              <w:rPr>
                <w:sz w:val="20"/>
                <w:szCs w:val="20"/>
              </w:rPr>
            </w:pPr>
            <w:r>
              <w:rPr>
                <w:sz w:val="20"/>
                <w:szCs w:val="20"/>
              </w:rPr>
              <w:t xml:space="preserve"> </w:t>
            </w:r>
          </w:p>
          <w:p w14:paraId="2A3E8880" w14:textId="77777777" w:rsidR="00156693" w:rsidRDefault="00000000">
            <w:pPr>
              <w:spacing w:after="0" w:line="240" w:lineRule="auto"/>
              <w:ind w:left="-20"/>
              <w:jc w:val="center"/>
              <w:rPr>
                <w:sz w:val="20"/>
                <w:szCs w:val="20"/>
              </w:rPr>
            </w:pPr>
            <w:r>
              <w:rPr>
                <w:sz w:val="20"/>
                <w:szCs w:val="20"/>
              </w:rPr>
              <w:t>Trim. II, 2029</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074FAC" w14:textId="77777777" w:rsidR="00156693" w:rsidRDefault="00000000">
            <w:pPr>
              <w:spacing w:after="40" w:line="240" w:lineRule="auto"/>
              <w:ind w:left="-20"/>
              <w:jc w:val="center"/>
              <w:rPr>
                <w:sz w:val="20"/>
                <w:szCs w:val="20"/>
              </w:rPr>
            </w:pPr>
            <w:r>
              <w:rPr>
                <w:sz w:val="20"/>
                <w:szCs w:val="20"/>
              </w:rPr>
              <w:t>Ministerul Educației și Cercetării</w:t>
            </w:r>
          </w:p>
          <w:p w14:paraId="7F8843A9" w14:textId="77777777" w:rsidR="00156693" w:rsidRDefault="00000000">
            <w:pPr>
              <w:spacing w:after="0" w:line="240" w:lineRule="auto"/>
              <w:ind w:left="-20"/>
              <w:jc w:val="center"/>
              <w:rPr>
                <w:sz w:val="20"/>
                <w:szCs w:val="20"/>
              </w:rPr>
            </w:pPr>
            <w:r>
              <w:rPr>
                <w:sz w:val="20"/>
                <w:szCs w:val="20"/>
              </w:rPr>
              <w:t>Agenția Națională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998A3DB" w14:textId="77777777" w:rsidR="00156693" w:rsidRDefault="00000000">
            <w:pPr>
              <w:spacing w:after="40" w:line="240" w:lineRule="auto"/>
              <w:ind w:left="-20"/>
              <w:jc w:val="center"/>
              <w:rPr>
                <w:i/>
                <w:iCs/>
                <w:sz w:val="20"/>
                <w:szCs w:val="20"/>
              </w:rPr>
            </w:pPr>
            <w:r>
              <w:rPr>
                <w:i/>
                <w:iCs/>
                <w:sz w:val="20"/>
                <w:szCs w:val="20"/>
              </w:rPr>
              <w:t>80,0</w:t>
            </w:r>
          </w:p>
          <w:p w14:paraId="5FD2CCF7"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0E19B7"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FD503A" w14:textId="77777777" w:rsidR="00156693" w:rsidRDefault="00000000">
            <w:pPr>
              <w:spacing w:after="0" w:line="240" w:lineRule="auto"/>
              <w:ind w:left="-20"/>
              <w:jc w:val="center"/>
              <w:rPr>
                <w:sz w:val="20"/>
                <w:szCs w:val="20"/>
              </w:rPr>
            </w:pPr>
            <w:r>
              <w:rPr>
                <w:sz w:val="20"/>
                <w:szCs w:val="20"/>
              </w:rPr>
              <w:t>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FBBD9A" w14:textId="77777777" w:rsidR="00156693" w:rsidRDefault="00000000">
            <w:pPr>
              <w:spacing w:after="0" w:line="240" w:lineRule="auto"/>
              <w:ind w:left="-20"/>
              <w:jc w:val="center"/>
              <w:rPr>
                <w:sz w:val="20"/>
                <w:szCs w:val="20"/>
              </w:rPr>
            </w:pPr>
            <w:r>
              <w:rPr>
                <w:sz w:val="20"/>
                <w:szCs w:val="20"/>
              </w:rPr>
              <w:t>20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A59296" w14:textId="77777777" w:rsidR="00156693" w:rsidRDefault="00000000">
            <w:pPr>
              <w:spacing w:after="0" w:line="240" w:lineRule="auto"/>
              <w:ind w:left="-20"/>
              <w:jc w:val="center"/>
              <w:rPr>
                <w:sz w:val="20"/>
                <w:szCs w:val="20"/>
              </w:rPr>
            </w:pPr>
            <w:r>
              <w:rPr>
                <w:sz w:val="20"/>
                <w:szCs w:val="20"/>
              </w:rPr>
              <w:t>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F575EF" w14:textId="77777777" w:rsidR="00156693" w:rsidRDefault="00000000">
            <w:pPr>
              <w:spacing w:after="0" w:line="240" w:lineRule="auto"/>
              <w:ind w:left="-20"/>
              <w:jc w:val="center"/>
              <w:rPr>
                <w:sz w:val="20"/>
                <w:szCs w:val="20"/>
              </w:rPr>
            </w:pPr>
            <w:r>
              <w:rPr>
                <w:sz w:val="20"/>
                <w:szCs w:val="20"/>
              </w:rPr>
              <w:t>40</w:t>
            </w:r>
          </w:p>
        </w:tc>
      </w:tr>
      <w:tr w:rsidR="00156693" w14:paraId="2AF6F8BF"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E2FAA2B"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5A02B23" w14:textId="77777777" w:rsidR="00156693" w:rsidRDefault="00000000">
            <w:pPr>
              <w:spacing w:after="0" w:line="240" w:lineRule="auto"/>
              <w:ind w:left="-20"/>
              <w:rPr>
                <w:sz w:val="20"/>
                <w:szCs w:val="20"/>
              </w:rPr>
            </w:pPr>
            <w:r>
              <w:rPr>
                <w:sz w:val="20"/>
                <w:szCs w:val="20"/>
              </w:rPr>
              <w:t xml:space="preserve">1.2.1.2. Aplicarea mecanismului transparent de selectare și finanțare a organizațiilor de tineret pentru realizarea programelor în localitățile prioritare (parteneriate strategice).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A38666" w14:textId="77777777" w:rsidR="00156693" w:rsidRDefault="00000000">
            <w:pPr>
              <w:spacing w:after="0" w:line="240" w:lineRule="auto"/>
              <w:ind w:left="-20"/>
              <w:rPr>
                <w:sz w:val="20"/>
                <w:szCs w:val="20"/>
              </w:rPr>
            </w:pPr>
            <w:r>
              <w:rPr>
                <w:sz w:val="20"/>
                <w:szCs w:val="20"/>
              </w:rPr>
              <w:t xml:space="preserve">Numărul organizațiilor selectate, finanțate sau contractate, raportat anual </w:t>
            </w:r>
          </w:p>
          <w:p w14:paraId="5867E918" w14:textId="77777777" w:rsidR="00156693" w:rsidRDefault="00156693">
            <w:pPr>
              <w:spacing w:after="0" w:line="240" w:lineRule="auto"/>
              <w:ind w:left="-20"/>
              <w:rPr>
                <w:sz w:val="20"/>
                <w:szCs w:val="20"/>
              </w:rPr>
            </w:pPr>
          </w:p>
          <w:p w14:paraId="2566293E" w14:textId="77777777" w:rsidR="00156693" w:rsidRDefault="00000000">
            <w:pPr>
              <w:spacing w:after="0" w:line="240" w:lineRule="auto"/>
              <w:ind w:left="-20"/>
              <w:rPr>
                <w:sz w:val="20"/>
                <w:szCs w:val="20"/>
              </w:rPr>
            </w:pPr>
            <w:r>
              <w:rPr>
                <w:sz w:val="20"/>
                <w:szCs w:val="20"/>
              </w:rPr>
              <w:t>Mecanism aprobat și procedură anuală de selectare publicată</w:t>
            </w:r>
          </w:p>
          <w:p w14:paraId="5B48FC19" w14:textId="77777777" w:rsidR="00156693" w:rsidRDefault="00156693">
            <w:pPr>
              <w:spacing w:after="0" w:line="240" w:lineRule="auto"/>
              <w:ind w:left="-20"/>
              <w:rPr>
                <w:sz w:val="20"/>
                <w:szCs w:val="20"/>
              </w:rPr>
            </w:pPr>
          </w:p>
          <w:p w14:paraId="19FC3D5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CA593E" w14:textId="77777777" w:rsidR="00156693" w:rsidRDefault="00000000">
            <w:pPr>
              <w:spacing w:after="0" w:line="240" w:lineRule="auto"/>
              <w:ind w:left="-20"/>
              <w:jc w:val="center"/>
              <w:rPr>
                <w:sz w:val="20"/>
                <w:szCs w:val="20"/>
              </w:rPr>
            </w:pPr>
            <w:r>
              <w:rPr>
                <w:sz w:val="20"/>
                <w:szCs w:val="20"/>
              </w:rPr>
              <w:t>Trim. I 2027</w:t>
            </w:r>
          </w:p>
          <w:p w14:paraId="79CE9E86" w14:textId="77777777" w:rsidR="00156693" w:rsidRDefault="00156693">
            <w:pPr>
              <w:spacing w:after="0" w:line="240" w:lineRule="auto"/>
              <w:ind w:left="-20"/>
              <w:rPr>
                <w:sz w:val="20"/>
                <w:szCs w:val="20"/>
              </w:rPr>
            </w:pPr>
          </w:p>
          <w:p w14:paraId="06A47664" w14:textId="77777777" w:rsidR="00156693" w:rsidRDefault="00156693">
            <w:pPr>
              <w:spacing w:after="0" w:line="240" w:lineRule="auto"/>
              <w:ind w:left="-20"/>
              <w:rPr>
                <w:sz w:val="20"/>
                <w:szCs w:val="20"/>
              </w:rPr>
            </w:pP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5E899B" w14:textId="77777777" w:rsidR="00156693" w:rsidRDefault="00000000">
            <w:pPr>
              <w:spacing w:after="0" w:line="240" w:lineRule="auto"/>
              <w:ind w:left="-20"/>
              <w:jc w:val="center"/>
              <w:rPr>
                <w:sz w:val="20"/>
                <w:szCs w:val="20"/>
              </w:rPr>
            </w:pPr>
            <w:r>
              <w:rPr>
                <w:sz w:val="20"/>
                <w:szCs w:val="20"/>
              </w:rPr>
              <w:t>Ministerul Educației și Cercetării</w:t>
            </w:r>
          </w:p>
          <w:p w14:paraId="3BD1F0C0" w14:textId="77777777" w:rsidR="00156693" w:rsidRDefault="00000000">
            <w:pPr>
              <w:spacing w:after="40" w:line="240" w:lineRule="auto"/>
              <w:ind w:left="-20"/>
              <w:jc w:val="center"/>
              <w:rPr>
                <w:sz w:val="20"/>
                <w:szCs w:val="20"/>
              </w:rPr>
            </w:pPr>
            <w:r>
              <w:rPr>
                <w:sz w:val="20"/>
                <w:szCs w:val="20"/>
              </w:rPr>
              <w:t>Agenția Națională Tineret</w:t>
            </w:r>
          </w:p>
          <w:p w14:paraId="000DCFE5" w14:textId="77777777" w:rsidR="00156693" w:rsidRDefault="00000000">
            <w:pPr>
              <w:spacing w:after="40" w:line="240" w:lineRule="auto"/>
              <w:ind w:left="-20"/>
              <w:jc w:val="center"/>
              <w:rPr>
                <w:sz w:val="20"/>
                <w:szCs w:val="20"/>
              </w:rPr>
            </w:pPr>
            <w:r>
              <w:rPr>
                <w:sz w:val="20"/>
                <w:szCs w:val="20"/>
              </w:rPr>
              <w:t>Organizații partenere 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ED2503" w14:textId="77777777" w:rsidR="00156693" w:rsidRDefault="00000000">
            <w:pPr>
              <w:spacing w:after="40" w:line="240" w:lineRule="auto"/>
              <w:ind w:left="-20"/>
              <w:jc w:val="center"/>
              <w:rPr>
                <w:i/>
                <w:iCs/>
                <w:sz w:val="20"/>
                <w:szCs w:val="20"/>
              </w:rPr>
            </w:pPr>
            <w:r>
              <w:rPr>
                <w:i/>
                <w:iCs/>
                <w:sz w:val="20"/>
                <w:szCs w:val="20"/>
              </w:rPr>
              <w:t>-</w:t>
            </w:r>
          </w:p>
          <w:p w14:paraId="20B1AD00" w14:textId="77777777" w:rsidR="00156693" w:rsidRDefault="00156693">
            <w:pPr>
              <w:spacing w:after="0" w:line="240" w:lineRule="auto"/>
              <w:ind w:left="-20"/>
              <w:jc w:val="center"/>
              <w:rPr>
                <w:i/>
                <w:iCs/>
                <w:sz w:val="20"/>
                <w:szCs w:val="20"/>
              </w:rPr>
            </w:pPr>
          </w:p>
          <w:p w14:paraId="5B468FFF" w14:textId="77777777" w:rsidR="00156693" w:rsidRDefault="00156693">
            <w:pPr>
              <w:spacing w:after="0" w:line="240" w:lineRule="auto"/>
              <w:ind w:left="-20"/>
              <w:jc w:val="center"/>
              <w:rPr>
                <w:i/>
                <w:iCs/>
                <w:sz w:val="20"/>
                <w:szCs w:val="20"/>
              </w:rPr>
            </w:pPr>
          </w:p>
          <w:p w14:paraId="3D0F0FEA" w14:textId="77777777" w:rsidR="00156693" w:rsidRDefault="00156693">
            <w:pPr>
              <w:spacing w:after="0" w:line="240" w:lineRule="auto"/>
              <w:ind w:left="-20"/>
              <w:rPr>
                <w:i/>
                <w:iCs/>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5E25B87"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DE0383" w14:textId="77777777" w:rsidR="00156693" w:rsidRDefault="00000000">
            <w:pPr>
              <w:spacing w:after="0" w:line="240" w:lineRule="auto"/>
              <w:ind w:left="-20"/>
              <w:jc w:val="center"/>
              <w:rPr>
                <w:sz w:val="20"/>
                <w:szCs w:val="20"/>
              </w:rPr>
            </w:pPr>
            <w:r>
              <w:rPr>
                <w:sz w:val="20"/>
                <w:szCs w:val="20"/>
              </w:rPr>
              <w:t>3</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399EA4" w14:textId="77777777" w:rsidR="00156693" w:rsidRDefault="00000000">
            <w:pPr>
              <w:spacing w:after="0" w:line="240" w:lineRule="auto"/>
              <w:ind w:left="-20"/>
              <w:jc w:val="center"/>
              <w:rPr>
                <w:sz w:val="20"/>
                <w:szCs w:val="20"/>
              </w:rPr>
            </w:pPr>
            <w:r>
              <w:rPr>
                <w:sz w:val="20"/>
                <w:szCs w:val="20"/>
              </w:rPr>
              <w:t>4</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87E28D" w14:textId="77777777" w:rsidR="00156693" w:rsidRDefault="00000000">
            <w:pPr>
              <w:spacing w:after="0" w:line="240" w:lineRule="auto"/>
              <w:ind w:left="-20"/>
              <w:jc w:val="center"/>
              <w:rPr>
                <w:sz w:val="20"/>
                <w:szCs w:val="20"/>
              </w:rPr>
            </w:pPr>
            <w:r>
              <w:rPr>
                <w:sz w:val="20"/>
                <w:szCs w:val="20"/>
              </w:rPr>
              <w:t>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0B277F" w14:textId="77777777" w:rsidR="00156693" w:rsidRDefault="00000000">
            <w:pPr>
              <w:spacing w:after="0" w:line="240" w:lineRule="auto"/>
              <w:ind w:left="-20"/>
              <w:jc w:val="center"/>
              <w:rPr>
                <w:sz w:val="20"/>
                <w:szCs w:val="20"/>
              </w:rPr>
            </w:pPr>
            <w:r>
              <w:rPr>
                <w:sz w:val="20"/>
                <w:szCs w:val="20"/>
              </w:rPr>
              <w:t>6</w:t>
            </w:r>
          </w:p>
        </w:tc>
      </w:tr>
      <w:tr w:rsidR="00156693" w14:paraId="610855F9"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FB18769" w14:textId="77777777" w:rsidR="00156693" w:rsidRDefault="00000000">
            <w:pPr>
              <w:spacing w:after="0" w:line="240" w:lineRule="auto"/>
              <w:ind w:left="-20"/>
              <w:jc w:val="both"/>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A4A0AF" w14:textId="77777777" w:rsidR="00156693" w:rsidRDefault="00000000">
            <w:pPr>
              <w:spacing w:after="0" w:line="240" w:lineRule="auto"/>
              <w:ind w:left="-20"/>
              <w:rPr>
                <w:sz w:val="20"/>
                <w:szCs w:val="20"/>
              </w:rPr>
            </w:pPr>
            <w:r>
              <w:rPr>
                <w:sz w:val="20"/>
                <w:szCs w:val="20"/>
              </w:rPr>
              <w:t>1.2.1.3. Implementarea anuală a programelor selectate, în formate mobile, itinerante, hibride și locale, în localitățile prioritare fără centru de tineret funcțional, cu măsuri de incluziune și informare accesibilă, inclusiv privind drepturile tinerilor și, după necesitate, în limbile minorităților naționale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B535BD" w14:textId="77777777" w:rsidR="00156693" w:rsidRDefault="00000000">
            <w:pPr>
              <w:spacing w:after="0" w:line="240" w:lineRule="auto"/>
              <w:ind w:left="-20"/>
              <w:rPr>
                <w:sz w:val="20"/>
                <w:szCs w:val="20"/>
              </w:rPr>
            </w:pPr>
            <w:r>
              <w:rPr>
                <w:sz w:val="20"/>
                <w:szCs w:val="20"/>
              </w:rPr>
              <w:t>Numărul programelor realizate de organizațiile de tineret, raportat anual</w:t>
            </w:r>
          </w:p>
          <w:p w14:paraId="28DB572C" w14:textId="77777777" w:rsidR="00156693" w:rsidRDefault="00156693">
            <w:pPr>
              <w:spacing w:after="0" w:line="240" w:lineRule="auto"/>
              <w:ind w:left="-20"/>
              <w:rPr>
                <w:sz w:val="20"/>
                <w:szCs w:val="20"/>
              </w:rPr>
            </w:pPr>
          </w:p>
          <w:p w14:paraId="01ABFFB7" w14:textId="77777777" w:rsidR="00156693" w:rsidRDefault="00000000">
            <w:pPr>
              <w:spacing w:after="0" w:line="240" w:lineRule="auto"/>
              <w:ind w:left="-20"/>
              <w:rPr>
                <w:sz w:val="20"/>
                <w:szCs w:val="20"/>
              </w:rPr>
            </w:pPr>
            <w:r>
              <w:rPr>
                <w:sz w:val="20"/>
                <w:szCs w:val="20"/>
              </w:rPr>
              <w:t xml:space="preserve">Numărul beneficiarilor, raportat anual și dezagregat pe gen, vârstă, mediu de reședință, statut socioeconomic, etnie și statut migrațional; </w:t>
            </w:r>
          </w:p>
          <w:p w14:paraId="3E7DC2F5" w14:textId="77777777" w:rsidR="00156693" w:rsidRDefault="00156693">
            <w:pPr>
              <w:spacing w:after="0" w:line="240" w:lineRule="auto"/>
              <w:ind w:left="-20"/>
              <w:rPr>
                <w:sz w:val="20"/>
                <w:szCs w:val="20"/>
              </w:rPr>
            </w:pPr>
          </w:p>
          <w:p w14:paraId="79AD02AD"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4C973D" w14:textId="77777777" w:rsidR="00156693" w:rsidRDefault="00000000">
            <w:pPr>
              <w:spacing w:after="0" w:line="240" w:lineRule="auto"/>
              <w:ind w:left="-20"/>
              <w:jc w:val="center"/>
              <w:rPr>
                <w:sz w:val="20"/>
                <w:szCs w:val="20"/>
              </w:rPr>
            </w:pPr>
            <w:r>
              <w:rPr>
                <w:sz w:val="20"/>
                <w:szCs w:val="20"/>
              </w:rPr>
              <w:t>Trim. IV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52EAAE" w14:textId="77777777" w:rsidR="00156693" w:rsidRDefault="00000000">
            <w:pPr>
              <w:spacing w:after="40" w:line="240" w:lineRule="auto"/>
              <w:ind w:left="-20"/>
              <w:jc w:val="center"/>
              <w:rPr>
                <w:sz w:val="20"/>
                <w:szCs w:val="20"/>
              </w:rPr>
            </w:pPr>
            <w:r>
              <w:rPr>
                <w:sz w:val="20"/>
                <w:szCs w:val="20"/>
              </w:rPr>
              <w:t>Agenția Națională Tineret</w:t>
            </w:r>
          </w:p>
          <w:p w14:paraId="4E02083A" w14:textId="77777777" w:rsidR="00156693" w:rsidRDefault="00000000">
            <w:pPr>
              <w:spacing w:after="0" w:line="240" w:lineRule="auto"/>
              <w:ind w:left="-20"/>
              <w:jc w:val="center"/>
              <w:rPr>
                <w:sz w:val="20"/>
                <w:szCs w:val="20"/>
              </w:rPr>
            </w:pPr>
            <w:r>
              <w:rPr>
                <w:sz w:val="20"/>
                <w:szCs w:val="20"/>
              </w:rPr>
              <w:t>Ministerul Educației și Cercetării</w:t>
            </w:r>
          </w:p>
          <w:p w14:paraId="3F026C04" w14:textId="77777777" w:rsidR="00156693" w:rsidRDefault="00000000">
            <w:pPr>
              <w:spacing w:after="0" w:line="240" w:lineRule="auto"/>
              <w:ind w:left="-20"/>
              <w:jc w:val="center"/>
              <w:rPr>
                <w:sz w:val="20"/>
                <w:szCs w:val="20"/>
              </w:rPr>
            </w:pPr>
            <w:r>
              <w:rPr>
                <w:sz w:val="20"/>
                <w:szCs w:val="20"/>
              </w:rPr>
              <w:t xml:space="preserve">Autorități publice locale </w:t>
            </w:r>
          </w:p>
          <w:p w14:paraId="5AF6B237" w14:textId="77777777" w:rsidR="00156693" w:rsidRDefault="00156693">
            <w:pPr>
              <w:spacing w:after="0" w:line="240" w:lineRule="auto"/>
              <w:ind w:left="-20"/>
              <w:jc w:val="center"/>
              <w:rPr>
                <w:sz w:val="20"/>
                <w:szCs w:val="20"/>
              </w:rPr>
            </w:pPr>
          </w:p>
          <w:p w14:paraId="451FBCE0" w14:textId="77777777" w:rsidR="00156693" w:rsidRDefault="00000000">
            <w:pPr>
              <w:spacing w:after="0" w:line="240" w:lineRule="auto"/>
              <w:ind w:left="-20"/>
              <w:jc w:val="center"/>
              <w:rPr>
                <w:sz w:val="20"/>
                <w:szCs w:val="20"/>
              </w:rPr>
            </w:pPr>
            <w:r>
              <w:rPr>
                <w:sz w:val="20"/>
                <w:szCs w:val="20"/>
              </w:rPr>
              <w:t>Centre de tineret</w:t>
            </w:r>
          </w:p>
          <w:p w14:paraId="6D9DAF7E" w14:textId="77777777" w:rsidR="00156693" w:rsidRDefault="00000000">
            <w:pPr>
              <w:spacing w:after="0" w:line="240" w:lineRule="auto"/>
              <w:ind w:left="-20"/>
              <w:jc w:val="center"/>
              <w:rPr>
                <w:sz w:val="20"/>
                <w:szCs w:val="20"/>
              </w:rPr>
            </w:pPr>
            <w:r>
              <w:rPr>
                <w:sz w:val="20"/>
                <w:szCs w:val="20"/>
              </w:rPr>
              <w:t xml:space="preserve"> </w:t>
            </w:r>
          </w:p>
          <w:p w14:paraId="556277F9" w14:textId="77777777" w:rsidR="00156693" w:rsidRDefault="00000000">
            <w:pPr>
              <w:spacing w:after="0" w:line="240" w:lineRule="auto"/>
              <w:ind w:left="-20"/>
              <w:jc w:val="center"/>
              <w:rPr>
                <w:sz w:val="20"/>
                <w:szCs w:val="20"/>
              </w:rPr>
            </w:pPr>
            <w:r>
              <w:rPr>
                <w:sz w:val="20"/>
                <w:szCs w:val="20"/>
              </w:rPr>
              <w:t>Instituții de învățământ general și profesional tehnic</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A16765" w14:textId="77777777" w:rsidR="00156693" w:rsidRDefault="00000000">
            <w:pPr>
              <w:spacing w:after="40" w:line="240" w:lineRule="auto"/>
              <w:ind w:left="-20"/>
              <w:jc w:val="center"/>
              <w:rPr>
                <w:i/>
                <w:iCs/>
                <w:sz w:val="20"/>
                <w:szCs w:val="20"/>
              </w:rPr>
            </w:pPr>
            <w:r>
              <w:rPr>
                <w:i/>
                <w:iCs/>
                <w:sz w:val="20"/>
                <w:szCs w:val="20"/>
              </w:rPr>
              <w:t>120,0</w:t>
            </w:r>
          </w:p>
          <w:p w14:paraId="740862A8" w14:textId="77777777" w:rsidR="00156693" w:rsidRDefault="00000000">
            <w:pPr>
              <w:spacing w:after="40" w:line="240" w:lineRule="auto"/>
              <w:ind w:left="-20"/>
              <w:jc w:val="center"/>
              <w:rPr>
                <w:i/>
                <w:iCs/>
                <w:sz w:val="20"/>
                <w:szCs w:val="20"/>
              </w:rPr>
            </w:pPr>
            <w:r>
              <w:rPr>
                <w:i/>
                <w:iCs/>
                <w:sz w:val="20"/>
                <w:szCs w:val="20"/>
              </w:rPr>
              <w:t>(anual)</w:t>
            </w:r>
          </w:p>
          <w:p w14:paraId="00BDC67D" w14:textId="77777777" w:rsidR="00156693" w:rsidRDefault="00000000">
            <w:pPr>
              <w:spacing w:after="40" w:line="240" w:lineRule="auto"/>
              <w:ind w:left="-20"/>
              <w:jc w:val="center"/>
              <w:rPr>
                <w:i/>
                <w:iCs/>
                <w:sz w:val="20"/>
                <w:szCs w:val="20"/>
              </w:rPr>
            </w:pPr>
            <w:r>
              <w:rPr>
                <w:i/>
                <w:iCs/>
                <w:sz w:val="20"/>
                <w:szCs w:val="20"/>
              </w:rPr>
              <w:t>2029-2030</w:t>
            </w:r>
          </w:p>
          <w:p w14:paraId="0B745BD7" w14:textId="77777777" w:rsidR="00156693" w:rsidRDefault="00000000">
            <w:pPr>
              <w:spacing w:after="0" w:line="240" w:lineRule="auto"/>
              <w:ind w:left="-20"/>
              <w:jc w:val="center"/>
              <w:rPr>
                <w:i/>
                <w:iCs/>
                <w:sz w:val="20"/>
                <w:szCs w:val="20"/>
              </w:rPr>
            </w:pPr>
            <w:r>
              <w:rPr>
                <w:i/>
                <w:iCs/>
                <w:sz w:val="20"/>
                <w:szCs w:val="20"/>
              </w:rPr>
              <w:t>BS</w:t>
            </w:r>
          </w:p>
          <w:p w14:paraId="09F403F4" w14:textId="77777777" w:rsidR="00156693" w:rsidRDefault="00156693">
            <w:pPr>
              <w:spacing w:after="0" w:line="240" w:lineRule="auto"/>
              <w:ind w:left="-20"/>
              <w:jc w:val="center"/>
              <w:rPr>
                <w:i/>
                <w:iCs/>
                <w:sz w:val="20"/>
                <w:szCs w:val="20"/>
              </w:rPr>
            </w:pPr>
          </w:p>
          <w:p w14:paraId="71485322" w14:textId="77777777" w:rsidR="00156693" w:rsidRDefault="00000000">
            <w:pPr>
              <w:spacing w:after="0" w:line="240" w:lineRule="auto"/>
              <w:ind w:left="-20"/>
              <w:jc w:val="center"/>
              <w:rPr>
                <w:i/>
                <w:iCs/>
                <w:sz w:val="20"/>
                <w:szCs w:val="20"/>
              </w:rPr>
            </w:pPr>
            <w:r>
              <w:rPr>
                <w:i/>
                <w:iCs/>
                <w:sz w:val="20"/>
                <w:szCs w:val="20"/>
              </w:rPr>
              <w:t xml:space="preserve">1000,0 (anual) </w:t>
            </w:r>
          </w:p>
          <w:p w14:paraId="7EAA3D57" w14:textId="77777777" w:rsidR="00156693" w:rsidRDefault="00000000">
            <w:pPr>
              <w:spacing w:after="0" w:line="240" w:lineRule="auto"/>
              <w:ind w:left="-20"/>
              <w:jc w:val="center"/>
              <w:rPr>
                <w:i/>
                <w:iCs/>
                <w:sz w:val="20"/>
                <w:szCs w:val="20"/>
              </w:rPr>
            </w:pPr>
            <w:r>
              <w:rPr>
                <w:i/>
                <w:iCs/>
                <w:sz w:val="20"/>
                <w:szCs w:val="20"/>
              </w:rPr>
              <w:t xml:space="preserve">2029-2030 </w:t>
            </w:r>
          </w:p>
          <w:p w14:paraId="6400301C" w14:textId="77777777" w:rsidR="00156693" w:rsidRDefault="00000000">
            <w:pPr>
              <w:spacing w:after="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428599"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0C4035" w14:textId="77777777" w:rsidR="00156693" w:rsidRDefault="00000000">
            <w:pPr>
              <w:spacing w:after="0" w:line="240" w:lineRule="auto"/>
              <w:ind w:left="-20"/>
              <w:jc w:val="center"/>
              <w:rPr>
                <w:sz w:val="20"/>
                <w:szCs w:val="20"/>
              </w:rPr>
            </w:pPr>
            <w:r>
              <w:rPr>
                <w:sz w:val="20"/>
                <w:szCs w:val="20"/>
              </w:rPr>
              <w:t>20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081461"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02D96F" w14:textId="77777777" w:rsidR="00156693" w:rsidRDefault="00000000">
            <w:pPr>
              <w:spacing w:after="0" w:line="240" w:lineRule="auto"/>
              <w:ind w:left="-20"/>
              <w:jc w:val="center"/>
              <w:rPr>
                <w:sz w:val="20"/>
                <w:szCs w:val="20"/>
              </w:rPr>
            </w:pPr>
            <w:r>
              <w:rPr>
                <w:sz w:val="20"/>
                <w:szCs w:val="20"/>
              </w:rPr>
              <w:t>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5C251B" w14:textId="77777777" w:rsidR="00156693" w:rsidRDefault="00000000">
            <w:pPr>
              <w:spacing w:after="0" w:line="240" w:lineRule="auto"/>
              <w:ind w:left="-20"/>
              <w:jc w:val="center"/>
              <w:rPr>
                <w:sz w:val="20"/>
                <w:szCs w:val="20"/>
              </w:rPr>
            </w:pPr>
            <w:r>
              <w:rPr>
                <w:sz w:val="20"/>
                <w:szCs w:val="20"/>
              </w:rPr>
              <w:t>40</w:t>
            </w:r>
          </w:p>
        </w:tc>
      </w:tr>
      <w:tr w:rsidR="00156693" w14:paraId="27241A0A"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7D71125"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tcMar>
              <w:top w:w="40" w:type="dxa"/>
              <w:left w:w="60" w:type="dxa"/>
              <w:bottom w:w="40" w:type="dxa"/>
              <w:right w:w="60" w:type="dxa"/>
            </w:tcMar>
          </w:tcPr>
          <w:p w14:paraId="30B96A32" w14:textId="77777777" w:rsidR="00156693" w:rsidRDefault="00000000">
            <w:pPr>
              <w:spacing w:after="0" w:line="240" w:lineRule="auto"/>
              <w:ind w:left="-20"/>
              <w:rPr>
                <w:sz w:val="20"/>
                <w:szCs w:val="20"/>
              </w:rPr>
            </w:pPr>
            <w:r>
              <w:rPr>
                <w:sz w:val="20"/>
                <w:szCs w:val="20"/>
              </w:rPr>
              <w:t>1.2.1.4. Implementarea Programului European Youth Card Moldova și orientarea tinerilor către oportunități de educație nonformală, cultură și mobilitate</w:t>
            </w:r>
          </w:p>
        </w:tc>
        <w:tc>
          <w:tcPr>
            <w:tcW w:w="1980" w:type="dxa"/>
            <w:tcBorders>
              <w:top w:val="nil"/>
              <w:left w:val="nil"/>
              <w:bottom w:val="single" w:sz="6" w:space="0" w:color="000000"/>
              <w:right w:val="single" w:sz="6" w:space="0" w:color="000000"/>
            </w:tcBorders>
            <w:tcMar>
              <w:top w:w="40" w:type="dxa"/>
              <w:left w:w="60" w:type="dxa"/>
              <w:bottom w:w="40" w:type="dxa"/>
              <w:right w:w="60" w:type="dxa"/>
            </w:tcMar>
          </w:tcPr>
          <w:p w14:paraId="542BCB04" w14:textId="77777777" w:rsidR="00156693" w:rsidRDefault="00000000">
            <w:pPr>
              <w:spacing w:after="0" w:line="240" w:lineRule="auto"/>
              <w:ind w:left="-20"/>
              <w:rPr>
                <w:sz w:val="20"/>
                <w:szCs w:val="20"/>
              </w:rPr>
            </w:pPr>
            <w:r>
              <w:rPr>
                <w:sz w:val="20"/>
                <w:szCs w:val="20"/>
              </w:rPr>
              <w:t>Numărul cardurilor active anual</w:t>
            </w:r>
          </w:p>
          <w:p w14:paraId="2F1843E7" w14:textId="77777777" w:rsidR="00156693" w:rsidRDefault="00156693">
            <w:pPr>
              <w:spacing w:after="0" w:line="240" w:lineRule="auto"/>
              <w:ind w:left="-20"/>
              <w:rPr>
                <w:sz w:val="20"/>
                <w:szCs w:val="20"/>
              </w:rPr>
            </w:pPr>
          </w:p>
          <w:p w14:paraId="50F1BA87" w14:textId="77777777" w:rsidR="00156693" w:rsidRDefault="00000000">
            <w:pPr>
              <w:spacing w:after="0" w:line="240" w:lineRule="auto"/>
              <w:ind w:left="-20"/>
              <w:rPr>
                <w:sz w:val="20"/>
                <w:szCs w:val="20"/>
              </w:rPr>
            </w:pPr>
            <w:r>
              <w:rPr>
                <w:sz w:val="20"/>
                <w:szCs w:val="20"/>
              </w:rPr>
              <w:t>Catalog de oportunități actualizat anual</w:t>
            </w:r>
          </w:p>
          <w:p w14:paraId="648D9D11" w14:textId="77777777" w:rsidR="00156693" w:rsidRDefault="00000000">
            <w:pPr>
              <w:spacing w:after="0" w:line="240" w:lineRule="auto"/>
              <w:ind w:left="-20"/>
              <w:rPr>
                <w:sz w:val="20"/>
                <w:szCs w:val="20"/>
              </w:rPr>
            </w:pPr>
            <w:r>
              <w:rPr>
                <w:sz w:val="20"/>
                <w:szCs w:val="20"/>
              </w:rPr>
              <w:t>Numărul partenerilor de reduceri</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CF6EB8" w14:textId="77777777" w:rsidR="00156693" w:rsidRDefault="00000000">
            <w:pPr>
              <w:spacing w:after="0" w:line="240" w:lineRule="auto"/>
              <w:ind w:left="-20"/>
              <w:jc w:val="center"/>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D73EA4" w14:textId="77777777" w:rsidR="00156693" w:rsidRDefault="00000000">
            <w:pPr>
              <w:spacing w:after="40" w:line="240" w:lineRule="auto"/>
              <w:ind w:left="-20"/>
              <w:jc w:val="center"/>
              <w:rPr>
                <w:sz w:val="20"/>
                <w:szCs w:val="20"/>
              </w:rPr>
            </w:pPr>
            <w:r>
              <w:rPr>
                <w:sz w:val="20"/>
                <w:szCs w:val="20"/>
              </w:rPr>
              <w:t>Agenția Națională Tineret</w:t>
            </w:r>
          </w:p>
          <w:p w14:paraId="6B8B0373" w14:textId="77777777" w:rsidR="00156693" w:rsidRDefault="00000000">
            <w:pPr>
              <w:spacing w:after="0" w:line="240" w:lineRule="auto"/>
              <w:ind w:left="-20"/>
              <w:jc w:val="center"/>
              <w:rPr>
                <w:sz w:val="20"/>
                <w:szCs w:val="20"/>
              </w:rPr>
            </w:pPr>
            <w:r>
              <w:rPr>
                <w:sz w:val="20"/>
                <w:szCs w:val="20"/>
              </w:rPr>
              <w:t>Organizații ale societății civile</w:t>
            </w:r>
          </w:p>
          <w:p w14:paraId="4F1045DE" w14:textId="77777777" w:rsidR="00156693" w:rsidRDefault="00156693">
            <w:pPr>
              <w:spacing w:after="4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552F7D" w14:textId="77777777" w:rsidR="00156693" w:rsidRDefault="00000000">
            <w:pPr>
              <w:spacing w:after="40" w:line="240" w:lineRule="auto"/>
              <w:ind w:left="-20"/>
              <w:jc w:val="center"/>
              <w:rPr>
                <w:i/>
                <w:iCs/>
                <w:sz w:val="20"/>
                <w:szCs w:val="20"/>
              </w:rPr>
            </w:pPr>
            <w:r>
              <w:rPr>
                <w:i/>
                <w:iCs/>
                <w:sz w:val="20"/>
                <w:szCs w:val="20"/>
              </w:rPr>
              <w:t>135,0</w:t>
            </w:r>
          </w:p>
          <w:p w14:paraId="650BA014" w14:textId="77777777" w:rsidR="00156693" w:rsidRDefault="00000000">
            <w:pPr>
              <w:spacing w:after="40" w:line="240" w:lineRule="auto"/>
              <w:ind w:left="-20"/>
              <w:jc w:val="center"/>
              <w:rPr>
                <w:i/>
                <w:iCs/>
                <w:sz w:val="20"/>
                <w:szCs w:val="20"/>
              </w:rPr>
            </w:pPr>
            <w:r>
              <w:rPr>
                <w:i/>
                <w:iCs/>
                <w:sz w:val="20"/>
                <w:szCs w:val="20"/>
              </w:rPr>
              <w:t>(anual)</w:t>
            </w:r>
          </w:p>
          <w:p w14:paraId="0A091F06"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F7D10B"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1B5EC0" w14:textId="77777777" w:rsidR="00156693" w:rsidRDefault="00000000">
            <w:pPr>
              <w:spacing w:after="0" w:line="240" w:lineRule="auto"/>
              <w:ind w:left="-20"/>
              <w:jc w:val="center"/>
              <w:rPr>
                <w:sz w:val="20"/>
                <w:szCs w:val="20"/>
              </w:rPr>
            </w:pPr>
            <w:r>
              <w:rPr>
                <w:sz w:val="20"/>
                <w:szCs w:val="20"/>
              </w:rPr>
              <w:t>2 000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0EB7BB" w14:textId="77777777" w:rsidR="00156693" w:rsidRDefault="00000000">
            <w:pPr>
              <w:spacing w:after="0" w:line="240" w:lineRule="auto"/>
              <w:ind w:left="-20"/>
              <w:jc w:val="center"/>
              <w:rPr>
                <w:sz w:val="20"/>
                <w:szCs w:val="20"/>
              </w:rPr>
            </w:pPr>
            <w:r>
              <w:rPr>
                <w:sz w:val="20"/>
                <w:szCs w:val="20"/>
              </w:rPr>
              <w:t>2 800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AB3B74" w14:textId="77777777" w:rsidR="00156693" w:rsidRDefault="00000000">
            <w:pPr>
              <w:spacing w:after="0" w:line="240" w:lineRule="auto"/>
              <w:ind w:left="-20"/>
              <w:jc w:val="center"/>
              <w:rPr>
                <w:sz w:val="20"/>
                <w:szCs w:val="20"/>
              </w:rPr>
            </w:pPr>
            <w:r>
              <w:rPr>
                <w:sz w:val="20"/>
                <w:szCs w:val="20"/>
              </w:rPr>
              <w:t>3 500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14A5AA" w14:textId="77777777" w:rsidR="00156693" w:rsidRDefault="00000000">
            <w:pPr>
              <w:spacing w:after="0" w:line="240" w:lineRule="auto"/>
              <w:ind w:left="-20"/>
              <w:jc w:val="center"/>
              <w:rPr>
                <w:sz w:val="20"/>
                <w:szCs w:val="20"/>
              </w:rPr>
            </w:pPr>
            <w:r>
              <w:rPr>
                <w:sz w:val="20"/>
                <w:szCs w:val="20"/>
              </w:rPr>
              <w:t>5 000</w:t>
            </w:r>
          </w:p>
        </w:tc>
      </w:tr>
      <w:tr w:rsidR="00156693" w14:paraId="06440E8A"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F07BCB6" w14:textId="77777777" w:rsidR="00156693" w:rsidRDefault="00000000">
            <w:pPr>
              <w:spacing w:after="40" w:line="240" w:lineRule="auto"/>
              <w:ind w:left="-20"/>
              <w:rPr>
                <w:sz w:val="20"/>
                <w:szCs w:val="20"/>
              </w:rPr>
            </w:pPr>
            <w:r>
              <w:rPr>
                <w:b/>
                <w:bCs/>
                <w:sz w:val="20"/>
                <w:szCs w:val="20"/>
              </w:rPr>
              <w:lastRenderedPageBreak/>
              <w:t xml:space="preserve">Rezultat anticipat 1.2.2. </w:t>
            </w:r>
            <w:r>
              <w:rPr>
                <w:sz w:val="20"/>
                <w:szCs w:val="20"/>
              </w:rPr>
              <w:t>Organizațiile de tineret și autoritățile publice locale instituie și aplică parteneriate teritoriale pentru extinderea programelor de tineret</w:t>
            </w:r>
          </w:p>
          <w:p w14:paraId="56DF6C1B" w14:textId="77777777" w:rsidR="00156693" w:rsidRDefault="00156693">
            <w:pPr>
              <w:spacing w:after="0" w:line="240" w:lineRule="auto"/>
              <w:ind w:left="-20"/>
              <w:rPr>
                <w:sz w:val="20"/>
                <w:szCs w:val="20"/>
              </w:rPr>
            </w:pPr>
          </w:p>
          <w:p w14:paraId="5443276B"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Numărul cumulativ de parteneriate active între organizațiile de tineret și autoritățile publice locale</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4C0505" w14:textId="77777777" w:rsidR="00156693" w:rsidRDefault="00000000">
            <w:pPr>
              <w:spacing w:after="0" w:line="240" w:lineRule="auto"/>
              <w:ind w:left="-20"/>
              <w:rPr>
                <w:sz w:val="20"/>
                <w:szCs w:val="20"/>
              </w:rPr>
            </w:pPr>
            <w:r>
              <w:rPr>
                <w:sz w:val="20"/>
                <w:szCs w:val="20"/>
              </w:rPr>
              <w:t>1.2.2.1. Facilitarea încheierii și aplicării acordurilor de colaborare între organizațiile de tineret și autoritățile publice locale, prin mentorat, pentru proiectarea, finanțarea și implementarea programelor locale de tineret bazate pe nevoile tinerilor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695FCB" w14:textId="77777777" w:rsidR="00156693" w:rsidRDefault="00000000">
            <w:pPr>
              <w:spacing w:after="0" w:line="240" w:lineRule="auto"/>
              <w:ind w:left="-20"/>
              <w:rPr>
                <w:sz w:val="20"/>
                <w:szCs w:val="20"/>
              </w:rPr>
            </w:pPr>
            <w:r>
              <w:rPr>
                <w:sz w:val="20"/>
                <w:szCs w:val="20"/>
              </w:rPr>
              <w:t xml:space="preserve">Minimum 6 acorduri noi încheiate anual; </w:t>
            </w:r>
          </w:p>
          <w:p w14:paraId="6F8CB374" w14:textId="77777777" w:rsidR="00156693" w:rsidRDefault="00156693">
            <w:pPr>
              <w:spacing w:after="0" w:line="240" w:lineRule="auto"/>
              <w:ind w:left="-20"/>
              <w:rPr>
                <w:sz w:val="20"/>
                <w:szCs w:val="20"/>
              </w:rPr>
            </w:pPr>
          </w:p>
          <w:p w14:paraId="03CD58A3" w14:textId="77777777" w:rsidR="00156693" w:rsidRDefault="00000000">
            <w:pPr>
              <w:spacing w:after="0" w:line="240" w:lineRule="auto"/>
              <w:ind w:left="-20"/>
              <w:rPr>
                <w:sz w:val="20"/>
                <w:szCs w:val="20"/>
              </w:rPr>
            </w:pPr>
            <w:r>
              <w:rPr>
                <w:sz w:val="20"/>
                <w:szCs w:val="20"/>
              </w:rPr>
              <w:t xml:space="preserve">Numărul cumulativ de parteneriate active și numărul programelor locale realizate în cadrul acestora, raportate anual; </w:t>
            </w:r>
          </w:p>
          <w:p w14:paraId="77CE237A" w14:textId="77777777" w:rsidR="00156693" w:rsidRDefault="00156693">
            <w:pPr>
              <w:spacing w:after="0" w:line="240" w:lineRule="auto"/>
              <w:ind w:left="-20"/>
              <w:rPr>
                <w:sz w:val="20"/>
                <w:szCs w:val="20"/>
              </w:rPr>
            </w:pPr>
          </w:p>
          <w:p w14:paraId="3A33FD5A" w14:textId="77777777" w:rsidR="00156693" w:rsidRDefault="00000000">
            <w:pPr>
              <w:spacing w:after="0" w:line="240" w:lineRule="auto"/>
              <w:ind w:left="-20"/>
              <w:rPr>
                <w:sz w:val="20"/>
                <w:szCs w:val="20"/>
              </w:rPr>
            </w:pPr>
            <w:r>
              <w:rPr>
                <w:sz w:val="20"/>
                <w:szCs w:val="20"/>
              </w:rPr>
              <w:t>Ponderea acordurilor active la 12 luni și raportarea anuală privind aplicarea acordurilor</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8B2D40" w14:textId="77777777" w:rsidR="00156693" w:rsidRDefault="00000000">
            <w:pPr>
              <w:spacing w:after="0" w:line="240" w:lineRule="auto"/>
              <w:ind w:left="-20"/>
              <w:jc w:val="center"/>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53DC00" w14:textId="77777777" w:rsidR="00156693" w:rsidRDefault="00000000">
            <w:pPr>
              <w:spacing w:after="40" w:line="240" w:lineRule="auto"/>
              <w:ind w:left="-20"/>
              <w:jc w:val="center"/>
              <w:rPr>
                <w:sz w:val="20"/>
                <w:szCs w:val="20"/>
              </w:rPr>
            </w:pPr>
            <w:r>
              <w:rPr>
                <w:sz w:val="20"/>
                <w:szCs w:val="20"/>
              </w:rPr>
              <w:t>Agenția Națională Tineret</w:t>
            </w:r>
          </w:p>
          <w:p w14:paraId="792BA744" w14:textId="77777777" w:rsidR="00156693" w:rsidRDefault="00000000">
            <w:pPr>
              <w:spacing w:after="0" w:line="240" w:lineRule="auto"/>
              <w:ind w:left="-20"/>
              <w:jc w:val="center"/>
              <w:rPr>
                <w:sz w:val="20"/>
                <w:szCs w:val="20"/>
              </w:rPr>
            </w:pPr>
            <w:r>
              <w:rPr>
                <w:sz w:val="20"/>
                <w:szCs w:val="20"/>
              </w:rPr>
              <w:t xml:space="preserve">Autoritățile publice locale </w:t>
            </w:r>
          </w:p>
          <w:p w14:paraId="1ABCCF8B"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72DA71" w14:textId="77777777" w:rsidR="00156693" w:rsidRDefault="00000000">
            <w:pPr>
              <w:spacing w:after="40" w:line="240" w:lineRule="auto"/>
              <w:ind w:left="-20"/>
              <w:jc w:val="center"/>
              <w:rPr>
                <w:i/>
                <w:iCs/>
                <w:sz w:val="20"/>
                <w:szCs w:val="20"/>
              </w:rPr>
            </w:pPr>
            <w:r>
              <w:rPr>
                <w:i/>
                <w:iCs/>
                <w:sz w:val="20"/>
                <w:szCs w:val="20"/>
              </w:rPr>
              <w:t>-</w:t>
            </w:r>
          </w:p>
          <w:p w14:paraId="4932FDD0" w14:textId="77777777" w:rsidR="00156693" w:rsidRDefault="00156693">
            <w:pPr>
              <w:spacing w:after="0" w:line="240" w:lineRule="auto"/>
              <w:ind w:left="-20"/>
              <w:jc w:val="center"/>
              <w:rPr>
                <w:i/>
                <w:iCs/>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43FE975"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2EBFFA0" w14:textId="77777777" w:rsidR="00156693" w:rsidRDefault="00000000">
            <w:pPr>
              <w:spacing w:after="0" w:line="240" w:lineRule="auto"/>
              <w:ind w:left="-20"/>
              <w:jc w:val="center"/>
              <w:rPr>
                <w:sz w:val="20"/>
                <w:szCs w:val="20"/>
              </w:rPr>
            </w:pPr>
            <w:r>
              <w:rPr>
                <w:sz w:val="20"/>
                <w:szCs w:val="20"/>
              </w:rPr>
              <w:t xml:space="preserve">6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BA79F7" w14:textId="77777777" w:rsidR="00156693" w:rsidRDefault="00000000">
            <w:pPr>
              <w:spacing w:after="0" w:line="240" w:lineRule="auto"/>
              <w:ind w:left="-20"/>
              <w:jc w:val="center"/>
              <w:rPr>
                <w:sz w:val="20"/>
                <w:szCs w:val="20"/>
              </w:rPr>
            </w:pPr>
            <w:r>
              <w:rPr>
                <w:sz w:val="20"/>
                <w:szCs w:val="20"/>
              </w:rPr>
              <w:t xml:space="preserve">12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6E5AE3B" w14:textId="77777777" w:rsidR="00156693" w:rsidRDefault="00000000">
            <w:pPr>
              <w:spacing w:after="0" w:line="240" w:lineRule="auto"/>
              <w:ind w:left="-20"/>
              <w:jc w:val="center"/>
              <w:rPr>
                <w:sz w:val="20"/>
                <w:szCs w:val="20"/>
              </w:rPr>
            </w:pPr>
            <w:r>
              <w:rPr>
                <w:sz w:val="20"/>
                <w:szCs w:val="20"/>
              </w:rPr>
              <w:t>18</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59DB70" w14:textId="77777777" w:rsidR="00156693" w:rsidRDefault="00000000">
            <w:pPr>
              <w:spacing w:after="0" w:line="240" w:lineRule="auto"/>
              <w:ind w:left="-20"/>
              <w:jc w:val="center"/>
              <w:rPr>
                <w:sz w:val="20"/>
                <w:szCs w:val="20"/>
              </w:rPr>
            </w:pPr>
            <w:r>
              <w:rPr>
                <w:sz w:val="20"/>
                <w:szCs w:val="20"/>
              </w:rPr>
              <w:t>24</w:t>
            </w:r>
          </w:p>
        </w:tc>
      </w:tr>
      <w:tr w:rsidR="00156693" w14:paraId="68ABB415"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BEE761B"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35EFEF" w14:textId="77777777" w:rsidR="00156693" w:rsidRDefault="00000000">
            <w:pPr>
              <w:spacing w:after="0" w:line="240" w:lineRule="auto"/>
              <w:ind w:left="-20"/>
              <w:rPr>
                <w:sz w:val="20"/>
                <w:szCs w:val="20"/>
              </w:rPr>
            </w:pPr>
            <w:r>
              <w:rPr>
                <w:sz w:val="20"/>
                <w:szCs w:val="20"/>
              </w:rPr>
              <w:t>1.2.2.2. Consolidarea capacității autorităților publice locale de a colabora și finanța programe realizate de organizațiile de tineret, prin instruiri anuale, schimb de practici și Forumul național al organizațiilor de tineret și a aleșilor locali, cu urmărirea recomandărilor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425CB1" w14:textId="77777777" w:rsidR="00156693" w:rsidRDefault="00000000">
            <w:pPr>
              <w:spacing w:after="0" w:line="240" w:lineRule="auto"/>
              <w:ind w:left="-20"/>
              <w:rPr>
                <w:sz w:val="20"/>
                <w:szCs w:val="20"/>
              </w:rPr>
            </w:pPr>
            <w:r>
              <w:rPr>
                <w:sz w:val="20"/>
                <w:szCs w:val="20"/>
              </w:rPr>
              <w:t>Numărul APL instruite anual</w:t>
            </w:r>
          </w:p>
          <w:p w14:paraId="32EAED56" w14:textId="77777777" w:rsidR="00156693" w:rsidRDefault="00156693">
            <w:pPr>
              <w:spacing w:after="0" w:line="240" w:lineRule="auto"/>
              <w:ind w:left="-20"/>
              <w:rPr>
                <w:sz w:val="20"/>
                <w:szCs w:val="20"/>
              </w:rPr>
            </w:pPr>
          </w:p>
          <w:p w14:paraId="799FB975" w14:textId="77777777" w:rsidR="00156693" w:rsidRDefault="00000000">
            <w:pPr>
              <w:spacing w:after="0" w:line="240" w:lineRule="auto"/>
              <w:ind w:left="-20"/>
              <w:rPr>
                <w:sz w:val="20"/>
                <w:szCs w:val="20"/>
              </w:rPr>
            </w:pPr>
            <w:r>
              <w:rPr>
                <w:sz w:val="20"/>
                <w:szCs w:val="20"/>
              </w:rPr>
              <w:t>Minimum 3 instruiri și un forum național realizate anual, cu recomandări urmărite</w:t>
            </w:r>
          </w:p>
          <w:p w14:paraId="7F9AA6B3" w14:textId="77777777" w:rsidR="00156693" w:rsidRDefault="00156693">
            <w:pPr>
              <w:spacing w:after="0" w:line="240" w:lineRule="auto"/>
              <w:ind w:left="-20"/>
              <w:rPr>
                <w:sz w:val="20"/>
                <w:szCs w:val="20"/>
              </w:rPr>
            </w:pPr>
          </w:p>
          <w:p w14:paraId="6AFA2220" w14:textId="77777777" w:rsidR="00156693" w:rsidRDefault="00000000">
            <w:pPr>
              <w:spacing w:after="0" w:line="240" w:lineRule="auto"/>
              <w:ind w:left="-20"/>
              <w:rPr>
                <w:sz w:val="20"/>
                <w:szCs w:val="20"/>
              </w:rPr>
            </w:pPr>
            <w:r>
              <w:rPr>
                <w:sz w:val="20"/>
                <w:szCs w:val="20"/>
              </w:rPr>
              <w:t xml:space="preserve">Numărul recomandărilor formulate și ponderea recomandărilor urmărite până la forumul următor </w:t>
            </w:r>
          </w:p>
          <w:p w14:paraId="18FC24A2" w14:textId="77777777" w:rsidR="00156693" w:rsidRDefault="00156693">
            <w:pPr>
              <w:spacing w:after="0" w:line="240" w:lineRule="auto"/>
              <w:ind w:left="-20"/>
              <w:rPr>
                <w:sz w:val="20"/>
                <w:szCs w:val="20"/>
              </w:rPr>
            </w:pPr>
          </w:p>
          <w:p w14:paraId="1C1609D6" w14:textId="77777777" w:rsidR="00156693" w:rsidRDefault="00156693">
            <w:pPr>
              <w:spacing w:after="0" w:line="240" w:lineRule="auto"/>
              <w:ind w:left="-20"/>
              <w:rPr>
                <w:sz w:val="20"/>
                <w:szCs w:val="20"/>
              </w:rPr>
            </w:pPr>
          </w:p>
          <w:p w14:paraId="148405F3" w14:textId="77777777" w:rsidR="00156693" w:rsidRDefault="00156693">
            <w:pPr>
              <w:spacing w:after="0" w:line="240" w:lineRule="auto"/>
              <w:ind w:left="-20"/>
              <w:rPr>
                <w:sz w:val="20"/>
                <w:szCs w:val="20"/>
              </w:rPr>
            </w:pPr>
          </w:p>
          <w:p w14:paraId="27E4FF64"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265714" w14:textId="77777777" w:rsidR="00156693" w:rsidRDefault="00000000">
            <w:pPr>
              <w:spacing w:after="0" w:line="240" w:lineRule="auto"/>
              <w:ind w:left="-20"/>
              <w:jc w:val="center"/>
              <w:rPr>
                <w:sz w:val="20"/>
                <w:szCs w:val="20"/>
              </w:rPr>
            </w:pPr>
            <w:r>
              <w:rPr>
                <w:sz w:val="20"/>
                <w:szCs w:val="20"/>
              </w:rPr>
              <w:t>Trim. II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E75323" w14:textId="77777777" w:rsidR="00156693" w:rsidRDefault="00000000">
            <w:pPr>
              <w:spacing w:after="40" w:line="240" w:lineRule="auto"/>
              <w:ind w:left="-20"/>
              <w:jc w:val="center"/>
              <w:rPr>
                <w:sz w:val="20"/>
                <w:szCs w:val="20"/>
              </w:rPr>
            </w:pPr>
            <w:r>
              <w:rPr>
                <w:sz w:val="20"/>
                <w:szCs w:val="20"/>
              </w:rPr>
              <w:t>Agenția Națională Tineret</w:t>
            </w:r>
          </w:p>
          <w:p w14:paraId="296D3A63" w14:textId="77777777" w:rsidR="00156693" w:rsidRDefault="00156693">
            <w:pPr>
              <w:spacing w:after="0" w:line="240" w:lineRule="auto"/>
              <w:ind w:left="-20"/>
              <w:jc w:val="center"/>
              <w:rPr>
                <w:sz w:val="20"/>
                <w:szCs w:val="20"/>
              </w:rPr>
            </w:pPr>
          </w:p>
          <w:p w14:paraId="5E65A52E" w14:textId="77777777" w:rsidR="00156693" w:rsidRDefault="00000000">
            <w:pPr>
              <w:spacing w:after="0" w:line="240" w:lineRule="auto"/>
              <w:ind w:left="-20"/>
              <w:jc w:val="center"/>
              <w:rPr>
                <w:sz w:val="20"/>
                <w:szCs w:val="20"/>
              </w:rPr>
            </w:pPr>
            <w:r>
              <w:rPr>
                <w:sz w:val="20"/>
                <w:szCs w:val="20"/>
              </w:rPr>
              <w:t>Ministerul Educației și Cercetării</w:t>
            </w:r>
          </w:p>
          <w:p w14:paraId="7C7EBEE8" w14:textId="77777777" w:rsidR="00156693" w:rsidRDefault="00156693">
            <w:pPr>
              <w:spacing w:after="0" w:line="240" w:lineRule="auto"/>
              <w:ind w:left="-20"/>
              <w:jc w:val="center"/>
              <w:rPr>
                <w:sz w:val="20"/>
                <w:szCs w:val="20"/>
              </w:rPr>
            </w:pPr>
          </w:p>
          <w:p w14:paraId="256ECB62" w14:textId="77777777" w:rsidR="00156693" w:rsidRDefault="00000000">
            <w:pPr>
              <w:spacing w:after="0" w:line="240" w:lineRule="auto"/>
              <w:ind w:left="-20"/>
              <w:jc w:val="center"/>
              <w:rPr>
                <w:sz w:val="20"/>
                <w:szCs w:val="20"/>
              </w:rPr>
            </w:pPr>
            <w:r>
              <w:rPr>
                <w:sz w:val="20"/>
                <w:szCs w:val="20"/>
              </w:rPr>
              <w:t xml:space="preserve">Autorități publice locale </w:t>
            </w:r>
          </w:p>
          <w:p w14:paraId="267D473E" w14:textId="77777777" w:rsidR="00156693" w:rsidRDefault="00156693">
            <w:pPr>
              <w:spacing w:after="0" w:line="240" w:lineRule="auto"/>
              <w:ind w:left="-20"/>
              <w:jc w:val="center"/>
              <w:rPr>
                <w:sz w:val="20"/>
                <w:szCs w:val="20"/>
              </w:rPr>
            </w:pPr>
          </w:p>
          <w:p w14:paraId="2F22EACB"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963C58" w14:textId="77777777" w:rsidR="00156693" w:rsidRDefault="00000000">
            <w:pPr>
              <w:spacing w:after="0" w:line="240" w:lineRule="auto"/>
              <w:ind w:left="-20"/>
              <w:jc w:val="center"/>
              <w:rPr>
                <w:i/>
                <w:iCs/>
                <w:sz w:val="20"/>
                <w:szCs w:val="20"/>
              </w:rPr>
            </w:pPr>
            <w:r>
              <w:rPr>
                <w:i/>
                <w:iCs/>
                <w:sz w:val="20"/>
                <w:szCs w:val="20"/>
              </w:rPr>
              <w:t xml:space="preserve">100,0 </w:t>
            </w:r>
          </w:p>
          <w:p w14:paraId="4395EA90" w14:textId="77777777" w:rsidR="00156693" w:rsidRDefault="00000000">
            <w:pPr>
              <w:spacing w:after="0" w:line="240" w:lineRule="auto"/>
              <w:ind w:left="-20"/>
              <w:jc w:val="center"/>
              <w:rPr>
                <w:i/>
                <w:iCs/>
                <w:sz w:val="20"/>
                <w:szCs w:val="20"/>
              </w:rPr>
            </w:pPr>
            <w:r>
              <w:rPr>
                <w:i/>
                <w:iCs/>
                <w:sz w:val="20"/>
                <w:szCs w:val="20"/>
              </w:rPr>
              <w:t xml:space="preserve">BS </w:t>
            </w:r>
          </w:p>
          <w:p w14:paraId="6954740C" w14:textId="77777777" w:rsidR="00156693" w:rsidRDefault="00000000">
            <w:pPr>
              <w:spacing w:after="0" w:line="240" w:lineRule="auto"/>
              <w:ind w:left="-20"/>
              <w:rPr>
                <w:sz w:val="20"/>
                <w:szCs w:val="20"/>
              </w:rPr>
            </w:pPr>
            <w:r>
              <w:rPr>
                <w:sz w:val="20"/>
                <w:szCs w:val="20"/>
              </w:rPr>
              <w:t xml:space="preserv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F4D31D"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53E8CF" w14:textId="77777777" w:rsidR="00156693" w:rsidRDefault="00000000">
            <w:pPr>
              <w:spacing w:after="0" w:line="240" w:lineRule="auto"/>
              <w:ind w:left="-20"/>
              <w:jc w:val="center"/>
              <w:rPr>
                <w:sz w:val="20"/>
                <w:szCs w:val="20"/>
              </w:rPr>
            </w:pPr>
            <w:r>
              <w:rPr>
                <w:sz w:val="20"/>
                <w:szCs w:val="20"/>
              </w:rPr>
              <w:t>20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172EE8"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6F4EBA" w14:textId="77777777" w:rsidR="00156693" w:rsidRDefault="00000000">
            <w:pPr>
              <w:spacing w:after="0" w:line="240" w:lineRule="auto"/>
              <w:ind w:left="-20"/>
              <w:jc w:val="center"/>
              <w:rPr>
                <w:sz w:val="20"/>
                <w:szCs w:val="20"/>
              </w:rPr>
            </w:pPr>
            <w:r>
              <w:rPr>
                <w:sz w:val="20"/>
                <w:szCs w:val="20"/>
              </w:rPr>
              <w:t>35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92C043F" w14:textId="77777777" w:rsidR="00156693" w:rsidRDefault="00000000">
            <w:pPr>
              <w:spacing w:after="0" w:line="240" w:lineRule="auto"/>
              <w:ind w:left="-20"/>
              <w:jc w:val="center"/>
              <w:rPr>
                <w:sz w:val="20"/>
                <w:szCs w:val="20"/>
              </w:rPr>
            </w:pPr>
            <w:r>
              <w:rPr>
                <w:sz w:val="20"/>
                <w:szCs w:val="20"/>
              </w:rPr>
              <w:t>40</w:t>
            </w:r>
          </w:p>
        </w:tc>
      </w:tr>
      <w:tr w:rsidR="00156693" w14:paraId="1D2BFA49" w14:textId="77777777">
        <w:trPr>
          <w:trHeight w:val="30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E28899C" w14:textId="77777777" w:rsidR="00156693" w:rsidRDefault="00000000">
            <w:pPr>
              <w:spacing w:after="40" w:line="240" w:lineRule="auto"/>
              <w:ind w:left="-20"/>
              <w:rPr>
                <w:sz w:val="20"/>
                <w:szCs w:val="20"/>
              </w:rPr>
            </w:pPr>
            <w:r>
              <w:rPr>
                <w:b/>
                <w:bCs/>
                <w:sz w:val="20"/>
                <w:szCs w:val="20"/>
              </w:rPr>
              <w:lastRenderedPageBreak/>
              <w:t xml:space="preserve">Rezultat anticipat 1.2.3. </w:t>
            </w:r>
            <w:r>
              <w:rPr>
                <w:sz w:val="20"/>
                <w:szCs w:val="20"/>
              </w:rPr>
              <w:t>Autoritățile și instituțiile responsabile raportează printr-un mecanism unificat date complete, comparabile și dezagregate privind sectorul de tineret</w:t>
            </w:r>
          </w:p>
          <w:p w14:paraId="1433E271" w14:textId="77777777" w:rsidR="00156693" w:rsidRDefault="00156693">
            <w:pPr>
              <w:spacing w:after="0" w:line="240" w:lineRule="auto"/>
              <w:ind w:left="-20"/>
              <w:rPr>
                <w:sz w:val="20"/>
                <w:szCs w:val="20"/>
              </w:rPr>
            </w:pPr>
          </w:p>
          <w:p w14:paraId="2582C871" w14:textId="77777777" w:rsidR="00156693" w:rsidRDefault="00000000">
            <w:pPr>
              <w:spacing w:after="0" w:line="240" w:lineRule="auto"/>
              <w:ind w:left="-20"/>
              <w:rPr>
                <w:sz w:val="20"/>
                <w:szCs w:val="20"/>
              </w:rPr>
            </w:pPr>
            <w:r>
              <w:rPr>
                <w:b/>
                <w:bCs/>
                <w:sz w:val="20"/>
                <w:szCs w:val="20"/>
              </w:rPr>
              <w:t>Indicator de rezultat.</w:t>
            </w:r>
            <w:r>
              <w:rPr>
                <w:sz w:val="20"/>
                <w:szCs w:val="20"/>
              </w:rPr>
              <w:t xml:space="preserve"> Mecanism unificat de colectare, validare, sistematizare și analiză a datelor funcțional; ponderea instituțiilor responsabile care raportează anual date complete și validate prin mecanism</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506427" w14:textId="77777777" w:rsidR="00156693" w:rsidRDefault="00000000">
            <w:pPr>
              <w:spacing w:after="0" w:line="240" w:lineRule="auto"/>
              <w:ind w:left="-20"/>
              <w:rPr>
                <w:sz w:val="20"/>
                <w:szCs w:val="20"/>
              </w:rPr>
            </w:pPr>
            <w:r>
              <w:rPr>
                <w:sz w:val="20"/>
                <w:szCs w:val="20"/>
              </w:rPr>
              <w:t>1.2.3.1. Instituționalizarea și pilotarea mecanismului de colectare și raportare a datelor privind sectorul de tineret, prin aprobarea și actualizarea metodologiei elaborate în 2024, stabilirea responsabilităților, fluxurilor de date, indicatorilor, regulilor de dezagregare și cerințelor de protecție a datelor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1F027D" w14:textId="77777777" w:rsidR="00156693" w:rsidRDefault="00000000">
            <w:pPr>
              <w:spacing w:after="0" w:line="240" w:lineRule="auto"/>
              <w:ind w:left="-20"/>
              <w:rPr>
                <w:sz w:val="20"/>
                <w:szCs w:val="20"/>
              </w:rPr>
            </w:pPr>
            <w:r>
              <w:rPr>
                <w:sz w:val="20"/>
                <w:szCs w:val="20"/>
              </w:rPr>
              <w:t>Numărul APL participante în pilotare</w:t>
            </w:r>
          </w:p>
          <w:p w14:paraId="78AF3279" w14:textId="77777777" w:rsidR="00156693" w:rsidRDefault="00156693">
            <w:pPr>
              <w:spacing w:after="0" w:line="240" w:lineRule="auto"/>
              <w:ind w:left="-20"/>
              <w:rPr>
                <w:sz w:val="20"/>
                <w:szCs w:val="20"/>
              </w:rPr>
            </w:pPr>
          </w:p>
          <w:p w14:paraId="74304D95" w14:textId="77777777" w:rsidR="00156693" w:rsidRDefault="00000000">
            <w:pPr>
              <w:spacing w:after="0" w:line="240" w:lineRule="auto"/>
              <w:ind w:left="-20"/>
              <w:rPr>
                <w:sz w:val="20"/>
                <w:szCs w:val="20"/>
              </w:rPr>
            </w:pPr>
            <w:r>
              <w:rPr>
                <w:sz w:val="20"/>
                <w:szCs w:val="20"/>
              </w:rPr>
              <w:t xml:space="preserve">Metodologie actualizată și mecanism instituționalizat prin act administrativ; set de indicatori, responsabilități, fluxuri de date, reguli de dezagregare și cerințe de protecție a datelor aprobate; </w:t>
            </w:r>
          </w:p>
          <w:p w14:paraId="7C1D3041" w14:textId="77777777" w:rsidR="00156693" w:rsidRDefault="00156693">
            <w:pPr>
              <w:spacing w:after="0" w:line="240" w:lineRule="auto"/>
              <w:ind w:left="-20"/>
              <w:rPr>
                <w:sz w:val="20"/>
                <w:szCs w:val="20"/>
              </w:rPr>
            </w:pPr>
          </w:p>
          <w:p w14:paraId="06D139CF" w14:textId="77777777" w:rsidR="00156693" w:rsidRDefault="00000000">
            <w:pPr>
              <w:spacing w:after="0" w:line="240" w:lineRule="auto"/>
              <w:ind w:left="-20"/>
              <w:rPr>
                <w:sz w:val="20"/>
                <w:szCs w:val="20"/>
              </w:rPr>
            </w:pPr>
            <w:r>
              <w:rPr>
                <w:sz w:val="20"/>
                <w:szCs w:val="20"/>
              </w:rPr>
              <w:t>minimum 5 niveluri de dezagregare a datelor prevăzute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A367FC" w14:textId="77777777" w:rsidR="00156693" w:rsidRDefault="00000000">
            <w:pPr>
              <w:spacing w:after="0" w:line="240" w:lineRule="auto"/>
              <w:ind w:left="-20"/>
              <w:jc w:val="center"/>
              <w:rPr>
                <w:sz w:val="20"/>
                <w:szCs w:val="20"/>
              </w:rPr>
            </w:pPr>
            <w:r>
              <w:rPr>
                <w:sz w:val="20"/>
                <w:szCs w:val="20"/>
              </w:rPr>
              <w:t>Trim. IV, 2027-2028</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ED8E159" w14:textId="77777777" w:rsidR="00156693" w:rsidRDefault="00000000">
            <w:pPr>
              <w:spacing w:after="40" w:line="240" w:lineRule="auto"/>
              <w:ind w:left="-20"/>
              <w:rPr>
                <w:sz w:val="20"/>
                <w:szCs w:val="20"/>
              </w:rPr>
            </w:pPr>
            <w:r>
              <w:rPr>
                <w:sz w:val="20"/>
                <w:szCs w:val="20"/>
              </w:rPr>
              <w:t>Ministerul Educației și Cercetării</w:t>
            </w:r>
          </w:p>
          <w:p w14:paraId="7149F303" w14:textId="77777777" w:rsidR="00156693" w:rsidRDefault="00000000">
            <w:pPr>
              <w:spacing w:after="0" w:line="240" w:lineRule="auto"/>
              <w:ind w:left="-20"/>
              <w:rPr>
                <w:sz w:val="20"/>
                <w:szCs w:val="20"/>
              </w:rPr>
            </w:pPr>
            <w:r>
              <w:rPr>
                <w:sz w:val="20"/>
                <w:szCs w:val="20"/>
              </w:rPr>
              <w:t xml:space="preserve">Agenția Națională Tineret </w:t>
            </w:r>
          </w:p>
          <w:p w14:paraId="3CFCB892" w14:textId="77777777" w:rsidR="00156693" w:rsidRDefault="00000000">
            <w:pPr>
              <w:spacing w:after="0" w:line="240" w:lineRule="auto"/>
              <w:ind w:left="-20"/>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64183E4" w14:textId="77777777" w:rsidR="00156693" w:rsidRDefault="00000000">
            <w:pPr>
              <w:spacing w:after="40" w:line="240" w:lineRule="auto"/>
              <w:ind w:left="-20"/>
              <w:jc w:val="center"/>
              <w:rPr>
                <w:i/>
                <w:iCs/>
                <w:sz w:val="20"/>
                <w:szCs w:val="20"/>
              </w:rPr>
            </w:pPr>
            <w:r>
              <w:rPr>
                <w:i/>
                <w:iCs/>
                <w:sz w:val="20"/>
                <w:szCs w:val="20"/>
              </w:rPr>
              <w:t>100,0</w:t>
            </w:r>
          </w:p>
          <w:p w14:paraId="5A6DAD46"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9D4267"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093970" w14:textId="77777777" w:rsidR="00156693" w:rsidRDefault="00000000">
            <w:pPr>
              <w:spacing w:after="0" w:line="240" w:lineRule="auto"/>
              <w:ind w:left="-20"/>
              <w:jc w:val="center"/>
              <w:rPr>
                <w:sz w:val="20"/>
                <w:szCs w:val="20"/>
              </w:rPr>
            </w:pPr>
            <w:r>
              <w:rPr>
                <w:sz w:val="20"/>
                <w:szCs w:val="20"/>
              </w:rPr>
              <w:t>2</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ED7D98" w14:textId="77777777" w:rsidR="00156693" w:rsidRDefault="00000000">
            <w:pPr>
              <w:spacing w:after="0" w:line="240" w:lineRule="auto"/>
              <w:ind w:left="-20"/>
              <w:jc w:val="center"/>
              <w:rPr>
                <w:sz w:val="20"/>
                <w:szCs w:val="20"/>
              </w:rPr>
            </w:pPr>
            <w:r>
              <w:rPr>
                <w:sz w:val="20"/>
                <w:szCs w:val="20"/>
              </w:rPr>
              <w:t>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F7E617" w14:textId="77777777" w:rsidR="00156693" w:rsidRDefault="00000000">
            <w:pPr>
              <w:spacing w:after="0" w:line="240" w:lineRule="auto"/>
              <w:ind w:left="-20"/>
              <w:jc w:val="center"/>
              <w:rPr>
                <w:sz w:val="20"/>
                <w:szCs w:val="20"/>
              </w:rPr>
            </w:pPr>
            <w:r>
              <w:rPr>
                <w:sz w:val="20"/>
                <w:szCs w:val="20"/>
              </w:rPr>
              <w:t>-</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242F133" w14:textId="77777777" w:rsidR="00156693" w:rsidRDefault="00000000">
            <w:pPr>
              <w:spacing w:after="0" w:line="240" w:lineRule="auto"/>
              <w:ind w:left="-20"/>
              <w:jc w:val="center"/>
              <w:rPr>
                <w:sz w:val="20"/>
                <w:szCs w:val="20"/>
              </w:rPr>
            </w:pPr>
            <w:r>
              <w:rPr>
                <w:sz w:val="20"/>
                <w:szCs w:val="20"/>
              </w:rPr>
              <w:t>-</w:t>
            </w:r>
          </w:p>
        </w:tc>
      </w:tr>
      <w:tr w:rsidR="00156693" w14:paraId="20B1B999"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B2D844F"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39909B" w14:textId="77777777" w:rsidR="00156693" w:rsidRDefault="00000000">
            <w:pPr>
              <w:spacing w:after="0" w:line="240" w:lineRule="auto"/>
              <w:ind w:left="-20"/>
              <w:rPr>
                <w:sz w:val="20"/>
                <w:szCs w:val="20"/>
              </w:rPr>
            </w:pPr>
            <w:r>
              <w:rPr>
                <w:sz w:val="20"/>
                <w:szCs w:val="20"/>
              </w:rPr>
              <w:t>1.2.3.2. Aplicarea setului unic de fișe de indicatori, definiții, formulare și ghiduri de raportare și acordarea instruirii și mentoratului instituțiilor responsabile pentru monitorizare, evaluare și raportare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6D7635" w14:textId="77777777" w:rsidR="00156693" w:rsidRDefault="00000000">
            <w:pPr>
              <w:spacing w:after="0" w:line="240" w:lineRule="auto"/>
              <w:ind w:left="-20"/>
              <w:rPr>
                <w:sz w:val="20"/>
                <w:szCs w:val="20"/>
              </w:rPr>
            </w:pPr>
            <w:r>
              <w:rPr>
                <w:sz w:val="20"/>
                <w:szCs w:val="20"/>
              </w:rPr>
              <w:t>Numărul APL care utilizează activ mecanismul unificat de date pe sectorul de tineret</w:t>
            </w:r>
          </w:p>
          <w:p w14:paraId="2D5C984F" w14:textId="77777777" w:rsidR="00156693" w:rsidRDefault="00156693">
            <w:pPr>
              <w:spacing w:after="0" w:line="240" w:lineRule="auto"/>
              <w:ind w:left="-20"/>
              <w:rPr>
                <w:sz w:val="20"/>
                <w:szCs w:val="20"/>
              </w:rPr>
            </w:pPr>
          </w:p>
          <w:p w14:paraId="544BEC5C" w14:textId="77777777" w:rsidR="00156693" w:rsidRDefault="00000000">
            <w:pPr>
              <w:spacing w:after="0" w:line="240" w:lineRule="auto"/>
              <w:ind w:left="-20"/>
              <w:rPr>
                <w:sz w:val="20"/>
                <w:szCs w:val="20"/>
              </w:rPr>
            </w:pPr>
            <w:r>
              <w:rPr>
                <w:sz w:val="20"/>
                <w:szCs w:val="20"/>
              </w:rPr>
              <w:t xml:space="preserve">Minimum 3 instruiri tematice și minimum 60 de participanți instruiți anual; </w:t>
            </w:r>
          </w:p>
          <w:p w14:paraId="7FB76135" w14:textId="77777777" w:rsidR="00156693" w:rsidRDefault="00156693">
            <w:pPr>
              <w:spacing w:after="0" w:line="240" w:lineRule="auto"/>
              <w:ind w:left="-20"/>
              <w:rPr>
                <w:sz w:val="20"/>
                <w:szCs w:val="20"/>
              </w:rPr>
            </w:pPr>
          </w:p>
          <w:p w14:paraId="39191BA6" w14:textId="77777777" w:rsidR="00156693" w:rsidRDefault="00000000">
            <w:pPr>
              <w:spacing w:after="0" w:line="240" w:lineRule="auto"/>
              <w:ind w:left="-20"/>
              <w:rPr>
                <w:sz w:val="20"/>
                <w:szCs w:val="20"/>
              </w:rPr>
            </w:pPr>
            <w:r>
              <w:rPr>
                <w:sz w:val="20"/>
                <w:szCs w:val="20"/>
              </w:rPr>
              <w:t>Set unic de fișe de indicatori, definiții, formulare și ghiduri aprobat și aplicat; ponderea instituțiilor care utilizează raportarea standardizată</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34690A4" w14:textId="77777777" w:rsidR="00156693" w:rsidRDefault="00000000">
            <w:pPr>
              <w:spacing w:after="0" w:line="240" w:lineRule="auto"/>
              <w:ind w:left="-20"/>
              <w:jc w:val="center"/>
              <w:rPr>
                <w:sz w:val="20"/>
                <w:szCs w:val="20"/>
              </w:rPr>
            </w:pPr>
            <w:r>
              <w:rPr>
                <w:sz w:val="20"/>
                <w:szCs w:val="20"/>
              </w:rPr>
              <w:t>Trim. IV, anual,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27952F" w14:textId="77777777" w:rsidR="00156693" w:rsidRDefault="00000000">
            <w:pPr>
              <w:spacing w:after="40" w:line="240" w:lineRule="auto"/>
              <w:ind w:left="-20"/>
              <w:jc w:val="center"/>
              <w:rPr>
                <w:sz w:val="20"/>
                <w:szCs w:val="20"/>
              </w:rPr>
            </w:pPr>
            <w:r>
              <w:rPr>
                <w:sz w:val="20"/>
                <w:szCs w:val="20"/>
              </w:rPr>
              <w:t>Agenția Națională Tineret</w:t>
            </w:r>
          </w:p>
          <w:p w14:paraId="2A92E8FE" w14:textId="77777777" w:rsidR="00156693" w:rsidRDefault="00000000">
            <w:pPr>
              <w:spacing w:after="40" w:line="240" w:lineRule="auto"/>
              <w:ind w:left="-20"/>
              <w:jc w:val="center"/>
              <w:rPr>
                <w:sz w:val="20"/>
                <w:szCs w:val="20"/>
              </w:rPr>
            </w:pPr>
            <w:r>
              <w:rPr>
                <w:sz w:val="20"/>
                <w:szCs w:val="20"/>
              </w:rPr>
              <w:t>Ministerul Educației și Cercetării</w:t>
            </w:r>
          </w:p>
          <w:p w14:paraId="61012599" w14:textId="77777777" w:rsidR="00156693" w:rsidRDefault="00000000">
            <w:pPr>
              <w:spacing w:after="0" w:line="240" w:lineRule="auto"/>
              <w:ind w:left="-20"/>
              <w:jc w:val="center"/>
              <w:rPr>
                <w:sz w:val="20"/>
                <w:szCs w:val="20"/>
              </w:rPr>
            </w:pPr>
            <w:r>
              <w:rPr>
                <w:sz w:val="20"/>
                <w:szCs w:val="20"/>
              </w:rPr>
              <w:t xml:space="preserve"> </w:t>
            </w:r>
          </w:p>
          <w:p w14:paraId="040C49CF" w14:textId="77777777" w:rsidR="00156693" w:rsidRDefault="00000000">
            <w:pPr>
              <w:spacing w:after="0" w:line="240" w:lineRule="auto"/>
              <w:ind w:left="-20"/>
              <w:jc w:val="center"/>
              <w:rPr>
                <w:sz w:val="20"/>
                <w:szCs w:val="20"/>
              </w:rPr>
            </w:pPr>
            <w:r>
              <w:rPr>
                <w:sz w:val="20"/>
                <w:szCs w:val="20"/>
              </w:rPr>
              <w:t xml:space="preserve">autorități publice locale </w:t>
            </w:r>
          </w:p>
          <w:p w14:paraId="66783AE7" w14:textId="77777777" w:rsidR="00156693" w:rsidRDefault="00000000">
            <w:pPr>
              <w:spacing w:after="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788C4E" w14:textId="77777777" w:rsidR="00156693" w:rsidRDefault="00000000">
            <w:pPr>
              <w:spacing w:after="40" w:line="240" w:lineRule="auto"/>
              <w:ind w:left="-20"/>
              <w:jc w:val="center"/>
              <w:rPr>
                <w:i/>
                <w:iCs/>
                <w:sz w:val="20"/>
                <w:szCs w:val="20"/>
              </w:rPr>
            </w:pPr>
            <w:r>
              <w:rPr>
                <w:i/>
                <w:iCs/>
                <w:sz w:val="20"/>
                <w:szCs w:val="20"/>
              </w:rPr>
              <w:t>50,0</w:t>
            </w:r>
          </w:p>
          <w:p w14:paraId="04AB64C1" w14:textId="77777777" w:rsidR="00156693" w:rsidRDefault="00000000">
            <w:pPr>
              <w:spacing w:after="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45007A"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302348"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C66EA0" w14:textId="77777777" w:rsidR="00156693" w:rsidRDefault="00000000">
            <w:pPr>
              <w:spacing w:after="0" w:line="240" w:lineRule="auto"/>
              <w:ind w:left="-20"/>
              <w:jc w:val="center"/>
              <w:rPr>
                <w:sz w:val="20"/>
                <w:szCs w:val="20"/>
              </w:rPr>
            </w:pPr>
            <w:r>
              <w:rPr>
                <w:sz w:val="20"/>
                <w:szCs w:val="20"/>
              </w:rPr>
              <w:t xml:space="preserve">-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8ED87F" w14:textId="77777777" w:rsidR="00156693" w:rsidRDefault="00000000">
            <w:pPr>
              <w:spacing w:after="0" w:line="240" w:lineRule="auto"/>
              <w:ind w:left="-20"/>
              <w:jc w:val="center"/>
              <w:rPr>
                <w:sz w:val="20"/>
                <w:szCs w:val="20"/>
              </w:rPr>
            </w:pPr>
            <w:r>
              <w:rPr>
                <w:sz w:val="20"/>
                <w:szCs w:val="20"/>
              </w:rPr>
              <w:t>15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148151" w14:textId="77777777" w:rsidR="00156693" w:rsidRDefault="00000000">
            <w:pPr>
              <w:spacing w:after="0" w:line="240" w:lineRule="auto"/>
              <w:ind w:left="-20"/>
              <w:jc w:val="center"/>
              <w:rPr>
                <w:sz w:val="20"/>
                <w:szCs w:val="20"/>
              </w:rPr>
            </w:pPr>
            <w:r>
              <w:rPr>
                <w:sz w:val="20"/>
                <w:szCs w:val="20"/>
              </w:rPr>
              <w:t>30</w:t>
            </w:r>
          </w:p>
        </w:tc>
      </w:tr>
      <w:tr w:rsidR="00156693" w14:paraId="3B85D5E2"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D29ECC2"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6CC7F0" w14:textId="77777777" w:rsidR="00156693" w:rsidRDefault="00000000">
            <w:pPr>
              <w:spacing w:after="0" w:line="240" w:lineRule="auto"/>
              <w:ind w:left="-20"/>
              <w:rPr>
                <w:sz w:val="20"/>
                <w:szCs w:val="20"/>
              </w:rPr>
            </w:pPr>
            <w:r>
              <w:rPr>
                <w:sz w:val="20"/>
                <w:szCs w:val="20"/>
              </w:rPr>
              <w:t xml:space="preserve">1.2.3.3. Realizarea periodică a studiilor naționale tematice în domeniul tineretului, în parteneriat cu CNE, CNTM și alți parteneri de cercetare.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3F0685" w14:textId="77777777" w:rsidR="00156693" w:rsidRDefault="00000000">
            <w:pPr>
              <w:spacing w:after="0" w:line="240" w:lineRule="auto"/>
              <w:ind w:left="-20"/>
              <w:rPr>
                <w:sz w:val="20"/>
                <w:szCs w:val="20"/>
              </w:rPr>
            </w:pPr>
            <w:r>
              <w:rPr>
                <w:sz w:val="20"/>
                <w:szCs w:val="20"/>
              </w:rPr>
              <w:t xml:space="preserve">Numărul studiilor și analizelor tematice realizate.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0EA0F54" w14:textId="77777777" w:rsidR="00156693" w:rsidRDefault="00000000">
            <w:pPr>
              <w:spacing w:after="0" w:line="240" w:lineRule="auto"/>
              <w:ind w:left="-20"/>
              <w:jc w:val="center"/>
              <w:rPr>
                <w:sz w:val="20"/>
                <w:szCs w:val="20"/>
              </w:rPr>
            </w:pPr>
            <w:r>
              <w:rPr>
                <w:sz w:val="20"/>
                <w:szCs w:val="20"/>
              </w:rPr>
              <w:t>Trim. IV</w:t>
            </w:r>
          </w:p>
          <w:p w14:paraId="0E5B02C1" w14:textId="77777777" w:rsidR="00156693" w:rsidRDefault="00000000">
            <w:pPr>
              <w:spacing w:after="0" w:line="240" w:lineRule="auto"/>
              <w:ind w:left="-20"/>
              <w:jc w:val="center"/>
              <w:rPr>
                <w:sz w:val="20"/>
                <w:szCs w:val="20"/>
              </w:rPr>
            </w:pPr>
            <w:r>
              <w:rPr>
                <w:sz w:val="20"/>
                <w:szCs w:val="20"/>
              </w:rPr>
              <w:t>2027 -2030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485558B" w14:textId="77777777" w:rsidR="00156693" w:rsidRDefault="00000000">
            <w:pPr>
              <w:spacing w:after="40" w:line="240" w:lineRule="auto"/>
              <w:ind w:left="-20"/>
              <w:jc w:val="center"/>
              <w:rPr>
                <w:sz w:val="20"/>
                <w:szCs w:val="20"/>
              </w:rPr>
            </w:pPr>
            <w:r>
              <w:rPr>
                <w:sz w:val="20"/>
                <w:szCs w:val="20"/>
              </w:rPr>
              <w:t xml:space="preserve">Ministerul Educației și Cercetării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2F8E83" w14:textId="77777777" w:rsidR="00156693" w:rsidRDefault="00000000">
            <w:pPr>
              <w:spacing w:after="40" w:line="240" w:lineRule="auto"/>
              <w:ind w:left="-20"/>
              <w:jc w:val="center"/>
              <w:rPr>
                <w:i/>
                <w:iCs/>
                <w:sz w:val="20"/>
                <w:szCs w:val="20"/>
              </w:rPr>
            </w:pPr>
            <w:r>
              <w:rPr>
                <w:i/>
                <w:iCs/>
                <w:sz w:val="20"/>
                <w:szCs w:val="20"/>
              </w:rPr>
              <w:t>95,0</w:t>
            </w:r>
          </w:p>
          <w:p w14:paraId="2D7B0957" w14:textId="77777777" w:rsidR="00156693" w:rsidRDefault="00000000">
            <w:pPr>
              <w:spacing w:after="40" w:line="240" w:lineRule="auto"/>
              <w:ind w:left="-20"/>
              <w:jc w:val="center"/>
              <w:rPr>
                <w:i/>
                <w:iCs/>
                <w:sz w:val="20"/>
                <w:szCs w:val="20"/>
              </w:rPr>
            </w:pPr>
            <w:r>
              <w:rPr>
                <w:i/>
                <w:iCs/>
                <w:sz w:val="20"/>
                <w:szCs w:val="20"/>
              </w:rPr>
              <w:t xml:space="preserve">(anual) </w:t>
            </w:r>
          </w:p>
          <w:p w14:paraId="64220899" w14:textId="77777777" w:rsidR="00156693" w:rsidRDefault="00000000">
            <w:pPr>
              <w:spacing w:after="4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8B0C60E"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AAACDB" w14:textId="77777777" w:rsidR="00156693" w:rsidRDefault="00000000">
            <w:pPr>
              <w:spacing w:after="0" w:line="240" w:lineRule="auto"/>
              <w:ind w:left="-20"/>
              <w:jc w:val="center"/>
              <w:rPr>
                <w:sz w:val="20"/>
                <w:szCs w:val="20"/>
              </w:rPr>
            </w:pPr>
            <w:r>
              <w:rPr>
                <w:sz w:val="20"/>
                <w:szCs w:val="20"/>
              </w:rPr>
              <w:t>3</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B5EFA7" w14:textId="77777777" w:rsidR="00156693" w:rsidRDefault="00000000">
            <w:pPr>
              <w:spacing w:after="0" w:line="240" w:lineRule="auto"/>
              <w:ind w:left="-20"/>
              <w:jc w:val="center"/>
              <w:rPr>
                <w:sz w:val="20"/>
                <w:szCs w:val="20"/>
              </w:rPr>
            </w:pPr>
            <w:r>
              <w:rPr>
                <w:sz w:val="20"/>
                <w:szCs w:val="20"/>
              </w:rPr>
              <w:t>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B7A5F3" w14:textId="77777777" w:rsidR="00156693" w:rsidRDefault="00000000">
            <w:pPr>
              <w:spacing w:after="0" w:line="240" w:lineRule="auto"/>
              <w:ind w:left="-20"/>
              <w:jc w:val="center"/>
              <w:rPr>
                <w:sz w:val="20"/>
                <w:szCs w:val="20"/>
              </w:rPr>
            </w:pPr>
            <w:r>
              <w:rPr>
                <w:sz w:val="20"/>
                <w:szCs w:val="20"/>
              </w:rPr>
              <w:t>7</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6616CE" w14:textId="77777777" w:rsidR="00156693" w:rsidRDefault="00000000">
            <w:pPr>
              <w:spacing w:after="0" w:line="240" w:lineRule="auto"/>
              <w:ind w:left="-20"/>
              <w:jc w:val="center"/>
              <w:rPr>
                <w:sz w:val="20"/>
                <w:szCs w:val="20"/>
              </w:rPr>
            </w:pPr>
            <w:r>
              <w:rPr>
                <w:sz w:val="20"/>
                <w:szCs w:val="20"/>
              </w:rPr>
              <w:t>10</w:t>
            </w:r>
          </w:p>
        </w:tc>
      </w:tr>
      <w:tr w:rsidR="00156693" w14:paraId="5F4F8B3B"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186B169F" w14:textId="77777777" w:rsidR="00156693" w:rsidRDefault="00000000">
            <w:pPr>
              <w:spacing w:after="0" w:line="240" w:lineRule="auto"/>
              <w:ind w:left="-20"/>
              <w:jc w:val="both"/>
              <w:rPr>
                <w:b/>
                <w:bCs/>
                <w:sz w:val="20"/>
                <w:szCs w:val="20"/>
              </w:rPr>
            </w:pPr>
            <w:r>
              <w:rPr>
                <w:b/>
                <w:bCs/>
                <w:sz w:val="20"/>
                <w:szCs w:val="20"/>
              </w:rPr>
              <w:t>Obiectivul specific 1.3. Extinderea numerică și geografică a comunității lucrătorilor de tineret calificați, pentru a atinge, până în anul 2030, ponderea de 50% de lucrători calificați</w:t>
            </w:r>
          </w:p>
        </w:tc>
      </w:tr>
      <w:tr w:rsidR="00156693" w14:paraId="7565F581" w14:textId="77777777">
        <w:trPr>
          <w:trHeight w:val="30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99D3C7D" w14:textId="77777777" w:rsidR="00156693" w:rsidRDefault="00000000">
            <w:pPr>
              <w:spacing w:after="40" w:line="240" w:lineRule="auto"/>
              <w:ind w:left="-20"/>
              <w:rPr>
                <w:sz w:val="20"/>
                <w:szCs w:val="20"/>
              </w:rPr>
            </w:pPr>
            <w:r>
              <w:rPr>
                <w:b/>
                <w:bCs/>
                <w:sz w:val="20"/>
                <w:szCs w:val="20"/>
              </w:rPr>
              <w:t xml:space="preserve">Rezultat anticipat 1.3.1. </w:t>
            </w:r>
            <w:r>
              <w:rPr>
                <w:sz w:val="20"/>
                <w:szCs w:val="20"/>
              </w:rPr>
              <w:t>Procedurile pentru profesionalizarea, calificarea și recunoașterea competențelor privind lucrul de tineret devin funcționale</w:t>
            </w:r>
          </w:p>
          <w:p w14:paraId="70264A05" w14:textId="77777777" w:rsidR="00156693" w:rsidRDefault="00156693">
            <w:pPr>
              <w:spacing w:after="0" w:line="240" w:lineRule="auto"/>
              <w:ind w:left="-20"/>
              <w:rPr>
                <w:sz w:val="20"/>
                <w:szCs w:val="20"/>
              </w:rPr>
            </w:pPr>
          </w:p>
          <w:p w14:paraId="07F28E04"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Ponderea lucrătorilor de tineret calificați în totalul lucrătorilor de tineret</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3EEE04" w14:textId="77777777" w:rsidR="00156693" w:rsidRDefault="00000000">
            <w:pPr>
              <w:spacing w:after="0" w:line="240" w:lineRule="auto"/>
              <w:ind w:left="-20"/>
              <w:rPr>
                <w:sz w:val="20"/>
                <w:szCs w:val="20"/>
              </w:rPr>
            </w:pPr>
            <w:r>
              <w:rPr>
                <w:sz w:val="20"/>
                <w:szCs w:val="20"/>
              </w:rPr>
              <w:t>1.3.1.1. Aplicarea și evaluarea cadrului profesional existent, inclusiv a standardului ocupațional și a standardului de calificare, cu ajustări fundamentate numai pentru lacunele demonstrate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3E02FE" w14:textId="77777777" w:rsidR="00156693" w:rsidRDefault="00000000">
            <w:pPr>
              <w:spacing w:after="0" w:line="240" w:lineRule="auto"/>
              <w:ind w:left="-20"/>
              <w:rPr>
                <w:sz w:val="20"/>
                <w:szCs w:val="20"/>
              </w:rPr>
            </w:pPr>
            <w:r>
              <w:rPr>
                <w:sz w:val="20"/>
                <w:szCs w:val="20"/>
              </w:rPr>
              <w:t xml:space="preserve">Raport de aplicare a cadrului profesional elaborat; </w:t>
            </w:r>
          </w:p>
          <w:p w14:paraId="6205A7B5" w14:textId="77777777" w:rsidR="00156693" w:rsidRDefault="00156693">
            <w:pPr>
              <w:spacing w:after="0" w:line="240" w:lineRule="auto"/>
              <w:ind w:left="-20"/>
              <w:rPr>
                <w:sz w:val="20"/>
                <w:szCs w:val="20"/>
              </w:rPr>
            </w:pPr>
          </w:p>
          <w:p w14:paraId="0DFFB801" w14:textId="77777777" w:rsidR="00156693" w:rsidRDefault="00000000">
            <w:pPr>
              <w:spacing w:after="0" w:line="240" w:lineRule="auto"/>
              <w:ind w:left="-20"/>
              <w:rPr>
                <w:sz w:val="20"/>
                <w:szCs w:val="20"/>
              </w:rPr>
            </w:pPr>
            <w:r>
              <w:rPr>
                <w:sz w:val="20"/>
                <w:szCs w:val="20"/>
              </w:rPr>
              <w:t>Set de clarificări procedurale aprobat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42AB66" w14:textId="77777777" w:rsidR="00156693" w:rsidRDefault="00000000">
            <w:pPr>
              <w:spacing w:after="0" w:line="240" w:lineRule="auto"/>
              <w:ind w:left="-20"/>
              <w:jc w:val="center"/>
              <w:rPr>
                <w:sz w:val="20"/>
                <w:szCs w:val="20"/>
              </w:rPr>
            </w:pPr>
            <w:r>
              <w:rPr>
                <w:sz w:val="20"/>
                <w:szCs w:val="20"/>
              </w:rPr>
              <w:t xml:space="preserve">Trim. IV, 2028 </w:t>
            </w:r>
          </w:p>
          <w:p w14:paraId="66B621E6" w14:textId="77777777" w:rsidR="00156693" w:rsidRDefault="00156693">
            <w:pPr>
              <w:spacing w:after="0" w:line="240" w:lineRule="auto"/>
              <w:ind w:left="-20"/>
              <w:jc w:val="center"/>
              <w:rPr>
                <w:sz w:val="20"/>
                <w:szCs w:val="20"/>
              </w:rPr>
            </w:pPr>
          </w:p>
          <w:p w14:paraId="743F5715" w14:textId="77777777" w:rsidR="00156693" w:rsidRDefault="00000000">
            <w:pPr>
              <w:spacing w:after="0" w:line="240" w:lineRule="auto"/>
              <w:ind w:left="-20"/>
              <w:jc w:val="center"/>
              <w:rPr>
                <w:sz w:val="20"/>
                <w:szCs w:val="20"/>
              </w:rPr>
            </w:pPr>
            <w:r>
              <w:rPr>
                <w:sz w:val="20"/>
                <w:szCs w:val="20"/>
              </w:rPr>
              <w:t>revizuire în trim. IV, 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FCBB5D" w14:textId="77777777" w:rsidR="00156693" w:rsidRDefault="00000000">
            <w:pPr>
              <w:spacing w:after="0" w:line="240" w:lineRule="auto"/>
              <w:ind w:left="-20"/>
              <w:jc w:val="center"/>
              <w:rPr>
                <w:sz w:val="20"/>
                <w:szCs w:val="20"/>
              </w:rPr>
            </w:pPr>
            <w:r>
              <w:rPr>
                <w:sz w:val="20"/>
                <w:szCs w:val="20"/>
              </w:rPr>
              <w:t xml:space="preserve">Agenția Națională Tineret </w:t>
            </w:r>
          </w:p>
          <w:p w14:paraId="46ACA6A4" w14:textId="77777777" w:rsidR="00156693" w:rsidRDefault="00000000">
            <w:pPr>
              <w:spacing w:after="0" w:line="240" w:lineRule="auto"/>
              <w:ind w:left="-20"/>
              <w:jc w:val="center"/>
              <w:rPr>
                <w:sz w:val="20"/>
                <w:szCs w:val="20"/>
              </w:rPr>
            </w:pPr>
            <w:r>
              <w:rPr>
                <w:sz w:val="20"/>
                <w:szCs w:val="20"/>
              </w:rPr>
              <w:t xml:space="preserve">Instituții de învățământ superior și prestatori de servicii educaționale acreditați </w:t>
            </w:r>
          </w:p>
          <w:p w14:paraId="6881C2D5" w14:textId="77777777" w:rsidR="00156693" w:rsidRDefault="00000000">
            <w:pPr>
              <w:spacing w:after="40" w:line="240" w:lineRule="auto"/>
              <w:ind w:left="-20"/>
              <w:jc w:val="center"/>
              <w:rPr>
                <w:sz w:val="20"/>
                <w:szCs w:val="20"/>
              </w:rPr>
            </w:pPr>
            <w:r>
              <w:rPr>
                <w:sz w:val="20"/>
                <w:szCs w:val="20"/>
              </w:rPr>
              <w:t xml:space="preserve">Ministerul Educației și Cercetării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51C5CBD" w14:textId="77777777" w:rsidR="00156693" w:rsidRDefault="00000000">
            <w:pPr>
              <w:spacing w:after="40" w:line="240" w:lineRule="auto"/>
              <w:ind w:left="-20"/>
              <w:jc w:val="center"/>
              <w:rPr>
                <w:i/>
                <w:iCs/>
                <w:sz w:val="20"/>
                <w:szCs w:val="20"/>
              </w:rPr>
            </w:pPr>
            <w:r>
              <w:rPr>
                <w:i/>
                <w:iCs/>
                <w:sz w:val="20"/>
                <w:szCs w:val="20"/>
              </w:rPr>
              <w:t>65,0</w:t>
            </w:r>
          </w:p>
          <w:p w14:paraId="3C1EA610" w14:textId="77777777" w:rsidR="00156693" w:rsidRDefault="00000000">
            <w:pPr>
              <w:spacing w:after="40" w:line="240" w:lineRule="auto"/>
              <w:ind w:left="-20"/>
              <w:jc w:val="center"/>
              <w:rPr>
                <w:i/>
                <w:iCs/>
                <w:sz w:val="20"/>
                <w:szCs w:val="20"/>
              </w:rPr>
            </w:pPr>
            <w:r>
              <w:rPr>
                <w:i/>
                <w:iCs/>
                <w:sz w:val="20"/>
                <w:szCs w:val="20"/>
              </w:rPr>
              <w:t>2027;2030</w:t>
            </w:r>
          </w:p>
          <w:p w14:paraId="7ED580C3" w14:textId="77777777" w:rsidR="00156693" w:rsidRDefault="00000000">
            <w:pPr>
              <w:spacing w:after="0" w:line="240" w:lineRule="auto"/>
              <w:ind w:left="-20"/>
              <w:jc w:val="center"/>
              <w:rPr>
                <w:sz w:val="20"/>
                <w:szCs w:val="20"/>
              </w:rPr>
            </w:pPr>
            <w:r>
              <w:rPr>
                <w:i/>
                <w:iCs/>
                <w:sz w:val="20"/>
                <w:szCs w:val="20"/>
              </w:rPr>
              <w:t xml:space="preserve">Surse externe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B9A795"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05EEAF3"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6854BB"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874581" w14:textId="77777777" w:rsidR="00156693" w:rsidRDefault="00000000">
            <w:pPr>
              <w:spacing w:after="0" w:line="240" w:lineRule="auto"/>
              <w:ind w:left="-20"/>
              <w:jc w:val="center"/>
              <w:rPr>
                <w:sz w:val="20"/>
                <w:szCs w:val="20"/>
              </w:rPr>
            </w:pPr>
            <w:r>
              <w:rPr>
                <w:sz w:val="20"/>
                <w:szCs w:val="20"/>
              </w:rPr>
              <w:t>-</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8228DA" w14:textId="77777777" w:rsidR="00156693" w:rsidRDefault="00000000">
            <w:pPr>
              <w:spacing w:after="0" w:line="240" w:lineRule="auto"/>
              <w:ind w:left="-20"/>
              <w:jc w:val="center"/>
              <w:rPr>
                <w:sz w:val="20"/>
                <w:szCs w:val="20"/>
              </w:rPr>
            </w:pPr>
            <w:r>
              <w:rPr>
                <w:sz w:val="20"/>
                <w:szCs w:val="20"/>
              </w:rPr>
              <w:t>-</w:t>
            </w:r>
          </w:p>
        </w:tc>
      </w:tr>
      <w:tr w:rsidR="00156693" w14:paraId="077779E3" w14:textId="77777777">
        <w:trPr>
          <w:trHeight w:val="279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3884C8C"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ED8C45" w14:textId="77777777" w:rsidR="00156693" w:rsidRDefault="00000000">
            <w:pPr>
              <w:spacing w:after="0" w:line="240" w:lineRule="auto"/>
              <w:ind w:left="-20"/>
              <w:rPr>
                <w:sz w:val="20"/>
                <w:szCs w:val="20"/>
              </w:rPr>
            </w:pPr>
            <w:r>
              <w:rPr>
                <w:sz w:val="20"/>
                <w:szCs w:val="20"/>
              </w:rPr>
              <w:t xml:space="preserve">1.3.1.2. Derularea formării continue, inclusiv online, cu practică și mentorat, integrând competențele digitale și utilizarea critică a instrumentelor de inteligență artificială, comunicarea cu grupuri lingvistic și </w:t>
            </w:r>
            <w:r>
              <w:rPr>
                <w:sz w:val="20"/>
                <w:szCs w:val="20"/>
              </w:rPr>
              <w:lastRenderedPageBreak/>
              <w:t xml:space="preserve">cultural diverse, lucrul cu tinerii neimplicați, orientarea nonformală în carieră și aplicarea protocolului de referire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2B251B" w14:textId="77777777" w:rsidR="00156693" w:rsidRDefault="00000000">
            <w:pPr>
              <w:spacing w:after="0" w:line="240" w:lineRule="auto"/>
              <w:ind w:left="-20"/>
              <w:rPr>
                <w:sz w:val="20"/>
                <w:szCs w:val="20"/>
              </w:rPr>
            </w:pPr>
            <w:r>
              <w:rPr>
                <w:sz w:val="20"/>
                <w:szCs w:val="20"/>
              </w:rPr>
              <w:lastRenderedPageBreak/>
              <w:t xml:space="preserve">Minimum 30 de lucrători de tineret care finalizează anual formarea, cu portofoliu practic evaluat; </w:t>
            </w:r>
          </w:p>
          <w:p w14:paraId="643B6854" w14:textId="77777777" w:rsidR="00156693" w:rsidRDefault="00156693">
            <w:pPr>
              <w:spacing w:after="0" w:line="240" w:lineRule="auto"/>
              <w:ind w:left="-20"/>
              <w:rPr>
                <w:sz w:val="20"/>
                <w:szCs w:val="20"/>
              </w:rPr>
            </w:pPr>
          </w:p>
          <w:p w14:paraId="561E5188" w14:textId="77777777" w:rsidR="00156693" w:rsidRDefault="00000000">
            <w:pPr>
              <w:spacing w:after="0" w:line="240" w:lineRule="auto"/>
              <w:ind w:left="-20"/>
              <w:rPr>
                <w:sz w:val="20"/>
                <w:szCs w:val="20"/>
              </w:rPr>
            </w:pPr>
            <w:r>
              <w:rPr>
                <w:sz w:val="20"/>
                <w:szCs w:val="20"/>
              </w:rPr>
              <w:t>Ponderea absolvenților validați și înscriși în registrul național, raportată anual</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2AA146" w14:textId="77777777" w:rsidR="00156693" w:rsidRDefault="00000000">
            <w:pPr>
              <w:spacing w:after="0" w:line="240" w:lineRule="auto"/>
              <w:ind w:left="-20"/>
              <w:jc w:val="center"/>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79F696" w14:textId="77777777" w:rsidR="00156693" w:rsidRDefault="00000000">
            <w:pPr>
              <w:spacing w:after="40" w:line="240" w:lineRule="auto"/>
              <w:ind w:left="-20"/>
              <w:jc w:val="center"/>
              <w:rPr>
                <w:sz w:val="20"/>
                <w:szCs w:val="20"/>
              </w:rPr>
            </w:pPr>
            <w:r>
              <w:rPr>
                <w:sz w:val="20"/>
                <w:szCs w:val="20"/>
              </w:rPr>
              <w:t>Agenția Națională Tineret</w:t>
            </w:r>
          </w:p>
          <w:p w14:paraId="2BF5B182" w14:textId="77777777" w:rsidR="00156693" w:rsidRDefault="00000000">
            <w:pPr>
              <w:spacing w:after="0" w:line="240" w:lineRule="auto"/>
              <w:ind w:left="-20"/>
              <w:jc w:val="center"/>
              <w:rPr>
                <w:sz w:val="20"/>
                <w:szCs w:val="20"/>
              </w:rPr>
            </w:pPr>
            <w:r>
              <w:rPr>
                <w:sz w:val="20"/>
                <w:szCs w:val="20"/>
              </w:rPr>
              <w:t>Ministerul Educației și Cercetării</w:t>
            </w:r>
          </w:p>
          <w:p w14:paraId="0BA799FA"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CAC5D1" w14:textId="77777777" w:rsidR="00156693" w:rsidRDefault="00000000">
            <w:pPr>
              <w:spacing w:after="40" w:line="240" w:lineRule="auto"/>
              <w:ind w:left="-20"/>
              <w:jc w:val="center"/>
              <w:rPr>
                <w:i/>
                <w:iCs/>
                <w:sz w:val="20"/>
                <w:szCs w:val="20"/>
              </w:rPr>
            </w:pPr>
            <w:r>
              <w:rPr>
                <w:i/>
                <w:iCs/>
                <w:sz w:val="20"/>
                <w:szCs w:val="20"/>
              </w:rPr>
              <w:t xml:space="preserve">120,0 (anual) </w:t>
            </w:r>
          </w:p>
          <w:p w14:paraId="7913AD07" w14:textId="77777777" w:rsidR="00156693" w:rsidRDefault="00000000">
            <w:pPr>
              <w:spacing w:after="40" w:line="240" w:lineRule="auto"/>
              <w:ind w:left="-20"/>
              <w:jc w:val="center"/>
              <w:rPr>
                <w:i/>
                <w:iCs/>
                <w:sz w:val="20"/>
                <w:szCs w:val="20"/>
              </w:rPr>
            </w:pPr>
            <w:r>
              <w:rPr>
                <w:i/>
                <w:iCs/>
                <w:sz w:val="20"/>
                <w:szCs w:val="20"/>
              </w:rPr>
              <w:t xml:space="preserve">2027-2030 </w:t>
            </w:r>
          </w:p>
          <w:p w14:paraId="02E1D80A" w14:textId="77777777" w:rsidR="00156693" w:rsidRDefault="00000000">
            <w:pPr>
              <w:spacing w:after="0" w:line="240" w:lineRule="auto"/>
              <w:ind w:left="-20"/>
              <w:jc w:val="center"/>
              <w:rPr>
                <w:sz w:val="20"/>
                <w:szCs w:val="20"/>
              </w:rPr>
            </w:pPr>
            <w:r>
              <w:rPr>
                <w:i/>
                <w:iCs/>
                <w:sz w:val="20"/>
                <w:szCs w:val="20"/>
              </w:rPr>
              <w:t>Surse externe</w:t>
            </w:r>
            <w:r>
              <w:rPr>
                <w:sz w:val="20"/>
                <w:szCs w:val="20"/>
              </w:rPr>
              <w:t xml:space="preserv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2999BA"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FB40DA" w14:textId="77777777" w:rsidR="00156693" w:rsidRDefault="00000000">
            <w:pPr>
              <w:spacing w:after="0" w:line="240" w:lineRule="auto"/>
              <w:ind w:left="-20"/>
              <w:jc w:val="center"/>
              <w:rPr>
                <w:sz w:val="20"/>
                <w:szCs w:val="20"/>
              </w:rPr>
            </w:pPr>
            <w:r>
              <w:rPr>
                <w:sz w:val="20"/>
                <w:szCs w:val="20"/>
              </w:rPr>
              <w:t>30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4F3B23A"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093C67" w14:textId="77777777" w:rsidR="00156693" w:rsidRDefault="00000000">
            <w:pPr>
              <w:spacing w:after="0" w:line="240" w:lineRule="auto"/>
              <w:ind w:left="-20"/>
              <w:jc w:val="center"/>
              <w:rPr>
                <w:sz w:val="20"/>
                <w:szCs w:val="20"/>
              </w:rPr>
            </w:pPr>
            <w:r>
              <w:rPr>
                <w:sz w:val="20"/>
                <w:szCs w:val="20"/>
              </w:rPr>
              <w:t>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5F1363" w14:textId="77777777" w:rsidR="00156693" w:rsidRDefault="00000000">
            <w:pPr>
              <w:spacing w:after="0" w:line="240" w:lineRule="auto"/>
              <w:ind w:left="-20"/>
              <w:jc w:val="center"/>
              <w:rPr>
                <w:sz w:val="20"/>
                <w:szCs w:val="20"/>
              </w:rPr>
            </w:pPr>
            <w:r>
              <w:rPr>
                <w:sz w:val="20"/>
                <w:szCs w:val="20"/>
              </w:rPr>
              <w:t>30</w:t>
            </w:r>
          </w:p>
        </w:tc>
      </w:tr>
      <w:tr w:rsidR="00156693" w14:paraId="64CA686B"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D8BA06E"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9660D2" w14:textId="77777777" w:rsidR="00156693" w:rsidRDefault="00000000">
            <w:pPr>
              <w:spacing w:after="0" w:line="240" w:lineRule="auto"/>
              <w:ind w:left="-20"/>
              <w:rPr>
                <w:sz w:val="20"/>
                <w:szCs w:val="20"/>
              </w:rPr>
            </w:pPr>
            <w:r>
              <w:rPr>
                <w:sz w:val="20"/>
                <w:szCs w:val="20"/>
              </w:rPr>
              <w:t>1.3.1.3. Organizarea anuală a evaluării și validării competențelor și calificărilor lucrătorilor de tineret, cu evidența documentelor recunoscute în registrul național al lucrătorilor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0D2F5B" w14:textId="77777777" w:rsidR="00156693" w:rsidRDefault="00000000">
            <w:pPr>
              <w:spacing w:after="0" w:line="240" w:lineRule="auto"/>
              <w:ind w:left="-20"/>
              <w:rPr>
                <w:sz w:val="20"/>
                <w:szCs w:val="20"/>
              </w:rPr>
            </w:pPr>
            <w:r>
              <w:rPr>
                <w:sz w:val="20"/>
                <w:szCs w:val="20"/>
              </w:rPr>
              <w:t xml:space="preserve">Ponderea lucrătorilor de tineret cu competențe validate </w:t>
            </w:r>
          </w:p>
          <w:p w14:paraId="68DE9271" w14:textId="77777777" w:rsidR="00156693" w:rsidRDefault="00156693">
            <w:pPr>
              <w:spacing w:after="0" w:line="240" w:lineRule="auto"/>
              <w:ind w:left="-20"/>
              <w:rPr>
                <w:sz w:val="20"/>
                <w:szCs w:val="20"/>
              </w:rPr>
            </w:pPr>
          </w:p>
          <w:p w14:paraId="3DA4F7D4" w14:textId="77777777" w:rsidR="00156693" w:rsidRDefault="00000000">
            <w:pPr>
              <w:spacing w:after="0" w:line="240" w:lineRule="auto"/>
              <w:ind w:left="-20"/>
              <w:rPr>
                <w:sz w:val="20"/>
                <w:szCs w:val="20"/>
              </w:rPr>
            </w:pPr>
            <w:r>
              <w:rPr>
                <w:sz w:val="20"/>
                <w:szCs w:val="20"/>
              </w:rPr>
              <w:t xml:space="preserve">Proces anual de evaluare și validare desfășurat; </w:t>
            </w:r>
          </w:p>
          <w:p w14:paraId="7CC466BD" w14:textId="77777777" w:rsidR="00156693" w:rsidRDefault="00156693">
            <w:pPr>
              <w:spacing w:after="0" w:line="240" w:lineRule="auto"/>
              <w:ind w:left="-20"/>
              <w:rPr>
                <w:sz w:val="20"/>
                <w:szCs w:val="20"/>
              </w:rPr>
            </w:pPr>
          </w:p>
          <w:p w14:paraId="15A661FD" w14:textId="77777777" w:rsidR="00156693" w:rsidRDefault="00000000">
            <w:pPr>
              <w:spacing w:after="0" w:line="240" w:lineRule="auto"/>
              <w:ind w:left="-20"/>
              <w:rPr>
                <w:sz w:val="20"/>
                <w:szCs w:val="20"/>
              </w:rPr>
            </w:pPr>
            <w:r>
              <w:rPr>
                <w:sz w:val="20"/>
                <w:szCs w:val="20"/>
              </w:rPr>
              <w:t>Registru național actualizat anual</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09EE2B" w14:textId="77777777" w:rsidR="00156693" w:rsidRDefault="00000000">
            <w:pPr>
              <w:spacing w:after="0" w:line="240" w:lineRule="auto"/>
              <w:ind w:left="-20"/>
              <w:jc w:val="center"/>
              <w:rPr>
                <w:sz w:val="20"/>
                <w:szCs w:val="20"/>
              </w:rPr>
            </w:pPr>
            <w:r>
              <w:rPr>
                <w:sz w:val="20"/>
                <w:szCs w:val="20"/>
              </w:rPr>
              <w:t>Trim. IV,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02B77F" w14:textId="77777777" w:rsidR="00156693" w:rsidRDefault="00000000">
            <w:pPr>
              <w:spacing w:after="40" w:line="240" w:lineRule="auto"/>
              <w:ind w:left="-20"/>
              <w:jc w:val="center"/>
              <w:rPr>
                <w:sz w:val="20"/>
                <w:szCs w:val="20"/>
              </w:rPr>
            </w:pPr>
            <w:r>
              <w:rPr>
                <w:sz w:val="20"/>
                <w:szCs w:val="20"/>
              </w:rPr>
              <w:t>Ministerul Educației și Cercetării</w:t>
            </w:r>
          </w:p>
          <w:p w14:paraId="7E464EBC" w14:textId="77777777" w:rsidR="00156693" w:rsidRDefault="00000000">
            <w:pPr>
              <w:spacing w:after="0" w:line="240" w:lineRule="auto"/>
              <w:ind w:left="-20"/>
              <w:jc w:val="center"/>
              <w:rPr>
                <w:sz w:val="20"/>
                <w:szCs w:val="20"/>
              </w:rPr>
            </w:pPr>
            <w:r>
              <w:rPr>
                <w:sz w:val="20"/>
                <w:szCs w:val="20"/>
              </w:rPr>
              <w:t>Agenția Națională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A478D10" w14:textId="77777777" w:rsidR="00156693" w:rsidRDefault="00000000">
            <w:pPr>
              <w:spacing w:after="40" w:line="240" w:lineRule="auto"/>
              <w:ind w:left="-20"/>
              <w:jc w:val="center"/>
              <w:rPr>
                <w:i/>
                <w:iCs/>
                <w:sz w:val="20"/>
                <w:szCs w:val="20"/>
              </w:rPr>
            </w:pPr>
            <w:r>
              <w:rPr>
                <w:i/>
                <w:iCs/>
                <w:sz w:val="20"/>
                <w:szCs w:val="20"/>
              </w:rPr>
              <w:t xml:space="preserve">40,0 </w:t>
            </w:r>
          </w:p>
          <w:p w14:paraId="55FB87F0" w14:textId="77777777" w:rsidR="00156693" w:rsidRDefault="00000000">
            <w:pPr>
              <w:spacing w:after="40" w:line="240" w:lineRule="auto"/>
              <w:ind w:left="-20"/>
              <w:jc w:val="center"/>
              <w:rPr>
                <w:i/>
                <w:iCs/>
                <w:sz w:val="20"/>
                <w:szCs w:val="20"/>
              </w:rPr>
            </w:pPr>
            <w:r>
              <w:rPr>
                <w:i/>
                <w:iCs/>
                <w:sz w:val="20"/>
                <w:szCs w:val="20"/>
              </w:rPr>
              <w:t xml:space="preserve">(anual) 2027-2030 </w:t>
            </w:r>
          </w:p>
          <w:p w14:paraId="2D9AD5F5"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0EF4B1"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0CDF839"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B89F50" w14:textId="77777777" w:rsidR="00156693" w:rsidRDefault="00000000">
            <w:pPr>
              <w:spacing w:after="0" w:line="240" w:lineRule="auto"/>
              <w:ind w:left="-20"/>
              <w:jc w:val="center"/>
              <w:rPr>
                <w:sz w:val="20"/>
                <w:szCs w:val="20"/>
              </w:rPr>
            </w:pPr>
            <w:r>
              <w:rPr>
                <w:sz w:val="20"/>
                <w:szCs w:val="20"/>
              </w:rPr>
              <w:t>10%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C49C86" w14:textId="77777777" w:rsidR="00156693" w:rsidRDefault="00000000">
            <w:pPr>
              <w:spacing w:after="0" w:line="240" w:lineRule="auto"/>
              <w:ind w:left="-20"/>
              <w:jc w:val="center"/>
              <w:rPr>
                <w:sz w:val="20"/>
                <w:szCs w:val="20"/>
              </w:rPr>
            </w:pPr>
            <w:r>
              <w:rPr>
                <w:sz w:val="20"/>
                <w:szCs w:val="20"/>
              </w:rPr>
              <w:t>25%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AB5A010" w14:textId="77777777" w:rsidR="00156693" w:rsidRDefault="00000000">
            <w:pPr>
              <w:spacing w:after="0" w:line="240" w:lineRule="auto"/>
              <w:ind w:left="-20"/>
              <w:jc w:val="center"/>
              <w:rPr>
                <w:sz w:val="20"/>
                <w:szCs w:val="20"/>
              </w:rPr>
            </w:pPr>
            <w:r>
              <w:rPr>
                <w:sz w:val="20"/>
                <w:szCs w:val="20"/>
              </w:rPr>
              <w:t>50%</w:t>
            </w:r>
          </w:p>
        </w:tc>
      </w:tr>
      <w:tr w:rsidR="00156693" w14:paraId="5E355328" w14:textId="77777777">
        <w:trPr>
          <w:trHeight w:val="30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414AC35" w14:textId="77777777" w:rsidR="00156693" w:rsidRDefault="00000000">
            <w:pPr>
              <w:spacing w:after="40" w:line="240" w:lineRule="auto"/>
              <w:ind w:left="-20"/>
              <w:rPr>
                <w:sz w:val="20"/>
                <w:szCs w:val="20"/>
              </w:rPr>
            </w:pPr>
            <w:r>
              <w:rPr>
                <w:b/>
                <w:bCs/>
                <w:sz w:val="20"/>
                <w:szCs w:val="20"/>
              </w:rPr>
              <w:t xml:space="preserve">Rezultat anticipat 1.3.2. </w:t>
            </w:r>
            <w:r>
              <w:rPr>
                <w:sz w:val="20"/>
                <w:szCs w:val="20"/>
              </w:rPr>
              <w:t>Lucrătorii de tineret dispun de metodologii și instrumente practice și fac parte dintr-o comunitate profesională activă</w:t>
            </w:r>
          </w:p>
          <w:p w14:paraId="681F5733" w14:textId="77777777" w:rsidR="00156693" w:rsidRDefault="00156693">
            <w:pPr>
              <w:spacing w:after="0" w:line="240" w:lineRule="auto"/>
              <w:ind w:left="-20"/>
              <w:rPr>
                <w:sz w:val="20"/>
                <w:szCs w:val="20"/>
              </w:rPr>
            </w:pPr>
          </w:p>
          <w:p w14:paraId="15613997"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Setul metodologic pentru lucrul de tineret aplicat în practică și numărul de practici transferate anual</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DEB0536" w14:textId="77777777" w:rsidR="00156693" w:rsidRDefault="00000000">
            <w:pPr>
              <w:spacing w:after="0" w:line="240" w:lineRule="auto"/>
              <w:ind w:left="-20"/>
              <w:rPr>
                <w:sz w:val="20"/>
                <w:szCs w:val="20"/>
              </w:rPr>
            </w:pPr>
            <w:r>
              <w:rPr>
                <w:sz w:val="20"/>
                <w:szCs w:val="20"/>
              </w:rPr>
              <w:t>1.3.2.1. Pilotarea și utilizarea seturilor metodologice existente în practica lucrului de tineret, cu observație, feedback și ajustarea instrumentelor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33BAAA" w14:textId="77777777" w:rsidR="00156693" w:rsidRDefault="00000000">
            <w:pPr>
              <w:spacing w:after="0" w:line="240" w:lineRule="auto"/>
              <w:ind w:left="-20"/>
              <w:rPr>
                <w:sz w:val="20"/>
                <w:szCs w:val="20"/>
              </w:rPr>
            </w:pPr>
            <w:r>
              <w:rPr>
                <w:sz w:val="20"/>
                <w:szCs w:val="20"/>
              </w:rPr>
              <w:t>Numărul de seturi metodologice pilotate și validate anual</w:t>
            </w:r>
          </w:p>
          <w:p w14:paraId="778CE19F" w14:textId="77777777" w:rsidR="00156693" w:rsidRDefault="00156693">
            <w:pPr>
              <w:spacing w:after="0" w:line="240" w:lineRule="auto"/>
              <w:ind w:left="-20"/>
              <w:rPr>
                <w:sz w:val="20"/>
                <w:szCs w:val="20"/>
              </w:rPr>
            </w:pPr>
          </w:p>
          <w:p w14:paraId="72B8971B"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89DAE0" w14:textId="77777777" w:rsidR="00156693" w:rsidRDefault="00000000">
            <w:pPr>
              <w:spacing w:after="0" w:line="240" w:lineRule="auto"/>
              <w:ind w:left="-20"/>
              <w:jc w:val="center"/>
              <w:rPr>
                <w:sz w:val="20"/>
                <w:szCs w:val="20"/>
              </w:rPr>
            </w:pPr>
            <w:r>
              <w:rPr>
                <w:sz w:val="20"/>
                <w:szCs w:val="20"/>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99E84C9" w14:textId="77777777" w:rsidR="00156693" w:rsidRDefault="00000000">
            <w:pPr>
              <w:spacing w:after="40" w:line="240" w:lineRule="auto"/>
              <w:ind w:left="-20"/>
              <w:jc w:val="center"/>
              <w:rPr>
                <w:sz w:val="20"/>
                <w:szCs w:val="20"/>
              </w:rPr>
            </w:pPr>
            <w:r>
              <w:rPr>
                <w:sz w:val="20"/>
                <w:szCs w:val="20"/>
              </w:rPr>
              <w:t>Agenția Națională Tineret</w:t>
            </w:r>
          </w:p>
          <w:p w14:paraId="515902D0" w14:textId="77777777" w:rsidR="00156693" w:rsidRDefault="00000000">
            <w:pPr>
              <w:spacing w:after="0" w:line="240" w:lineRule="auto"/>
              <w:ind w:left="-20"/>
              <w:jc w:val="center"/>
              <w:rPr>
                <w:sz w:val="20"/>
                <w:szCs w:val="20"/>
              </w:rPr>
            </w:pPr>
            <w:r>
              <w:rPr>
                <w:sz w:val="20"/>
                <w:szCs w:val="20"/>
              </w:rPr>
              <w:t>Ministerul Educației și Cercetării</w:t>
            </w:r>
          </w:p>
          <w:p w14:paraId="5ECDBFB3" w14:textId="77777777" w:rsidR="00156693" w:rsidRDefault="00000000">
            <w:pPr>
              <w:spacing w:after="0" w:line="240" w:lineRule="auto"/>
              <w:ind w:left="-20"/>
              <w:jc w:val="center"/>
              <w:rPr>
                <w:sz w:val="20"/>
                <w:szCs w:val="20"/>
              </w:rPr>
            </w:pPr>
            <w:r>
              <w:rPr>
                <w:sz w:val="20"/>
                <w:szCs w:val="20"/>
              </w:rPr>
              <w:t xml:space="preserve">Lucrători de tineret </w:t>
            </w:r>
          </w:p>
          <w:p w14:paraId="16402393" w14:textId="77777777" w:rsidR="00156693" w:rsidRDefault="00000000">
            <w:pPr>
              <w:spacing w:after="0" w:line="240" w:lineRule="auto"/>
              <w:ind w:left="-20"/>
              <w:jc w:val="center"/>
              <w:rPr>
                <w:sz w:val="20"/>
                <w:szCs w:val="20"/>
              </w:rPr>
            </w:pPr>
            <w:r>
              <w:rPr>
                <w:sz w:val="20"/>
                <w:szCs w:val="20"/>
              </w:rPr>
              <w:t>Centre de tineret</w:t>
            </w:r>
          </w:p>
          <w:p w14:paraId="35A1874F"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D0B16D" w14:textId="77777777" w:rsidR="00156693" w:rsidRDefault="00000000">
            <w:pPr>
              <w:spacing w:after="40" w:line="240" w:lineRule="auto"/>
              <w:ind w:left="-20"/>
              <w:jc w:val="center"/>
              <w:rPr>
                <w:i/>
                <w:iCs/>
                <w:sz w:val="20"/>
                <w:szCs w:val="20"/>
              </w:rPr>
            </w:pPr>
            <w:r>
              <w:rPr>
                <w:i/>
                <w:iCs/>
                <w:sz w:val="20"/>
                <w:szCs w:val="20"/>
              </w:rPr>
              <w:t>45,0</w:t>
            </w:r>
          </w:p>
          <w:p w14:paraId="31336044" w14:textId="77777777" w:rsidR="00156693" w:rsidRDefault="00000000">
            <w:pPr>
              <w:spacing w:after="40" w:line="240" w:lineRule="auto"/>
              <w:ind w:left="-20"/>
              <w:jc w:val="center"/>
              <w:rPr>
                <w:i/>
                <w:iCs/>
                <w:sz w:val="20"/>
                <w:szCs w:val="20"/>
              </w:rPr>
            </w:pPr>
            <w:r>
              <w:rPr>
                <w:i/>
                <w:iCs/>
                <w:sz w:val="20"/>
                <w:szCs w:val="20"/>
              </w:rPr>
              <w:t>(anual)</w:t>
            </w:r>
          </w:p>
          <w:p w14:paraId="1B00D6FD" w14:textId="77777777" w:rsidR="00156693" w:rsidRDefault="00000000">
            <w:pPr>
              <w:spacing w:after="40" w:line="240" w:lineRule="auto"/>
              <w:ind w:left="-20"/>
              <w:jc w:val="center"/>
              <w:rPr>
                <w:i/>
                <w:iCs/>
                <w:sz w:val="20"/>
                <w:szCs w:val="20"/>
              </w:rPr>
            </w:pPr>
            <w:r>
              <w:rPr>
                <w:i/>
                <w:iCs/>
                <w:sz w:val="20"/>
                <w:szCs w:val="20"/>
              </w:rPr>
              <w:t>2028-2030</w:t>
            </w:r>
          </w:p>
          <w:p w14:paraId="0A4469ED" w14:textId="77777777" w:rsidR="00156693" w:rsidRDefault="00000000">
            <w:pPr>
              <w:spacing w:after="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A05D8B"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31A365"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5623F1" w14:textId="77777777" w:rsidR="00156693" w:rsidRDefault="00000000">
            <w:pPr>
              <w:spacing w:after="0" w:line="240" w:lineRule="auto"/>
              <w:ind w:left="-20"/>
              <w:jc w:val="center"/>
              <w:rPr>
                <w:sz w:val="20"/>
                <w:szCs w:val="20"/>
              </w:rPr>
            </w:pPr>
            <w:r>
              <w:rPr>
                <w:sz w:val="20"/>
                <w:szCs w:val="20"/>
              </w:rPr>
              <w:t>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ADD4FA" w14:textId="77777777" w:rsidR="00156693" w:rsidRDefault="00000000">
            <w:pPr>
              <w:spacing w:after="0" w:line="240" w:lineRule="auto"/>
              <w:ind w:left="-20"/>
              <w:jc w:val="center"/>
              <w:rPr>
                <w:sz w:val="20"/>
                <w:szCs w:val="20"/>
              </w:rPr>
            </w:pPr>
            <w:r>
              <w:rPr>
                <w:sz w:val="20"/>
                <w:szCs w:val="20"/>
              </w:rPr>
              <w:t>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DD06166" w14:textId="77777777" w:rsidR="00156693" w:rsidRDefault="00000000">
            <w:pPr>
              <w:spacing w:after="0" w:line="240" w:lineRule="auto"/>
              <w:ind w:left="-20"/>
              <w:jc w:val="center"/>
              <w:rPr>
                <w:sz w:val="20"/>
                <w:szCs w:val="20"/>
              </w:rPr>
            </w:pPr>
            <w:r>
              <w:rPr>
                <w:sz w:val="20"/>
                <w:szCs w:val="20"/>
              </w:rPr>
              <w:t>5</w:t>
            </w:r>
          </w:p>
        </w:tc>
      </w:tr>
      <w:tr w:rsidR="00156693" w14:paraId="457F16CF" w14:textId="77777777">
        <w:trPr>
          <w:trHeight w:val="21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EC3FBD9" w14:textId="77777777" w:rsidR="00156693" w:rsidRDefault="00000000">
            <w:pPr>
              <w:spacing w:after="0" w:line="240" w:lineRule="auto"/>
              <w:ind w:left="-20"/>
              <w:jc w:val="both"/>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A19742" w14:textId="77777777" w:rsidR="00156693" w:rsidRDefault="00000000">
            <w:pPr>
              <w:spacing w:after="0" w:line="240" w:lineRule="auto"/>
              <w:ind w:left="-20"/>
              <w:rPr>
                <w:sz w:val="20"/>
                <w:szCs w:val="20"/>
              </w:rPr>
            </w:pPr>
            <w:r>
              <w:rPr>
                <w:sz w:val="20"/>
                <w:szCs w:val="20"/>
              </w:rPr>
              <w:t>1.3.2.2. Consolidarea comunității de practicieni prin schimburi, mentorat între colegi și forum profesional anual, cu documentarea practicilor preluate în servicii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34C099" w14:textId="77777777" w:rsidR="00156693" w:rsidRDefault="00000000">
            <w:pPr>
              <w:spacing w:after="0" w:line="240" w:lineRule="auto"/>
              <w:ind w:left="-20"/>
              <w:rPr>
                <w:sz w:val="20"/>
                <w:szCs w:val="20"/>
              </w:rPr>
            </w:pPr>
            <w:r>
              <w:rPr>
                <w:sz w:val="20"/>
                <w:szCs w:val="20"/>
              </w:rPr>
              <w:t>Numărul lucrătorilor de tineret instruiți în aplicarea seturilor metodologice</w:t>
            </w:r>
          </w:p>
          <w:p w14:paraId="03CDB714" w14:textId="77777777" w:rsidR="00156693" w:rsidRDefault="00156693">
            <w:pPr>
              <w:spacing w:after="0" w:line="240" w:lineRule="auto"/>
              <w:ind w:left="-20"/>
              <w:rPr>
                <w:sz w:val="20"/>
                <w:szCs w:val="20"/>
              </w:rPr>
            </w:pPr>
          </w:p>
          <w:p w14:paraId="05F539BC" w14:textId="77777777" w:rsidR="00156693" w:rsidRDefault="00000000">
            <w:pPr>
              <w:spacing w:after="0" w:line="240" w:lineRule="auto"/>
              <w:ind w:left="-20"/>
              <w:rPr>
                <w:sz w:val="20"/>
                <w:szCs w:val="20"/>
              </w:rPr>
            </w:pPr>
            <w:r>
              <w:rPr>
                <w:sz w:val="20"/>
                <w:szCs w:val="20"/>
              </w:rPr>
              <w:t>1 forum profesional realizat anual</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B48F01" w14:textId="77777777" w:rsidR="00156693" w:rsidRDefault="00000000">
            <w:pPr>
              <w:spacing w:after="0" w:line="240" w:lineRule="auto"/>
              <w:ind w:left="-20"/>
              <w:jc w:val="center"/>
              <w:rPr>
                <w:sz w:val="20"/>
                <w:szCs w:val="20"/>
              </w:rPr>
            </w:pPr>
            <w:r>
              <w:rPr>
                <w:sz w:val="20"/>
                <w:szCs w:val="20"/>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DEEB8F" w14:textId="77777777" w:rsidR="00156693" w:rsidRDefault="00000000">
            <w:pPr>
              <w:spacing w:after="40" w:line="240" w:lineRule="auto"/>
              <w:ind w:left="-20"/>
              <w:jc w:val="center"/>
              <w:rPr>
                <w:sz w:val="20"/>
                <w:szCs w:val="20"/>
              </w:rPr>
            </w:pPr>
            <w:r>
              <w:rPr>
                <w:sz w:val="20"/>
                <w:szCs w:val="20"/>
              </w:rPr>
              <w:t>Agenția Națională Tineret</w:t>
            </w:r>
          </w:p>
          <w:p w14:paraId="2AFFB0C1" w14:textId="77777777" w:rsidR="00156693" w:rsidRDefault="00000000">
            <w:pPr>
              <w:spacing w:after="0" w:line="240" w:lineRule="auto"/>
              <w:ind w:left="-20"/>
              <w:jc w:val="center"/>
              <w:rPr>
                <w:sz w:val="20"/>
                <w:szCs w:val="20"/>
              </w:rPr>
            </w:pPr>
            <w:r>
              <w:rPr>
                <w:sz w:val="20"/>
                <w:szCs w:val="20"/>
              </w:rPr>
              <w:t xml:space="preserve">lucrători de tineret </w:t>
            </w:r>
          </w:p>
          <w:p w14:paraId="2E2CB3DB"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FCA6F0" w14:textId="77777777" w:rsidR="00156693" w:rsidRDefault="00000000">
            <w:pPr>
              <w:spacing w:after="0" w:line="240" w:lineRule="auto"/>
              <w:ind w:left="-20"/>
              <w:jc w:val="center"/>
              <w:rPr>
                <w:i/>
                <w:iCs/>
                <w:sz w:val="20"/>
                <w:szCs w:val="20"/>
              </w:rPr>
            </w:pPr>
            <w:r>
              <w:rPr>
                <w:i/>
                <w:iCs/>
                <w:sz w:val="20"/>
                <w:szCs w:val="20"/>
              </w:rPr>
              <w:t>120,0</w:t>
            </w:r>
          </w:p>
          <w:p w14:paraId="0E9CF884"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F6A3B0"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F27892" w14:textId="77777777" w:rsidR="00156693" w:rsidRDefault="00000000">
            <w:pPr>
              <w:spacing w:after="0" w:line="240" w:lineRule="auto"/>
              <w:ind w:left="-20"/>
              <w:jc w:val="center"/>
              <w:rPr>
                <w:sz w:val="20"/>
                <w:szCs w:val="20"/>
              </w:rPr>
            </w:pPr>
            <w:r>
              <w:rPr>
                <w:sz w:val="20"/>
                <w:szCs w:val="20"/>
              </w:rPr>
              <w:t xml:space="preserve">- </w:t>
            </w:r>
          </w:p>
          <w:p w14:paraId="27084684"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8608C1" w14:textId="77777777" w:rsidR="00156693" w:rsidRDefault="00000000">
            <w:pPr>
              <w:spacing w:after="0" w:line="240" w:lineRule="auto"/>
              <w:ind w:left="-20"/>
              <w:jc w:val="center"/>
              <w:rPr>
                <w:sz w:val="20"/>
                <w:szCs w:val="20"/>
              </w:rPr>
            </w:pPr>
            <w:r>
              <w:rPr>
                <w:sz w:val="20"/>
                <w:szCs w:val="20"/>
              </w:rPr>
              <w:t>100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0A7C93" w14:textId="77777777" w:rsidR="00156693" w:rsidRDefault="00000000">
            <w:pPr>
              <w:spacing w:after="0" w:line="240" w:lineRule="auto"/>
              <w:ind w:left="-20"/>
              <w:jc w:val="center"/>
              <w:rPr>
                <w:sz w:val="20"/>
                <w:szCs w:val="20"/>
              </w:rPr>
            </w:pPr>
            <w:r>
              <w:rPr>
                <w:sz w:val="20"/>
                <w:szCs w:val="20"/>
              </w:rPr>
              <w:t xml:space="preserve">100 </w:t>
            </w:r>
          </w:p>
          <w:p w14:paraId="5559F08A" w14:textId="77777777" w:rsidR="00156693" w:rsidRDefault="00156693">
            <w:pPr>
              <w:spacing w:after="0" w:line="240" w:lineRule="auto"/>
              <w:ind w:left="-20"/>
              <w:jc w:val="center"/>
              <w:rPr>
                <w:sz w:val="20"/>
                <w:szCs w:val="20"/>
              </w:rPr>
            </w:pPr>
          </w:p>
          <w:p w14:paraId="766DAF80" w14:textId="77777777" w:rsidR="00156693" w:rsidRDefault="00156693">
            <w:pPr>
              <w:spacing w:after="0" w:line="240" w:lineRule="auto"/>
              <w:ind w:left="-20"/>
              <w:jc w:val="center"/>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8F2CBBE" w14:textId="77777777" w:rsidR="00156693" w:rsidRDefault="00000000">
            <w:pPr>
              <w:spacing w:after="0" w:line="240" w:lineRule="auto"/>
              <w:ind w:left="-20"/>
              <w:jc w:val="center"/>
              <w:rPr>
                <w:sz w:val="20"/>
                <w:szCs w:val="20"/>
              </w:rPr>
            </w:pPr>
            <w:r>
              <w:rPr>
                <w:sz w:val="20"/>
                <w:szCs w:val="20"/>
              </w:rPr>
              <w:t>100</w:t>
            </w:r>
          </w:p>
        </w:tc>
      </w:tr>
      <w:tr w:rsidR="00156693" w14:paraId="1AC0B869" w14:textId="77777777">
        <w:trPr>
          <w:trHeight w:val="35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79AD46C" w14:textId="77777777" w:rsidR="00156693" w:rsidRDefault="00000000">
            <w:pPr>
              <w:spacing w:after="40" w:line="240" w:lineRule="auto"/>
              <w:ind w:left="-20"/>
              <w:rPr>
                <w:sz w:val="20"/>
                <w:szCs w:val="20"/>
              </w:rPr>
            </w:pPr>
            <w:r>
              <w:rPr>
                <w:b/>
                <w:bCs/>
                <w:sz w:val="20"/>
                <w:szCs w:val="20"/>
              </w:rPr>
              <w:t xml:space="preserve">Rezultat anticipat 1.3.3. </w:t>
            </w:r>
            <w:r>
              <w:rPr>
                <w:sz w:val="20"/>
                <w:szCs w:val="20"/>
              </w:rPr>
              <w:t>Modalitatea de salarizare, încadrare ocupațională și retenție a lucrătorilor de tineret este analizată, iar propunerile fundamentate sunt examinate</w:t>
            </w:r>
          </w:p>
          <w:p w14:paraId="49D4092D" w14:textId="77777777" w:rsidR="00156693" w:rsidRDefault="00156693">
            <w:pPr>
              <w:spacing w:after="0" w:line="240" w:lineRule="auto"/>
              <w:ind w:left="-20"/>
              <w:rPr>
                <w:sz w:val="20"/>
                <w:szCs w:val="20"/>
              </w:rPr>
            </w:pPr>
          </w:p>
          <w:p w14:paraId="6670EA4C" w14:textId="77777777" w:rsidR="00156693" w:rsidRDefault="00000000">
            <w:pPr>
              <w:spacing w:after="0" w:line="240" w:lineRule="auto"/>
              <w:ind w:left="-20"/>
              <w:rPr>
                <w:sz w:val="20"/>
                <w:szCs w:val="20"/>
              </w:rPr>
            </w:pPr>
            <w:r>
              <w:rPr>
                <w:b/>
                <w:bCs/>
                <w:sz w:val="20"/>
                <w:szCs w:val="20"/>
              </w:rPr>
              <w:t xml:space="preserve">Indicator de rezultat. </w:t>
            </w:r>
            <w:r>
              <w:rPr>
                <w:sz w:val="20"/>
                <w:szCs w:val="20"/>
              </w:rPr>
              <w:t>Propuneri fundamentate privind salarizarea, încadrarea și retenția examinate de autoritățile competente</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D9557B" w14:textId="77777777" w:rsidR="00156693" w:rsidRDefault="00000000">
            <w:pPr>
              <w:spacing w:after="0" w:line="240" w:lineRule="auto"/>
              <w:ind w:left="-20"/>
              <w:rPr>
                <w:sz w:val="20"/>
                <w:szCs w:val="20"/>
              </w:rPr>
            </w:pPr>
            <w:r>
              <w:rPr>
                <w:sz w:val="20"/>
                <w:szCs w:val="20"/>
              </w:rPr>
              <w:t>1.3.3.1. Analizarea aplicării salarizării, a încadrării ocupaționale și a retenției personalului din sectorul de tineret și formularea propunerilor fundamentate juridic și financiar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0B10A6D" w14:textId="77777777" w:rsidR="00156693" w:rsidRDefault="00000000">
            <w:pPr>
              <w:spacing w:after="0" w:line="240" w:lineRule="auto"/>
              <w:ind w:left="-20"/>
              <w:rPr>
                <w:sz w:val="20"/>
                <w:szCs w:val="20"/>
              </w:rPr>
            </w:pPr>
            <w:r>
              <w:rPr>
                <w:sz w:val="20"/>
                <w:szCs w:val="20"/>
              </w:rPr>
              <w:t xml:space="preserve">Numărul de analize elaborate </w:t>
            </w:r>
          </w:p>
          <w:p w14:paraId="52E9E105" w14:textId="77777777" w:rsidR="00156693" w:rsidRDefault="00156693">
            <w:pPr>
              <w:spacing w:after="0" w:line="240" w:lineRule="auto"/>
              <w:ind w:left="-20"/>
              <w:rPr>
                <w:sz w:val="20"/>
                <w:szCs w:val="20"/>
              </w:rPr>
            </w:pPr>
          </w:p>
          <w:p w14:paraId="716A6C88" w14:textId="77777777" w:rsidR="00156693" w:rsidRDefault="00000000">
            <w:pPr>
              <w:spacing w:after="0" w:line="240" w:lineRule="auto"/>
              <w:ind w:left="-20"/>
              <w:rPr>
                <w:sz w:val="20"/>
                <w:szCs w:val="20"/>
              </w:rPr>
            </w:pPr>
            <w:r>
              <w:rPr>
                <w:sz w:val="20"/>
                <w:szCs w:val="20"/>
              </w:rPr>
              <w:t>Propuneri înaintate cu fundamentare și răspuns instituțional documentat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D296F1" w14:textId="77777777" w:rsidR="00156693" w:rsidRDefault="00000000">
            <w:pPr>
              <w:spacing w:after="0" w:line="240" w:lineRule="auto"/>
              <w:ind w:left="-20"/>
              <w:jc w:val="center"/>
              <w:rPr>
                <w:sz w:val="20"/>
                <w:szCs w:val="20"/>
              </w:rPr>
            </w:pPr>
            <w:r>
              <w:rPr>
                <w:sz w:val="20"/>
                <w:szCs w:val="20"/>
              </w:rPr>
              <w:t xml:space="preserve">Trim. IV, 2027 </w:t>
            </w:r>
          </w:p>
          <w:p w14:paraId="1BF56702" w14:textId="77777777" w:rsidR="00156693" w:rsidRDefault="00000000">
            <w:pPr>
              <w:spacing w:after="0" w:line="240" w:lineRule="auto"/>
              <w:ind w:left="-20"/>
              <w:jc w:val="center"/>
              <w:rPr>
                <w:sz w:val="20"/>
                <w:szCs w:val="20"/>
              </w:rPr>
            </w:pPr>
            <w:r>
              <w:rPr>
                <w:sz w:val="20"/>
                <w:szCs w:val="20"/>
              </w:rPr>
              <w:t>trim. IV, 2029</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7D67D5" w14:textId="77777777" w:rsidR="00156693" w:rsidRDefault="00000000">
            <w:pPr>
              <w:spacing w:after="40" w:line="240" w:lineRule="auto"/>
              <w:ind w:left="-20"/>
              <w:jc w:val="center"/>
              <w:rPr>
                <w:sz w:val="20"/>
                <w:szCs w:val="20"/>
              </w:rPr>
            </w:pPr>
            <w:r>
              <w:rPr>
                <w:sz w:val="20"/>
                <w:szCs w:val="20"/>
              </w:rPr>
              <w:t>Ministerul Educației și Cercetării</w:t>
            </w:r>
          </w:p>
          <w:p w14:paraId="56052162" w14:textId="77777777" w:rsidR="00156693" w:rsidRDefault="00000000">
            <w:pPr>
              <w:spacing w:after="0" w:line="240" w:lineRule="auto"/>
              <w:ind w:left="-20"/>
              <w:jc w:val="center"/>
              <w:rPr>
                <w:sz w:val="20"/>
                <w:szCs w:val="20"/>
              </w:rPr>
            </w:pPr>
            <w:r>
              <w:rPr>
                <w:sz w:val="20"/>
                <w:szCs w:val="20"/>
              </w:rPr>
              <w:t xml:space="preserve">Ministerul Finanțelor </w:t>
            </w:r>
          </w:p>
          <w:p w14:paraId="1DDE7FA0" w14:textId="77777777" w:rsidR="00156693" w:rsidRDefault="00000000">
            <w:pPr>
              <w:spacing w:after="0" w:line="240" w:lineRule="auto"/>
              <w:ind w:left="-20"/>
              <w:jc w:val="center"/>
              <w:rPr>
                <w:sz w:val="20"/>
                <w:szCs w:val="20"/>
              </w:rPr>
            </w:pPr>
            <w:r>
              <w:rPr>
                <w:sz w:val="20"/>
                <w:szCs w:val="20"/>
              </w:rPr>
              <w:t xml:space="preserve">Ministerul Muncii și Protecției Sociale </w:t>
            </w:r>
          </w:p>
          <w:p w14:paraId="7BD2DA7D" w14:textId="77777777" w:rsidR="00156693" w:rsidRDefault="00000000">
            <w:pPr>
              <w:spacing w:after="0" w:line="240" w:lineRule="auto"/>
              <w:ind w:left="-20"/>
              <w:jc w:val="center"/>
              <w:rPr>
                <w:sz w:val="20"/>
                <w:szCs w:val="20"/>
              </w:rPr>
            </w:pPr>
            <w:r>
              <w:rPr>
                <w:sz w:val="20"/>
                <w:szCs w:val="20"/>
              </w:rPr>
              <w:t xml:space="preserve">Agenția Națională Tineret </w:t>
            </w:r>
          </w:p>
          <w:p w14:paraId="6314E48B" w14:textId="77777777" w:rsidR="00156693" w:rsidRDefault="00000000">
            <w:pPr>
              <w:spacing w:after="0" w:line="240" w:lineRule="auto"/>
              <w:ind w:left="-20"/>
              <w:jc w:val="center"/>
              <w:rPr>
                <w:sz w:val="20"/>
                <w:szCs w:val="20"/>
              </w:rPr>
            </w:pPr>
            <w:r>
              <w:rPr>
                <w:sz w:val="20"/>
                <w:szCs w:val="20"/>
              </w:rPr>
              <w:t>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90A182" w14:textId="77777777" w:rsidR="00156693" w:rsidRDefault="00000000">
            <w:pPr>
              <w:spacing w:after="0" w:line="240" w:lineRule="auto"/>
              <w:ind w:left="-20"/>
              <w:jc w:val="center"/>
              <w:rPr>
                <w:i/>
                <w:iCs/>
                <w:sz w:val="20"/>
                <w:szCs w:val="20"/>
              </w:rPr>
            </w:pPr>
            <w:r>
              <w:rPr>
                <w:i/>
                <w:iCs/>
                <w:sz w:val="20"/>
                <w:szCs w:val="20"/>
              </w:rPr>
              <w:t xml:space="preserve">23,0 </w:t>
            </w:r>
          </w:p>
          <w:p w14:paraId="4E90B91D" w14:textId="77777777" w:rsidR="00156693" w:rsidRDefault="00000000">
            <w:pPr>
              <w:spacing w:after="0" w:line="240" w:lineRule="auto"/>
              <w:ind w:left="-20"/>
              <w:jc w:val="center"/>
              <w:rPr>
                <w:i/>
                <w:iCs/>
                <w:sz w:val="20"/>
                <w:szCs w:val="20"/>
              </w:rPr>
            </w:pPr>
            <w:r>
              <w:rPr>
                <w:i/>
                <w:iCs/>
                <w:sz w:val="20"/>
                <w:szCs w:val="20"/>
              </w:rPr>
              <w:t>2027;2029</w:t>
            </w:r>
          </w:p>
          <w:p w14:paraId="211A72EA"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B74BA2"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DD4A6A"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7C7FB3"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3BE2E6"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7C6879" w14:textId="77777777" w:rsidR="00156693" w:rsidRDefault="00000000">
            <w:pPr>
              <w:spacing w:after="0" w:line="240" w:lineRule="auto"/>
              <w:ind w:left="-20"/>
              <w:jc w:val="center"/>
              <w:rPr>
                <w:sz w:val="20"/>
                <w:szCs w:val="20"/>
              </w:rPr>
            </w:pPr>
            <w:r>
              <w:rPr>
                <w:sz w:val="20"/>
                <w:szCs w:val="20"/>
              </w:rPr>
              <w:t>-</w:t>
            </w:r>
          </w:p>
        </w:tc>
      </w:tr>
      <w:tr w:rsidR="00156693" w14:paraId="5100430E"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E6F4E70"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F2104AA" w14:textId="77777777" w:rsidR="00156693" w:rsidRDefault="00000000">
            <w:pPr>
              <w:spacing w:after="0" w:line="240" w:lineRule="auto"/>
              <w:ind w:left="-20"/>
              <w:rPr>
                <w:sz w:val="20"/>
                <w:szCs w:val="20"/>
              </w:rPr>
            </w:pPr>
            <w:r>
              <w:rPr>
                <w:sz w:val="20"/>
                <w:szCs w:val="20"/>
              </w:rPr>
              <w:t>1.3.3.2. Dezvoltarea și implementarea programului de suport pentru calificarea și recalificarea lucrătorilor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0BCCFD6" w14:textId="77777777" w:rsidR="00156693" w:rsidRDefault="00000000">
            <w:pPr>
              <w:spacing w:after="0" w:line="240" w:lineRule="auto"/>
              <w:ind w:left="-20"/>
              <w:rPr>
                <w:sz w:val="20"/>
                <w:szCs w:val="20"/>
              </w:rPr>
            </w:pPr>
            <w:r>
              <w:rPr>
                <w:sz w:val="20"/>
                <w:szCs w:val="20"/>
              </w:rPr>
              <w:t>Numărul lucrătorilor de tineret care beneficiază de program</w:t>
            </w:r>
          </w:p>
          <w:p w14:paraId="167E3C08" w14:textId="77777777" w:rsidR="00156693" w:rsidRDefault="00156693">
            <w:pPr>
              <w:spacing w:after="0" w:line="240" w:lineRule="auto"/>
              <w:ind w:left="-20"/>
              <w:rPr>
                <w:sz w:val="20"/>
                <w:szCs w:val="20"/>
              </w:rPr>
            </w:pPr>
          </w:p>
          <w:p w14:paraId="03D1B8FB" w14:textId="77777777" w:rsidR="00156693" w:rsidRDefault="00156693">
            <w:pPr>
              <w:spacing w:after="0" w:line="240" w:lineRule="auto"/>
              <w:ind w:left="-20"/>
              <w:rPr>
                <w:sz w:val="20"/>
                <w:szCs w:val="20"/>
              </w:rPr>
            </w:pPr>
          </w:p>
          <w:p w14:paraId="1FB21FE5" w14:textId="77777777" w:rsidR="00156693" w:rsidRDefault="00000000">
            <w:pPr>
              <w:spacing w:after="0" w:line="240" w:lineRule="auto"/>
              <w:ind w:left="-20"/>
              <w:rPr>
                <w:sz w:val="20"/>
                <w:szCs w:val="20"/>
              </w:rPr>
            </w:pPr>
            <w:r>
              <w:rPr>
                <w:sz w:val="20"/>
                <w:szCs w:val="20"/>
              </w:rPr>
              <w:t>Program desfășurat anual după confirmarea resurselor</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7E5C33" w14:textId="77777777" w:rsidR="00156693" w:rsidRDefault="00000000">
            <w:pPr>
              <w:spacing w:after="0" w:line="240" w:lineRule="auto"/>
              <w:ind w:left="-20"/>
              <w:jc w:val="center"/>
              <w:rPr>
                <w:sz w:val="20"/>
                <w:szCs w:val="20"/>
              </w:rPr>
            </w:pPr>
            <w:r>
              <w:rPr>
                <w:sz w:val="20"/>
                <w:szCs w:val="20"/>
              </w:rPr>
              <w:t xml:space="preserve">Trim. IV, 2027 </w:t>
            </w:r>
          </w:p>
          <w:p w14:paraId="7DA3D95B" w14:textId="77777777" w:rsidR="00156693" w:rsidRDefault="00000000">
            <w:pPr>
              <w:spacing w:after="0" w:line="240" w:lineRule="auto"/>
              <w:ind w:left="-20"/>
              <w:jc w:val="center"/>
              <w:rPr>
                <w:sz w:val="20"/>
                <w:szCs w:val="20"/>
              </w:rPr>
            </w:pPr>
            <w:r>
              <w:rPr>
                <w:sz w:val="20"/>
                <w:szCs w:val="20"/>
              </w:rPr>
              <w:t xml:space="preserve">2028–2030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D6672E" w14:textId="77777777" w:rsidR="00156693" w:rsidRDefault="00000000">
            <w:pPr>
              <w:spacing w:after="40" w:line="240" w:lineRule="auto"/>
              <w:ind w:left="-20"/>
              <w:jc w:val="center"/>
              <w:rPr>
                <w:sz w:val="20"/>
                <w:szCs w:val="20"/>
              </w:rPr>
            </w:pPr>
            <w:r>
              <w:rPr>
                <w:sz w:val="20"/>
                <w:szCs w:val="20"/>
              </w:rPr>
              <w:t>Ministerul Educației și Cercetării</w:t>
            </w:r>
          </w:p>
          <w:p w14:paraId="69411192" w14:textId="77777777" w:rsidR="00156693" w:rsidRDefault="00000000">
            <w:pPr>
              <w:spacing w:after="0" w:line="240" w:lineRule="auto"/>
              <w:ind w:left="-20"/>
              <w:jc w:val="center"/>
              <w:rPr>
                <w:sz w:val="20"/>
                <w:szCs w:val="20"/>
              </w:rPr>
            </w:pPr>
            <w:r>
              <w:rPr>
                <w:sz w:val="20"/>
                <w:szCs w:val="20"/>
              </w:rPr>
              <w:t xml:space="preserve">Ministerul Finanțelor </w:t>
            </w:r>
          </w:p>
          <w:p w14:paraId="004C0148" w14:textId="77777777" w:rsidR="00156693" w:rsidRDefault="00000000">
            <w:pPr>
              <w:spacing w:after="0" w:line="240" w:lineRule="auto"/>
              <w:ind w:left="-20"/>
              <w:jc w:val="center"/>
              <w:rPr>
                <w:sz w:val="20"/>
                <w:szCs w:val="20"/>
              </w:rPr>
            </w:pPr>
            <w:r>
              <w:rPr>
                <w:sz w:val="20"/>
                <w:szCs w:val="20"/>
              </w:rPr>
              <w:t xml:space="preserve">Agenția Națională Tineret </w:t>
            </w:r>
          </w:p>
          <w:p w14:paraId="7ED9E891"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8BBF279" w14:textId="77777777" w:rsidR="00156693" w:rsidRDefault="00000000">
            <w:pPr>
              <w:spacing w:after="0" w:line="240" w:lineRule="auto"/>
              <w:ind w:left="-20"/>
              <w:jc w:val="center"/>
              <w:rPr>
                <w:i/>
                <w:iCs/>
                <w:sz w:val="20"/>
                <w:szCs w:val="20"/>
              </w:rPr>
            </w:pPr>
            <w:r>
              <w:rPr>
                <w:i/>
                <w:iCs/>
                <w:sz w:val="20"/>
                <w:szCs w:val="20"/>
              </w:rPr>
              <w:t>80,0 - 2028</w:t>
            </w:r>
          </w:p>
          <w:p w14:paraId="2D51CE1F" w14:textId="77777777" w:rsidR="00156693" w:rsidRDefault="00000000">
            <w:pPr>
              <w:spacing w:after="0" w:line="240" w:lineRule="auto"/>
              <w:ind w:left="-20"/>
              <w:jc w:val="center"/>
              <w:rPr>
                <w:i/>
                <w:iCs/>
                <w:sz w:val="20"/>
                <w:szCs w:val="20"/>
              </w:rPr>
            </w:pPr>
            <w:r>
              <w:rPr>
                <w:i/>
                <w:iCs/>
                <w:sz w:val="20"/>
                <w:szCs w:val="20"/>
              </w:rPr>
              <w:t>140,0 - 2029</w:t>
            </w:r>
          </w:p>
          <w:p w14:paraId="365D3DA6" w14:textId="77777777" w:rsidR="00156693" w:rsidRDefault="00000000">
            <w:pPr>
              <w:spacing w:after="0" w:line="240" w:lineRule="auto"/>
              <w:ind w:left="-20"/>
              <w:jc w:val="center"/>
              <w:rPr>
                <w:i/>
                <w:iCs/>
                <w:sz w:val="20"/>
                <w:szCs w:val="20"/>
              </w:rPr>
            </w:pPr>
            <w:r>
              <w:rPr>
                <w:i/>
                <w:iCs/>
                <w:sz w:val="20"/>
                <w:szCs w:val="20"/>
              </w:rPr>
              <w:t>160,0 - 2030</w:t>
            </w:r>
          </w:p>
          <w:p w14:paraId="3212E099" w14:textId="77777777" w:rsidR="00156693" w:rsidRDefault="00156693">
            <w:pPr>
              <w:spacing w:after="0" w:line="240" w:lineRule="auto"/>
              <w:ind w:left="-20"/>
              <w:rPr>
                <w:i/>
                <w:iCs/>
                <w:sz w:val="20"/>
                <w:szCs w:val="20"/>
              </w:rPr>
            </w:pPr>
          </w:p>
          <w:p w14:paraId="193F1883"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9C25A5"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5CEC6F"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E7085C" w14:textId="77777777" w:rsidR="00156693" w:rsidRDefault="00000000">
            <w:pPr>
              <w:spacing w:after="0" w:line="240" w:lineRule="auto"/>
              <w:ind w:left="-20"/>
              <w:jc w:val="center"/>
              <w:rPr>
                <w:sz w:val="20"/>
                <w:szCs w:val="20"/>
              </w:rPr>
            </w:pPr>
            <w:r>
              <w:rPr>
                <w:sz w:val="20"/>
                <w:szCs w:val="20"/>
              </w:rPr>
              <w:t>20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2388771" w14:textId="77777777" w:rsidR="00156693" w:rsidRDefault="00000000">
            <w:pPr>
              <w:spacing w:after="0" w:line="240" w:lineRule="auto"/>
              <w:ind w:left="-20"/>
              <w:jc w:val="center"/>
              <w:rPr>
                <w:sz w:val="20"/>
                <w:szCs w:val="20"/>
              </w:rPr>
            </w:pPr>
            <w:r>
              <w:rPr>
                <w:sz w:val="20"/>
                <w:szCs w:val="20"/>
              </w:rPr>
              <w:t>35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B0C19C" w14:textId="77777777" w:rsidR="00156693" w:rsidRDefault="00000000">
            <w:pPr>
              <w:spacing w:after="0" w:line="240" w:lineRule="auto"/>
              <w:ind w:left="-20"/>
              <w:jc w:val="center"/>
              <w:rPr>
                <w:sz w:val="20"/>
                <w:szCs w:val="20"/>
              </w:rPr>
            </w:pPr>
            <w:r>
              <w:rPr>
                <w:sz w:val="20"/>
                <w:szCs w:val="20"/>
              </w:rPr>
              <w:t>40</w:t>
            </w:r>
          </w:p>
        </w:tc>
      </w:tr>
      <w:tr w:rsidR="00156693" w14:paraId="705B0D93"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E8E8E8"/>
            <w:tcMar>
              <w:top w:w="40" w:type="dxa"/>
              <w:left w:w="60" w:type="dxa"/>
              <w:bottom w:w="40" w:type="dxa"/>
              <w:right w:w="60" w:type="dxa"/>
            </w:tcMar>
          </w:tcPr>
          <w:p w14:paraId="12195192" w14:textId="77777777" w:rsidR="00156693" w:rsidRDefault="00000000">
            <w:pPr>
              <w:spacing w:after="0" w:line="240" w:lineRule="auto"/>
              <w:ind w:left="-20"/>
              <w:jc w:val="both"/>
              <w:rPr>
                <w:b/>
                <w:bCs/>
                <w:sz w:val="20"/>
                <w:szCs w:val="20"/>
              </w:rPr>
            </w:pPr>
            <w:r>
              <w:rPr>
                <w:b/>
                <w:bCs/>
                <w:sz w:val="20"/>
                <w:szCs w:val="20"/>
              </w:rPr>
              <w:t>Obiectivul general 2. Creșterea nivelului de participare și implicare civică prin programe de instruire, capacitare și împuternicire a tinerilor</w:t>
            </w:r>
          </w:p>
        </w:tc>
      </w:tr>
      <w:tr w:rsidR="00156693" w14:paraId="4D2BC9FC" w14:textId="77777777">
        <w:trPr>
          <w:trHeight w:val="540"/>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7024C1CD" w14:textId="77777777" w:rsidR="00156693" w:rsidRDefault="00000000">
            <w:pPr>
              <w:spacing w:after="0" w:line="240" w:lineRule="auto"/>
              <w:ind w:left="-20"/>
              <w:jc w:val="both"/>
              <w:rPr>
                <w:b/>
                <w:bCs/>
                <w:sz w:val="20"/>
                <w:szCs w:val="20"/>
              </w:rPr>
            </w:pPr>
            <w:r>
              <w:rPr>
                <w:b/>
                <w:bCs/>
                <w:sz w:val="20"/>
                <w:szCs w:val="20"/>
              </w:rPr>
              <w:lastRenderedPageBreak/>
              <w:t>Obiectivul specific 2.1. Consolidarea structurilor de reprezentare și a mecanismelor de participare, pentru a atinge, până în anul 2030, ponderea de 85% de autoritățile locale care implică tinerii în procesele decizionale</w:t>
            </w:r>
          </w:p>
        </w:tc>
      </w:tr>
      <w:tr w:rsidR="00156693" w14:paraId="3C44FA92" w14:textId="77777777">
        <w:trPr>
          <w:trHeight w:val="3075"/>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3F0B3C5" w14:textId="77777777" w:rsidR="00156693" w:rsidRDefault="00000000">
            <w:pPr>
              <w:spacing w:after="40" w:line="240" w:lineRule="auto"/>
              <w:ind w:left="-20"/>
              <w:rPr>
                <w:sz w:val="20"/>
                <w:szCs w:val="20"/>
              </w:rPr>
            </w:pPr>
            <w:r>
              <w:rPr>
                <w:b/>
                <w:bCs/>
                <w:i/>
                <w:iCs/>
                <w:sz w:val="20"/>
                <w:szCs w:val="20"/>
              </w:rPr>
              <w:t>Rezultat anticipat</w:t>
            </w:r>
            <w:r>
              <w:rPr>
                <w:sz w:val="20"/>
                <w:szCs w:val="20"/>
              </w:rPr>
              <w:t xml:space="preserve"> 2.1.1. Autoritățile creează și mențin structuri de dialog structurat cu tinerii </w:t>
            </w:r>
          </w:p>
          <w:p w14:paraId="642D63A2" w14:textId="77777777" w:rsidR="00156693" w:rsidRDefault="00000000">
            <w:pPr>
              <w:spacing w:after="0" w:line="240" w:lineRule="auto"/>
              <w:ind w:left="-20"/>
              <w:rPr>
                <w:sz w:val="20"/>
                <w:szCs w:val="20"/>
                <w:highlight w:val="green"/>
              </w:rPr>
            </w:pPr>
            <w:r>
              <w:rPr>
                <w:b/>
                <w:bCs/>
                <w:i/>
                <w:iCs/>
                <w:sz w:val="20"/>
                <w:szCs w:val="20"/>
              </w:rPr>
              <w:t xml:space="preserve">Indicator de rezultat: </w:t>
            </w:r>
            <w:r>
              <w:rPr>
                <w:sz w:val="20"/>
                <w:szCs w:val="20"/>
              </w:rPr>
              <w:t>Numărul autorităților locale de nivel 1 și 2 care au instituite mecanisme de dialog structurat cu tinerii</w:t>
            </w:r>
          </w:p>
          <w:p w14:paraId="3C541A3D" w14:textId="77777777" w:rsidR="00156693" w:rsidRDefault="00000000">
            <w:pPr>
              <w:spacing w:after="0" w:line="240" w:lineRule="auto"/>
              <w:ind w:left="-20"/>
              <w:rPr>
                <w:sz w:val="20"/>
                <w:szCs w:val="20"/>
              </w:rPr>
            </w:pPr>
            <w:r>
              <w:rPr>
                <w:sz w:val="20"/>
                <w:szCs w:val="20"/>
              </w:rPr>
              <w:t xml:space="preserve"> </w:t>
            </w:r>
          </w:p>
          <w:p w14:paraId="017F6E94"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C1E422" w14:textId="77777777" w:rsidR="00156693" w:rsidRDefault="00000000">
            <w:pPr>
              <w:spacing w:after="0" w:line="240" w:lineRule="auto"/>
              <w:ind w:left="-20"/>
              <w:rPr>
                <w:sz w:val="20"/>
                <w:szCs w:val="20"/>
              </w:rPr>
            </w:pPr>
            <w:r>
              <w:rPr>
                <w:sz w:val="20"/>
                <w:szCs w:val="20"/>
              </w:rPr>
              <w:t xml:space="preserve">2.1.1.1. Evaluarea impactului potențial al aderării la UE asupra cadrului instituțional și sectorului de tineret, în vederea asigurării predictibilității dezvoltării sectorului și a structurilor instituționalizate de tineret.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959A0F3" w14:textId="77777777" w:rsidR="00156693" w:rsidRDefault="00000000">
            <w:pPr>
              <w:spacing w:after="0" w:line="240" w:lineRule="auto"/>
              <w:ind w:left="-20"/>
              <w:rPr>
                <w:sz w:val="20"/>
                <w:szCs w:val="20"/>
              </w:rPr>
            </w:pPr>
            <w:r>
              <w:rPr>
                <w:sz w:val="20"/>
                <w:szCs w:val="20"/>
              </w:rPr>
              <w:t>Studiu realizat și validat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80833F" w14:textId="77777777" w:rsidR="00156693" w:rsidRDefault="00000000">
            <w:pPr>
              <w:spacing w:after="0" w:line="240" w:lineRule="auto"/>
              <w:ind w:left="-20"/>
              <w:rPr>
                <w:sz w:val="20"/>
                <w:szCs w:val="20"/>
              </w:rPr>
            </w:pPr>
            <w:r>
              <w:rPr>
                <w:sz w:val="20"/>
                <w:szCs w:val="20"/>
              </w:rPr>
              <w:t>Trim. II, 2028.</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37FEF3" w14:textId="77777777" w:rsidR="00156693" w:rsidRDefault="00000000">
            <w:pPr>
              <w:spacing w:after="40" w:line="240" w:lineRule="auto"/>
              <w:ind w:left="-20"/>
              <w:jc w:val="center"/>
              <w:rPr>
                <w:sz w:val="20"/>
                <w:szCs w:val="20"/>
              </w:rPr>
            </w:pPr>
            <w:r>
              <w:rPr>
                <w:sz w:val="20"/>
                <w:szCs w:val="20"/>
              </w:rPr>
              <w:t>Ministerul Educației și Cercetării</w:t>
            </w:r>
          </w:p>
          <w:p w14:paraId="363C7BE2" w14:textId="77777777" w:rsidR="00156693" w:rsidRDefault="00156693">
            <w:pPr>
              <w:spacing w:after="0" w:line="240" w:lineRule="auto"/>
              <w:ind w:left="-20"/>
              <w:jc w:val="center"/>
              <w:rPr>
                <w:sz w:val="20"/>
                <w:szCs w:val="20"/>
              </w:rPr>
            </w:pPr>
          </w:p>
          <w:p w14:paraId="49694B24" w14:textId="77777777" w:rsidR="00156693" w:rsidRDefault="00000000">
            <w:pPr>
              <w:spacing w:after="0" w:line="240" w:lineRule="auto"/>
              <w:ind w:left="-20"/>
              <w:jc w:val="center"/>
              <w:rPr>
                <w:sz w:val="20"/>
                <w:szCs w:val="20"/>
              </w:rPr>
            </w:pPr>
            <w:r>
              <w:rPr>
                <w:sz w:val="20"/>
                <w:szCs w:val="20"/>
              </w:rPr>
              <w:t>Consiliul Național al Tineretului din Moldova</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748D33" w14:textId="77777777" w:rsidR="00156693" w:rsidRDefault="00000000">
            <w:pPr>
              <w:spacing w:after="40" w:line="240" w:lineRule="auto"/>
              <w:ind w:left="-20"/>
              <w:jc w:val="center"/>
              <w:rPr>
                <w:sz w:val="20"/>
                <w:szCs w:val="20"/>
              </w:rPr>
            </w:pPr>
            <w:r>
              <w:rPr>
                <w:sz w:val="20"/>
                <w:szCs w:val="20"/>
              </w:rPr>
              <w:t>128,0</w:t>
            </w:r>
          </w:p>
          <w:p w14:paraId="7D59D7A8" w14:textId="77777777" w:rsidR="00156693" w:rsidRDefault="00000000">
            <w:pPr>
              <w:spacing w:after="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B34B14"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B5432A1"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2727C5"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2DB63E" w14:textId="77777777" w:rsidR="00156693" w:rsidRDefault="00000000">
            <w:pPr>
              <w:spacing w:after="0" w:line="240" w:lineRule="auto"/>
              <w:ind w:left="-20"/>
              <w:jc w:val="center"/>
              <w:rPr>
                <w:sz w:val="20"/>
                <w:szCs w:val="20"/>
              </w:rPr>
            </w:pPr>
            <w:r>
              <w:rPr>
                <w:sz w:val="20"/>
                <w:szCs w:val="20"/>
              </w:rPr>
              <w:t>-</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1B51DCD" w14:textId="77777777" w:rsidR="00156693" w:rsidRDefault="00000000">
            <w:pPr>
              <w:spacing w:after="0" w:line="240" w:lineRule="auto"/>
              <w:ind w:left="-20"/>
              <w:jc w:val="center"/>
              <w:rPr>
                <w:sz w:val="20"/>
                <w:szCs w:val="20"/>
              </w:rPr>
            </w:pPr>
            <w:r>
              <w:rPr>
                <w:sz w:val="20"/>
                <w:szCs w:val="20"/>
              </w:rPr>
              <w:t>-</w:t>
            </w:r>
          </w:p>
        </w:tc>
      </w:tr>
      <w:tr w:rsidR="00156693" w14:paraId="328FB1FF" w14:textId="77777777">
        <w:trPr>
          <w:trHeight w:val="286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D4D7640"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BE4C77" w14:textId="77777777" w:rsidR="00156693" w:rsidRDefault="00000000">
            <w:pPr>
              <w:spacing w:after="0" w:line="240" w:lineRule="auto"/>
              <w:ind w:left="-20"/>
              <w:rPr>
                <w:sz w:val="20"/>
                <w:szCs w:val="20"/>
              </w:rPr>
            </w:pPr>
            <w:r>
              <w:rPr>
                <w:sz w:val="20"/>
                <w:szCs w:val="20"/>
              </w:rPr>
              <w:t>2.1.1.2. Evaluarea aplicării cadrului existent cu privire la comisiile pentru politici de tineret, ajustarea activității comisiilor în contextul reformei administrativ-teritoriale (pilotarea modelului de dialog structurat UE)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885B8E" w14:textId="77777777" w:rsidR="00156693" w:rsidRDefault="00000000">
            <w:pPr>
              <w:spacing w:after="0" w:line="240" w:lineRule="auto"/>
              <w:ind w:left="-20"/>
              <w:rPr>
                <w:sz w:val="20"/>
                <w:szCs w:val="20"/>
              </w:rPr>
            </w:pPr>
            <w:r>
              <w:rPr>
                <w:sz w:val="20"/>
                <w:szCs w:val="20"/>
              </w:rPr>
              <w:t xml:space="preserve">Criterii de funcționalitate aprobate </w:t>
            </w:r>
          </w:p>
          <w:p w14:paraId="642D26C2" w14:textId="77777777" w:rsidR="00156693" w:rsidRDefault="00156693">
            <w:pPr>
              <w:spacing w:after="0" w:line="240" w:lineRule="auto"/>
              <w:ind w:left="-20"/>
              <w:rPr>
                <w:sz w:val="20"/>
                <w:szCs w:val="20"/>
              </w:rPr>
            </w:pPr>
          </w:p>
          <w:p w14:paraId="3334C7F4" w14:textId="77777777" w:rsidR="00156693" w:rsidRDefault="00000000">
            <w:pPr>
              <w:spacing w:after="0" w:line="240" w:lineRule="auto"/>
              <w:ind w:left="-20"/>
              <w:rPr>
                <w:sz w:val="20"/>
                <w:szCs w:val="20"/>
              </w:rPr>
            </w:pPr>
            <w:r>
              <w:rPr>
                <w:sz w:val="20"/>
                <w:szCs w:val="20"/>
              </w:rPr>
              <w:t>Minimum 5 structuri pilot la nivel de APL I</w:t>
            </w:r>
          </w:p>
          <w:p w14:paraId="0AE7AF90" w14:textId="77777777" w:rsidR="00156693" w:rsidRDefault="00156693">
            <w:pPr>
              <w:spacing w:after="0" w:line="240" w:lineRule="auto"/>
              <w:ind w:left="-20"/>
              <w:rPr>
                <w:sz w:val="20"/>
                <w:szCs w:val="20"/>
              </w:rPr>
            </w:pPr>
          </w:p>
          <w:p w14:paraId="7546EB92" w14:textId="77777777" w:rsidR="00156693" w:rsidRDefault="00000000">
            <w:pPr>
              <w:spacing w:after="0" w:line="240" w:lineRule="auto"/>
              <w:ind w:left="-20"/>
              <w:rPr>
                <w:sz w:val="20"/>
                <w:szCs w:val="20"/>
              </w:rPr>
            </w:pPr>
            <w:r>
              <w:rPr>
                <w:sz w:val="20"/>
                <w:szCs w:val="20"/>
              </w:rPr>
              <w:t>Raport de evaluare;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C82C16" w14:textId="77777777" w:rsidR="00156693" w:rsidRDefault="00000000">
            <w:pPr>
              <w:spacing w:after="0" w:line="240" w:lineRule="auto"/>
              <w:ind w:left="-20"/>
              <w:rPr>
                <w:sz w:val="20"/>
                <w:szCs w:val="20"/>
              </w:rPr>
            </w:pPr>
            <w:r>
              <w:rPr>
                <w:sz w:val="20"/>
                <w:szCs w:val="20"/>
              </w:rPr>
              <w:t xml:space="preserve">Trim. IV, 2027–2028 – pilotare; </w:t>
            </w:r>
          </w:p>
          <w:p w14:paraId="66501F22" w14:textId="77777777" w:rsidR="00156693" w:rsidRDefault="00156693">
            <w:pPr>
              <w:spacing w:after="0" w:line="240" w:lineRule="auto"/>
              <w:ind w:left="-20"/>
              <w:rPr>
                <w:sz w:val="20"/>
                <w:szCs w:val="20"/>
              </w:rPr>
            </w:pPr>
          </w:p>
          <w:p w14:paraId="2AC73EB5" w14:textId="77777777" w:rsidR="00156693" w:rsidRDefault="00000000">
            <w:pPr>
              <w:spacing w:after="0" w:line="240" w:lineRule="auto"/>
              <w:ind w:left="-20"/>
              <w:rPr>
                <w:sz w:val="20"/>
                <w:szCs w:val="20"/>
              </w:rPr>
            </w:pPr>
            <w:r>
              <w:rPr>
                <w:sz w:val="20"/>
                <w:szCs w:val="20"/>
              </w:rPr>
              <w:t>anual, 2029–2030 – urmărire</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BD7A0D" w14:textId="77777777" w:rsidR="00156693" w:rsidRDefault="00000000">
            <w:pPr>
              <w:spacing w:after="40" w:line="240" w:lineRule="auto"/>
              <w:ind w:left="-20"/>
              <w:rPr>
                <w:sz w:val="20"/>
                <w:szCs w:val="20"/>
              </w:rPr>
            </w:pPr>
            <w:r>
              <w:rPr>
                <w:sz w:val="20"/>
                <w:szCs w:val="20"/>
              </w:rPr>
              <w:t>Ministerul Educației și Cercetării;</w:t>
            </w:r>
          </w:p>
          <w:p w14:paraId="58000576" w14:textId="77777777" w:rsidR="00156693" w:rsidRDefault="00000000">
            <w:pPr>
              <w:spacing w:after="0" w:line="240" w:lineRule="auto"/>
              <w:ind w:left="-20"/>
              <w:rPr>
                <w:sz w:val="20"/>
                <w:szCs w:val="20"/>
              </w:rPr>
            </w:pPr>
            <w:r>
              <w:rPr>
                <w:sz w:val="20"/>
                <w:szCs w:val="20"/>
              </w:rPr>
              <w:t xml:space="preserve">Agenția Națională Tineret; </w:t>
            </w:r>
          </w:p>
          <w:p w14:paraId="13DE5750" w14:textId="77777777" w:rsidR="00156693" w:rsidRDefault="00000000">
            <w:pPr>
              <w:spacing w:after="0" w:line="240" w:lineRule="auto"/>
              <w:ind w:left="-20"/>
              <w:rPr>
                <w:sz w:val="20"/>
                <w:szCs w:val="20"/>
              </w:rPr>
            </w:pPr>
            <w:r>
              <w:rPr>
                <w:sz w:val="20"/>
                <w:szCs w:val="20"/>
              </w:rPr>
              <w:t xml:space="preserve">Autorități publice locale;  </w:t>
            </w:r>
          </w:p>
          <w:p w14:paraId="53C84A90" w14:textId="77777777" w:rsidR="00156693" w:rsidRDefault="00000000">
            <w:pPr>
              <w:spacing w:after="0" w:line="240" w:lineRule="auto"/>
              <w:ind w:left="-20"/>
              <w:rPr>
                <w:sz w:val="20"/>
                <w:szCs w:val="20"/>
              </w:rPr>
            </w:pPr>
            <w:r>
              <w:rPr>
                <w:sz w:val="20"/>
                <w:szCs w:val="20"/>
              </w:rPr>
              <w:t xml:space="preserve">Organizații ale societății </w:t>
            </w:r>
          </w:p>
          <w:p w14:paraId="45E1607C" w14:textId="77777777" w:rsidR="00156693" w:rsidRDefault="00000000">
            <w:pPr>
              <w:spacing w:after="0" w:line="240" w:lineRule="auto"/>
              <w:ind w:left="-20"/>
              <w:rPr>
                <w:sz w:val="20"/>
                <w:szCs w:val="20"/>
              </w:rPr>
            </w:pPr>
            <w:r>
              <w:rPr>
                <w:sz w:val="20"/>
                <w:szCs w:val="20"/>
              </w:rPr>
              <w:t>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23F5DA5" w14:textId="77777777" w:rsidR="00156693" w:rsidRDefault="00000000">
            <w:pPr>
              <w:spacing w:after="40" w:line="240" w:lineRule="auto"/>
              <w:ind w:left="-20"/>
              <w:jc w:val="center"/>
              <w:rPr>
                <w:i/>
                <w:iCs/>
                <w:sz w:val="20"/>
                <w:szCs w:val="20"/>
              </w:rPr>
            </w:pPr>
            <w:r>
              <w:rPr>
                <w:i/>
                <w:iCs/>
                <w:sz w:val="20"/>
                <w:szCs w:val="20"/>
              </w:rPr>
              <w:t>75,0</w:t>
            </w:r>
          </w:p>
          <w:p w14:paraId="03F872AA" w14:textId="77777777" w:rsidR="00156693" w:rsidRDefault="00000000">
            <w:pPr>
              <w:spacing w:after="40" w:line="240" w:lineRule="auto"/>
              <w:ind w:left="-20"/>
              <w:jc w:val="center"/>
              <w:rPr>
                <w:i/>
                <w:iCs/>
                <w:sz w:val="20"/>
                <w:szCs w:val="20"/>
              </w:rPr>
            </w:pPr>
            <w:r>
              <w:rPr>
                <w:i/>
                <w:iCs/>
                <w:sz w:val="20"/>
                <w:szCs w:val="20"/>
              </w:rPr>
              <w:t>(anual)</w:t>
            </w:r>
          </w:p>
          <w:p w14:paraId="6D5390A3" w14:textId="77777777" w:rsidR="00156693" w:rsidRDefault="00000000">
            <w:pPr>
              <w:spacing w:after="40" w:line="240" w:lineRule="auto"/>
              <w:ind w:left="-20"/>
              <w:jc w:val="center"/>
              <w:rPr>
                <w:i/>
                <w:iCs/>
                <w:sz w:val="20"/>
                <w:szCs w:val="20"/>
              </w:rPr>
            </w:pPr>
            <w:r>
              <w:rPr>
                <w:i/>
                <w:iCs/>
                <w:sz w:val="20"/>
                <w:szCs w:val="20"/>
              </w:rPr>
              <w:t>2029-2030</w:t>
            </w:r>
          </w:p>
          <w:p w14:paraId="39E0B5DA"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AD30C0" w14:textId="77777777" w:rsidR="00156693" w:rsidRDefault="00000000">
            <w:pPr>
              <w:spacing w:after="0" w:line="240" w:lineRule="auto"/>
              <w:ind w:left="-20"/>
              <w:jc w:val="center"/>
              <w:rPr>
                <w:sz w:val="20"/>
                <w:szCs w:val="20"/>
              </w:rPr>
            </w:pPr>
            <w: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343DAC"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2EB624" w14:textId="77777777" w:rsidR="00156693" w:rsidRDefault="00000000">
            <w:pPr>
              <w:spacing w:after="0" w:line="240" w:lineRule="auto"/>
              <w:ind w:left="-20"/>
              <w:jc w:val="center"/>
              <w:rPr>
                <w:sz w:val="20"/>
                <w:szCs w:val="20"/>
              </w:rPr>
            </w:pPr>
            <w:r>
              <w:rPr>
                <w:sz w:val="20"/>
                <w:szCs w:val="20"/>
              </w:rPr>
              <w:t>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10E67EF" w14:textId="77777777" w:rsidR="00156693" w:rsidRDefault="00000000">
            <w:pPr>
              <w:spacing w:after="0" w:line="240" w:lineRule="auto"/>
              <w:ind w:left="-20"/>
              <w:jc w:val="center"/>
              <w:rPr>
                <w:sz w:val="20"/>
                <w:szCs w:val="20"/>
              </w:rPr>
            </w:pPr>
            <w:r>
              <w:rPr>
                <w:sz w:val="20"/>
                <w:szCs w:val="20"/>
              </w:rPr>
              <w:t>4</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B60208" w14:textId="77777777" w:rsidR="00156693" w:rsidRDefault="00000000">
            <w:pPr>
              <w:spacing w:after="0" w:line="240" w:lineRule="auto"/>
              <w:ind w:left="-20"/>
              <w:jc w:val="center"/>
              <w:rPr>
                <w:sz w:val="20"/>
                <w:szCs w:val="20"/>
              </w:rPr>
            </w:pPr>
            <w:r>
              <w:rPr>
                <w:sz w:val="20"/>
                <w:szCs w:val="20"/>
              </w:rPr>
              <w:t>5</w:t>
            </w:r>
          </w:p>
          <w:p w14:paraId="2178CE51" w14:textId="77777777" w:rsidR="00156693" w:rsidRDefault="00156693">
            <w:pPr>
              <w:spacing w:after="0" w:line="240" w:lineRule="auto"/>
              <w:ind w:left="-20"/>
              <w:jc w:val="center"/>
              <w:rPr>
                <w:sz w:val="20"/>
                <w:szCs w:val="20"/>
              </w:rPr>
            </w:pPr>
          </w:p>
        </w:tc>
      </w:tr>
      <w:tr w:rsidR="00156693" w14:paraId="350E834C" w14:textId="77777777">
        <w:trPr>
          <w:trHeight w:val="26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DAC62CC"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56F9CF" w14:textId="77777777" w:rsidR="00156693" w:rsidRDefault="00000000">
            <w:pPr>
              <w:spacing w:after="0" w:line="240" w:lineRule="auto"/>
              <w:ind w:left="-20"/>
              <w:rPr>
                <w:sz w:val="20"/>
                <w:szCs w:val="20"/>
              </w:rPr>
            </w:pPr>
            <w:r>
              <w:rPr>
                <w:sz w:val="20"/>
                <w:szCs w:val="20"/>
              </w:rPr>
              <w:t>2.1.1.3. Asigurarea funcționării mecanismelor consultative ale Ministerului Educației și Cercetării și Agenției Naționale pentru Tineret cu participare reprezentativă și urmărirea răspunsurilor instituțiilor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BA61E6" w14:textId="77777777" w:rsidR="00156693" w:rsidRDefault="00000000">
            <w:pPr>
              <w:spacing w:after="0" w:line="240" w:lineRule="auto"/>
              <w:ind w:left="-20"/>
              <w:rPr>
                <w:sz w:val="20"/>
                <w:szCs w:val="20"/>
              </w:rPr>
            </w:pPr>
            <w:r>
              <w:rPr>
                <w:sz w:val="20"/>
                <w:szCs w:val="20"/>
              </w:rPr>
              <w:t>Minimum 2 ședințe și 6 recomandări anual la nivelul ministerului;</w:t>
            </w:r>
          </w:p>
          <w:p w14:paraId="314A9D61" w14:textId="77777777" w:rsidR="00156693" w:rsidRDefault="00156693">
            <w:pPr>
              <w:spacing w:after="0" w:line="240" w:lineRule="auto"/>
              <w:ind w:left="-20"/>
              <w:rPr>
                <w:sz w:val="20"/>
                <w:szCs w:val="20"/>
              </w:rPr>
            </w:pPr>
          </w:p>
          <w:p w14:paraId="16847080" w14:textId="77777777" w:rsidR="00156693" w:rsidRDefault="00000000">
            <w:pPr>
              <w:spacing w:after="0" w:line="240" w:lineRule="auto"/>
              <w:ind w:left="-20"/>
              <w:rPr>
                <w:sz w:val="20"/>
                <w:szCs w:val="20"/>
              </w:rPr>
            </w:pPr>
            <w:r>
              <w:rPr>
                <w:sz w:val="20"/>
                <w:szCs w:val="20"/>
              </w:rPr>
              <w:t>2 ședințe și 6 recomandări anual la nivelul Agenției;</w:t>
            </w:r>
          </w:p>
          <w:p w14:paraId="71DCA54E" w14:textId="77777777" w:rsidR="00156693" w:rsidRDefault="00156693">
            <w:pPr>
              <w:spacing w:after="0" w:line="240" w:lineRule="auto"/>
              <w:ind w:left="-20"/>
              <w:rPr>
                <w:sz w:val="20"/>
                <w:szCs w:val="20"/>
              </w:rPr>
            </w:pPr>
          </w:p>
          <w:p w14:paraId="38BE9420" w14:textId="77777777" w:rsidR="00156693" w:rsidRDefault="00000000">
            <w:pPr>
              <w:spacing w:after="0" w:line="240" w:lineRule="auto"/>
              <w:ind w:left="-20"/>
              <w:rPr>
                <w:sz w:val="20"/>
                <w:szCs w:val="20"/>
              </w:rPr>
            </w:pPr>
            <w:r>
              <w:rPr>
                <w:sz w:val="20"/>
                <w:szCs w:val="20"/>
              </w:rPr>
              <w:t>100% recomandări urmărite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24573F5" w14:textId="77777777" w:rsidR="00156693" w:rsidRDefault="00000000">
            <w:pPr>
              <w:spacing w:after="0" w:line="240" w:lineRule="auto"/>
              <w:ind w:left="-20"/>
              <w:rPr>
                <w:sz w:val="20"/>
                <w:szCs w:val="20"/>
              </w:rPr>
            </w:pPr>
            <w:r>
              <w:rPr>
                <w:sz w:val="20"/>
                <w:szCs w:val="20"/>
              </w:rPr>
              <w:t xml:space="preserve">Trim. IV, anual, </w:t>
            </w:r>
          </w:p>
          <w:p w14:paraId="3D7E39CC" w14:textId="77777777" w:rsidR="00156693" w:rsidRDefault="00156693">
            <w:pPr>
              <w:spacing w:after="0" w:line="240" w:lineRule="auto"/>
              <w:ind w:left="-20"/>
              <w:rPr>
                <w:sz w:val="20"/>
                <w:szCs w:val="20"/>
              </w:rPr>
            </w:pPr>
          </w:p>
          <w:p w14:paraId="2E7C1F01" w14:textId="77777777" w:rsidR="00156693" w:rsidRDefault="00000000">
            <w:pPr>
              <w:spacing w:after="0" w:line="240" w:lineRule="auto"/>
              <w:ind w:left="-20"/>
              <w:rPr>
                <w:sz w:val="20"/>
                <w:szCs w:val="20"/>
              </w:rPr>
            </w:pPr>
            <w:r>
              <w:rPr>
                <w:sz w:val="20"/>
                <w:szCs w:val="20"/>
              </w:rPr>
              <w:t>2028–2030; sinteze semestriale</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ABE3650" w14:textId="77777777" w:rsidR="00156693" w:rsidRDefault="00000000">
            <w:pPr>
              <w:spacing w:after="40" w:line="240" w:lineRule="auto"/>
              <w:ind w:left="-20"/>
              <w:rPr>
                <w:sz w:val="20"/>
                <w:szCs w:val="20"/>
              </w:rPr>
            </w:pPr>
            <w:r>
              <w:rPr>
                <w:sz w:val="20"/>
                <w:szCs w:val="20"/>
              </w:rPr>
              <w:t>Ministerul Educației și Cercetării;</w:t>
            </w:r>
          </w:p>
          <w:p w14:paraId="1E3689CF" w14:textId="77777777" w:rsidR="00156693" w:rsidRDefault="00000000">
            <w:pPr>
              <w:spacing w:after="40" w:line="240" w:lineRule="auto"/>
              <w:ind w:left="-20"/>
              <w:rPr>
                <w:sz w:val="20"/>
                <w:szCs w:val="20"/>
              </w:rPr>
            </w:pPr>
            <w:r>
              <w:rPr>
                <w:sz w:val="20"/>
                <w:szCs w:val="20"/>
              </w:rPr>
              <w:t>Agenția Națională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518F82" w14:textId="77777777" w:rsidR="00156693" w:rsidRDefault="00000000">
            <w:pPr>
              <w:spacing w:after="40" w:line="240" w:lineRule="auto"/>
              <w:ind w:left="-20"/>
              <w:jc w:val="center"/>
              <w:rPr>
                <w:sz w:val="20"/>
                <w:szCs w:val="20"/>
              </w:rPr>
            </w:pPr>
            <w:r>
              <w:rPr>
                <w:sz w:val="20"/>
                <w:szCs w:val="20"/>
              </w:rPr>
              <w:t>50,0</w:t>
            </w:r>
          </w:p>
          <w:p w14:paraId="2CFB48BE" w14:textId="77777777" w:rsidR="00156693" w:rsidRDefault="00000000">
            <w:pPr>
              <w:spacing w:after="40" w:line="240" w:lineRule="auto"/>
              <w:ind w:left="-20"/>
              <w:jc w:val="center"/>
              <w:rPr>
                <w:sz w:val="20"/>
                <w:szCs w:val="20"/>
              </w:rPr>
            </w:pPr>
            <w:r>
              <w:rPr>
                <w:sz w:val="20"/>
                <w:szCs w:val="20"/>
              </w:rPr>
              <w:t xml:space="preserve">(anual) </w:t>
            </w:r>
          </w:p>
          <w:p w14:paraId="3F2264AF" w14:textId="77777777" w:rsidR="00156693" w:rsidRDefault="00000000">
            <w:pPr>
              <w:spacing w:after="40" w:line="240" w:lineRule="auto"/>
              <w:ind w:left="-20"/>
              <w:jc w:val="center"/>
              <w:rPr>
                <w:sz w:val="20"/>
                <w:szCs w:val="20"/>
              </w:rPr>
            </w:pPr>
            <w:r>
              <w:rPr>
                <w:sz w:val="20"/>
                <w:szCs w:val="20"/>
              </w:rPr>
              <w:t>2028-2030</w:t>
            </w:r>
          </w:p>
          <w:p w14:paraId="257D683D"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14BDC2"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1C08DE6" w14:textId="77777777" w:rsidR="00156693" w:rsidRDefault="00000000">
            <w:pPr>
              <w:spacing w:after="0" w:line="240" w:lineRule="auto"/>
              <w:ind w:left="-20"/>
              <w:jc w:val="center"/>
              <w:rPr>
                <w:sz w:val="20"/>
                <w:szCs w:val="20"/>
              </w:rPr>
            </w:pPr>
            <w:r>
              <w:rPr>
                <w:sz w:val="20"/>
                <w:szCs w:val="20"/>
              </w:rPr>
              <w:t>30%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1082E6"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7AA34D" w14:textId="77777777" w:rsidR="00156693" w:rsidRDefault="00000000">
            <w:pPr>
              <w:spacing w:after="0" w:line="240" w:lineRule="auto"/>
              <w:ind w:left="-20"/>
              <w:jc w:val="center"/>
              <w:rPr>
                <w:sz w:val="20"/>
                <w:szCs w:val="20"/>
              </w:rPr>
            </w:pPr>
            <w:r>
              <w:rPr>
                <w:sz w:val="20"/>
                <w:szCs w:val="20"/>
              </w:rPr>
              <w:t>80%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D76A1B" w14:textId="77777777" w:rsidR="00156693" w:rsidRDefault="00000000">
            <w:pPr>
              <w:spacing w:after="0" w:line="240" w:lineRule="auto"/>
              <w:ind w:left="-20"/>
              <w:jc w:val="center"/>
              <w:rPr>
                <w:sz w:val="20"/>
                <w:szCs w:val="20"/>
              </w:rPr>
            </w:pPr>
            <w:r>
              <w:rPr>
                <w:sz w:val="20"/>
                <w:szCs w:val="20"/>
              </w:rPr>
              <w:t>100%</w:t>
            </w:r>
          </w:p>
        </w:tc>
      </w:tr>
      <w:tr w:rsidR="00156693" w14:paraId="498D7AF1" w14:textId="77777777">
        <w:trPr>
          <w:trHeight w:val="241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8CFCD42"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021DDE" w14:textId="77777777" w:rsidR="00156693" w:rsidRDefault="00000000">
            <w:pPr>
              <w:spacing w:after="0" w:line="240" w:lineRule="auto"/>
              <w:ind w:left="-20"/>
              <w:rPr>
                <w:sz w:val="20"/>
                <w:szCs w:val="20"/>
              </w:rPr>
            </w:pPr>
            <w:r>
              <w:rPr>
                <w:sz w:val="20"/>
                <w:szCs w:val="20"/>
              </w:rPr>
              <w:t>2.1.1.4. Continuarea sprijinului pentru consiliile locale ale tinerilor, prin aplicarea reperelor existente, instruire, mentorat și cofinanțarea programelor consiliilor eligibile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408CAA" w14:textId="77777777" w:rsidR="00156693" w:rsidRDefault="00000000">
            <w:pPr>
              <w:spacing w:after="0" w:line="240" w:lineRule="auto"/>
              <w:ind w:left="-20"/>
              <w:rPr>
                <w:sz w:val="20"/>
                <w:szCs w:val="20"/>
              </w:rPr>
            </w:pPr>
            <w:r>
              <w:rPr>
                <w:sz w:val="20"/>
                <w:szCs w:val="20"/>
              </w:rPr>
              <w:t>Minimum 20 de consilii locale ale tinerilor asistate anual; autorități care îndeplinesc criteriile aprobate de funcționalitate și implicare a tinerilor, raportate anual</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612662" w14:textId="77777777" w:rsidR="00156693" w:rsidRDefault="00000000">
            <w:pPr>
              <w:spacing w:after="0" w:line="240" w:lineRule="auto"/>
              <w:ind w:left="-20"/>
              <w:rPr>
                <w:sz w:val="20"/>
                <w:szCs w:val="20"/>
              </w:rPr>
            </w:pPr>
            <w:r>
              <w:rPr>
                <w:sz w:val="20"/>
                <w:szCs w:val="20"/>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0A422A" w14:textId="77777777" w:rsidR="00156693" w:rsidRDefault="00000000">
            <w:pPr>
              <w:spacing w:after="40" w:line="240" w:lineRule="auto"/>
              <w:ind w:left="-20"/>
              <w:jc w:val="center"/>
              <w:rPr>
                <w:sz w:val="20"/>
                <w:szCs w:val="20"/>
              </w:rPr>
            </w:pPr>
            <w:r>
              <w:rPr>
                <w:sz w:val="20"/>
                <w:szCs w:val="20"/>
              </w:rPr>
              <w:t xml:space="preserve">Agenția Națională Tineret; </w:t>
            </w:r>
          </w:p>
          <w:p w14:paraId="18990074" w14:textId="77777777" w:rsidR="00156693" w:rsidRDefault="00156693">
            <w:pPr>
              <w:spacing w:after="40" w:line="240" w:lineRule="auto"/>
              <w:ind w:left="-20"/>
              <w:jc w:val="center"/>
              <w:rPr>
                <w:sz w:val="20"/>
                <w:szCs w:val="20"/>
              </w:rPr>
            </w:pPr>
          </w:p>
          <w:p w14:paraId="40B328A6" w14:textId="77777777" w:rsidR="00156693" w:rsidRDefault="00000000">
            <w:pPr>
              <w:spacing w:after="40" w:line="240" w:lineRule="auto"/>
              <w:ind w:left="-20"/>
              <w:jc w:val="center"/>
              <w:rPr>
                <w:sz w:val="20"/>
                <w:szCs w:val="20"/>
              </w:rPr>
            </w:pPr>
            <w:r>
              <w:rPr>
                <w:sz w:val="20"/>
                <w:szCs w:val="20"/>
              </w:rPr>
              <w:t>Autorități publice locale;</w:t>
            </w:r>
          </w:p>
          <w:p w14:paraId="342B3F39" w14:textId="77777777" w:rsidR="00156693" w:rsidRDefault="00156693">
            <w:pPr>
              <w:spacing w:after="0" w:line="240" w:lineRule="auto"/>
              <w:ind w:left="-20"/>
              <w:jc w:val="center"/>
              <w:rPr>
                <w:sz w:val="20"/>
                <w:szCs w:val="20"/>
              </w:rPr>
            </w:pPr>
          </w:p>
          <w:p w14:paraId="7A253C27"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0181AB31" w14:textId="77777777" w:rsidR="00156693" w:rsidRDefault="00000000">
            <w:pPr>
              <w:spacing w:after="0" w:line="240" w:lineRule="auto"/>
              <w:ind w:left="-20"/>
              <w:jc w:val="center"/>
              <w:rPr>
                <w:sz w:val="20"/>
                <w:szCs w:val="20"/>
              </w:rPr>
            </w:pPr>
            <w:r>
              <w:rPr>
                <w:sz w:val="20"/>
                <w:szCs w:val="20"/>
              </w:rPr>
              <w:t xml:space="preserve">consilii ale tinerilor;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6913690" w14:textId="77777777" w:rsidR="00156693" w:rsidRDefault="00000000">
            <w:pPr>
              <w:spacing w:after="40" w:line="240" w:lineRule="auto"/>
              <w:ind w:left="-20"/>
              <w:jc w:val="center"/>
              <w:rPr>
                <w:sz w:val="20"/>
                <w:szCs w:val="20"/>
              </w:rPr>
            </w:pPr>
            <w:r>
              <w:rPr>
                <w:sz w:val="20"/>
                <w:szCs w:val="20"/>
              </w:rPr>
              <w:t>200,0</w:t>
            </w:r>
          </w:p>
          <w:p w14:paraId="6BE72241" w14:textId="77777777" w:rsidR="00156693" w:rsidRDefault="00000000">
            <w:pPr>
              <w:spacing w:after="40" w:line="240" w:lineRule="auto"/>
              <w:ind w:left="-20"/>
              <w:jc w:val="center"/>
              <w:rPr>
                <w:sz w:val="20"/>
                <w:szCs w:val="20"/>
              </w:rPr>
            </w:pPr>
            <w:r>
              <w:rPr>
                <w:sz w:val="20"/>
                <w:szCs w:val="20"/>
              </w:rPr>
              <w:t>(anual)</w:t>
            </w:r>
          </w:p>
          <w:p w14:paraId="1D1A0B28" w14:textId="77777777" w:rsidR="00156693" w:rsidRDefault="00000000">
            <w:pPr>
              <w:spacing w:after="40" w:line="240" w:lineRule="auto"/>
              <w:ind w:left="-20"/>
              <w:jc w:val="center"/>
              <w:rPr>
                <w:sz w:val="20"/>
                <w:szCs w:val="20"/>
              </w:rPr>
            </w:pPr>
            <w:r>
              <w:rPr>
                <w:sz w:val="20"/>
                <w:szCs w:val="20"/>
              </w:rPr>
              <w:t>2028-2030</w:t>
            </w:r>
          </w:p>
          <w:p w14:paraId="0B2AB49B" w14:textId="77777777" w:rsidR="00156693" w:rsidRDefault="00000000">
            <w:pPr>
              <w:spacing w:after="0" w:line="240" w:lineRule="auto"/>
              <w:ind w:left="-20"/>
              <w:jc w:val="center"/>
              <w:rPr>
                <w:sz w:val="20"/>
                <w:szCs w:val="20"/>
              </w:rPr>
            </w:pPr>
            <w:r>
              <w:rPr>
                <w:sz w:val="20"/>
                <w:szCs w:val="20"/>
              </w:rPr>
              <w:t>BPN</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5F6532"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6B9DC32" w14:textId="77777777" w:rsidR="00156693" w:rsidRDefault="00000000">
            <w:pPr>
              <w:spacing w:after="0" w:line="240" w:lineRule="auto"/>
              <w:ind w:left="-20"/>
              <w:jc w:val="center"/>
              <w:rPr>
                <w:sz w:val="20"/>
                <w:szCs w:val="20"/>
              </w:rPr>
            </w:pPr>
            <w:r>
              <w:rPr>
                <w:sz w:val="20"/>
                <w:szCs w:val="20"/>
              </w:rPr>
              <w:t>20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414A61" w14:textId="77777777" w:rsidR="00156693" w:rsidRDefault="00000000">
            <w:pPr>
              <w:spacing w:after="0" w:line="240" w:lineRule="auto"/>
              <w:ind w:left="-20"/>
              <w:jc w:val="center"/>
              <w:rPr>
                <w:sz w:val="20"/>
                <w:szCs w:val="20"/>
              </w:rPr>
            </w:pPr>
            <w:r>
              <w:rPr>
                <w:sz w:val="20"/>
                <w:szCs w:val="20"/>
              </w:rPr>
              <w:t>20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CF0F6D" w14:textId="77777777" w:rsidR="00156693" w:rsidRDefault="00000000">
            <w:pPr>
              <w:spacing w:after="0" w:line="240" w:lineRule="auto"/>
              <w:ind w:left="-20"/>
              <w:jc w:val="center"/>
              <w:rPr>
                <w:sz w:val="20"/>
                <w:szCs w:val="20"/>
              </w:rPr>
            </w:pPr>
            <w:r>
              <w:rPr>
                <w:sz w:val="20"/>
                <w:szCs w:val="20"/>
              </w:rPr>
              <w:t>20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8FBE89" w14:textId="77777777" w:rsidR="00156693" w:rsidRDefault="00000000">
            <w:pPr>
              <w:spacing w:after="0" w:line="240" w:lineRule="auto"/>
              <w:ind w:left="-20"/>
              <w:jc w:val="center"/>
              <w:rPr>
                <w:sz w:val="20"/>
                <w:szCs w:val="20"/>
              </w:rPr>
            </w:pPr>
            <w:r>
              <w:rPr>
                <w:sz w:val="20"/>
                <w:szCs w:val="20"/>
              </w:rPr>
              <w:t>20</w:t>
            </w:r>
          </w:p>
        </w:tc>
      </w:tr>
      <w:tr w:rsidR="00156693" w14:paraId="7B27EA83" w14:textId="77777777">
        <w:trPr>
          <w:trHeight w:val="180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3B23C0D"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B6AA04" w14:textId="77777777" w:rsidR="00156693" w:rsidRDefault="00000000">
            <w:pPr>
              <w:spacing w:after="0" w:line="240" w:lineRule="auto"/>
              <w:ind w:left="-20"/>
              <w:rPr>
                <w:sz w:val="20"/>
                <w:szCs w:val="20"/>
              </w:rPr>
            </w:pPr>
            <w:r>
              <w:rPr>
                <w:sz w:val="20"/>
                <w:szCs w:val="20"/>
              </w:rPr>
              <w:t>2.1.1.5. Suport pentru APL I în crearea și gestionare consiliilor locale, ca urmare a procesului de amalgamare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A55FDA" w14:textId="77777777" w:rsidR="00156693" w:rsidRDefault="00000000">
            <w:pPr>
              <w:spacing w:after="0" w:line="240" w:lineRule="auto"/>
              <w:ind w:left="-20"/>
              <w:rPr>
                <w:sz w:val="20"/>
                <w:szCs w:val="20"/>
              </w:rPr>
            </w:pPr>
            <w:r>
              <w:rPr>
                <w:sz w:val="20"/>
                <w:szCs w:val="20"/>
              </w:rPr>
              <w:t xml:space="preserve">Minim 30 de localități de nivel I, subiecte a procesului de amalgamare, sunt susținute în activitatea cu consiliile locale de tineret, anual.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5B068A" w14:textId="77777777" w:rsidR="00156693" w:rsidRDefault="00000000">
            <w:pPr>
              <w:spacing w:after="0" w:line="240" w:lineRule="auto"/>
              <w:ind w:left="-20"/>
              <w:rPr>
                <w:sz w:val="20"/>
                <w:szCs w:val="20"/>
              </w:rPr>
            </w:pPr>
            <w:r>
              <w:rPr>
                <w:sz w:val="20"/>
                <w:szCs w:val="20"/>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169587" w14:textId="77777777" w:rsidR="00156693" w:rsidRDefault="00000000">
            <w:pPr>
              <w:spacing w:after="40" w:line="240" w:lineRule="auto"/>
              <w:ind w:left="-20"/>
              <w:jc w:val="center"/>
              <w:rPr>
                <w:sz w:val="20"/>
                <w:szCs w:val="20"/>
              </w:rPr>
            </w:pPr>
            <w:r>
              <w:rPr>
                <w:sz w:val="20"/>
                <w:szCs w:val="20"/>
              </w:rPr>
              <w:t xml:space="preserve">Agenția Națională Tineret; </w:t>
            </w:r>
          </w:p>
          <w:p w14:paraId="24733B21" w14:textId="77777777" w:rsidR="00156693" w:rsidRDefault="00156693">
            <w:pPr>
              <w:spacing w:after="40" w:line="240" w:lineRule="auto"/>
              <w:ind w:left="-20"/>
              <w:jc w:val="center"/>
              <w:rPr>
                <w:sz w:val="20"/>
                <w:szCs w:val="20"/>
              </w:rPr>
            </w:pPr>
          </w:p>
          <w:p w14:paraId="73B027B8" w14:textId="77777777" w:rsidR="00156693" w:rsidRDefault="00000000">
            <w:pPr>
              <w:spacing w:after="40" w:line="240" w:lineRule="auto"/>
              <w:ind w:left="-20"/>
              <w:jc w:val="center"/>
              <w:rPr>
                <w:sz w:val="20"/>
                <w:szCs w:val="20"/>
              </w:rPr>
            </w:pPr>
            <w:r>
              <w:rPr>
                <w:sz w:val="20"/>
                <w:szCs w:val="20"/>
              </w:rPr>
              <w:t>Autorități publice locale;</w:t>
            </w:r>
          </w:p>
          <w:p w14:paraId="47F0A9AA" w14:textId="77777777" w:rsidR="00156693" w:rsidRDefault="00156693">
            <w:pPr>
              <w:spacing w:after="0" w:line="240" w:lineRule="auto"/>
              <w:ind w:left="-20"/>
              <w:jc w:val="center"/>
              <w:rPr>
                <w:sz w:val="20"/>
                <w:szCs w:val="20"/>
              </w:rPr>
            </w:pPr>
          </w:p>
          <w:p w14:paraId="76A9C748"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6A4EFDE7" w14:textId="77777777" w:rsidR="00156693" w:rsidRDefault="00000000">
            <w:pPr>
              <w:spacing w:after="0" w:line="240" w:lineRule="auto"/>
              <w:ind w:left="-20"/>
              <w:jc w:val="center"/>
              <w:rPr>
                <w:sz w:val="20"/>
                <w:szCs w:val="20"/>
              </w:rPr>
            </w:pPr>
            <w:r>
              <w:rPr>
                <w:sz w:val="20"/>
                <w:szCs w:val="20"/>
              </w:rPr>
              <w:t xml:space="preserve">Consilii ale tinerilor;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6F84B8" w14:textId="77777777" w:rsidR="00156693" w:rsidRDefault="00000000">
            <w:pPr>
              <w:spacing w:after="40" w:line="240" w:lineRule="auto"/>
              <w:ind w:left="-20"/>
              <w:jc w:val="center"/>
              <w:rPr>
                <w:sz w:val="20"/>
                <w:szCs w:val="20"/>
              </w:rPr>
            </w:pPr>
            <w:r>
              <w:rPr>
                <w:sz w:val="20"/>
                <w:szCs w:val="20"/>
              </w:rPr>
              <w:t>200,0</w:t>
            </w:r>
          </w:p>
          <w:p w14:paraId="18438613" w14:textId="77777777" w:rsidR="00156693" w:rsidRDefault="00000000">
            <w:pPr>
              <w:spacing w:after="40" w:line="240" w:lineRule="auto"/>
              <w:ind w:left="-20"/>
              <w:jc w:val="center"/>
              <w:rPr>
                <w:sz w:val="20"/>
                <w:szCs w:val="20"/>
              </w:rPr>
            </w:pPr>
            <w:r>
              <w:rPr>
                <w:sz w:val="20"/>
                <w:szCs w:val="20"/>
              </w:rPr>
              <w:t>(anual)</w:t>
            </w:r>
          </w:p>
          <w:p w14:paraId="717B4ADC" w14:textId="77777777" w:rsidR="00156693" w:rsidRDefault="00000000">
            <w:pPr>
              <w:spacing w:after="40" w:line="240" w:lineRule="auto"/>
              <w:ind w:left="-20"/>
              <w:jc w:val="center"/>
              <w:rPr>
                <w:sz w:val="20"/>
                <w:szCs w:val="20"/>
              </w:rPr>
            </w:pPr>
            <w:r>
              <w:rPr>
                <w:sz w:val="20"/>
                <w:szCs w:val="20"/>
              </w:rPr>
              <w:t>BPN</w:t>
            </w:r>
          </w:p>
          <w:p w14:paraId="21F3D076" w14:textId="77777777" w:rsidR="00156693" w:rsidRDefault="00000000">
            <w:pPr>
              <w:spacing w:after="40" w:line="240" w:lineRule="auto"/>
              <w:ind w:left="-20"/>
              <w:jc w:val="center"/>
              <w:rPr>
                <w:sz w:val="20"/>
                <w:szCs w:val="20"/>
              </w:rPr>
            </w:pPr>
            <w:r>
              <w:rPr>
                <w:sz w:val="20"/>
                <w:szCs w:val="20"/>
              </w:rPr>
              <w:t>300,0</w:t>
            </w:r>
          </w:p>
          <w:p w14:paraId="21910022" w14:textId="77777777" w:rsidR="00156693" w:rsidRDefault="00000000">
            <w:pPr>
              <w:spacing w:after="40" w:line="240" w:lineRule="auto"/>
              <w:ind w:left="-20"/>
              <w:jc w:val="center"/>
              <w:rPr>
                <w:sz w:val="20"/>
                <w:szCs w:val="20"/>
              </w:rPr>
            </w:pPr>
            <w:r>
              <w:rPr>
                <w:sz w:val="20"/>
                <w:szCs w:val="20"/>
              </w:rPr>
              <w:t xml:space="preserve">(anual)  </w:t>
            </w:r>
          </w:p>
          <w:p w14:paraId="52BED3D8" w14:textId="77777777" w:rsidR="00156693" w:rsidRDefault="00000000">
            <w:pPr>
              <w:spacing w:after="40" w:line="240" w:lineRule="auto"/>
              <w:ind w:left="-20"/>
              <w:jc w:val="center"/>
              <w:rPr>
                <w:sz w:val="20"/>
                <w:szCs w:val="20"/>
              </w:rPr>
            </w:pPr>
            <w:r>
              <w:rPr>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D1E7D9"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B85CA0" w14:textId="77777777" w:rsidR="00156693" w:rsidRDefault="00000000">
            <w:pPr>
              <w:spacing w:after="0" w:line="240" w:lineRule="auto"/>
              <w:ind w:left="-20"/>
              <w:jc w:val="center"/>
              <w:rPr>
                <w:sz w:val="20"/>
                <w:szCs w:val="20"/>
              </w:rPr>
            </w:pPr>
            <w:r>
              <w:rPr>
                <w:sz w:val="20"/>
                <w:szCs w:val="20"/>
              </w:rPr>
              <w:t>30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C65C70"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D50755" w14:textId="77777777" w:rsidR="00156693" w:rsidRDefault="00000000">
            <w:pPr>
              <w:spacing w:after="0" w:line="240" w:lineRule="auto"/>
              <w:ind w:left="-20"/>
              <w:jc w:val="center"/>
              <w:rPr>
                <w:sz w:val="20"/>
                <w:szCs w:val="20"/>
              </w:rPr>
            </w:pPr>
            <w:r>
              <w:rPr>
                <w:sz w:val="20"/>
                <w:szCs w:val="20"/>
              </w:rPr>
              <w:t>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872F22" w14:textId="77777777" w:rsidR="00156693" w:rsidRDefault="00000000">
            <w:pPr>
              <w:spacing w:after="0" w:line="240" w:lineRule="auto"/>
              <w:ind w:left="-20"/>
              <w:jc w:val="center"/>
              <w:rPr>
                <w:sz w:val="20"/>
                <w:szCs w:val="20"/>
              </w:rPr>
            </w:pPr>
            <w:r>
              <w:rPr>
                <w:sz w:val="20"/>
                <w:szCs w:val="20"/>
              </w:rPr>
              <w:t>30</w:t>
            </w:r>
          </w:p>
        </w:tc>
      </w:tr>
      <w:tr w:rsidR="00156693" w14:paraId="3C98F730" w14:textId="77777777">
        <w:trPr>
          <w:trHeight w:val="283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55CA883"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B98C6C" w14:textId="77777777" w:rsidR="00156693" w:rsidRDefault="00000000">
            <w:pPr>
              <w:spacing w:after="0" w:line="240" w:lineRule="auto"/>
              <w:ind w:left="-20"/>
              <w:rPr>
                <w:sz w:val="20"/>
                <w:szCs w:val="20"/>
                <w:highlight w:val="white"/>
              </w:rPr>
            </w:pPr>
            <w:r>
              <w:rPr>
                <w:sz w:val="20"/>
                <w:szCs w:val="20"/>
                <w:highlight w:val="white"/>
              </w:rPr>
              <w:t>2.1.1.6. Crearea și susținerea procesului de dialog structurat dintre autorități și tineri în contextul reformei APL II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4CD51C" w14:textId="77777777" w:rsidR="00156693" w:rsidRDefault="00000000">
            <w:pPr>
              <w:spacing w:after="0" w:line="240" w:lineRule="auto"/>
              <w:ind w:left="-20"/>
              <w:rPr>
                <w:sz w:val="20"/>
                <w:szCs w:val="20"/>
                <w:highlight w:val="white"/>
              </w:rPr>
            </w:pPr>
            <w:r>
              <w:rPr>
                <w:sz w:val="20"/>
                <w:szCs w:val="20"/>
                <w:highlight w:val="white"/>
              </w:rPr>
              <w:t>Studiu cu privire implementarea dialogului structurat în Moldova este elaborat</w:t>
            </w:r>
            <w:r>
              <w:rPr>
                <w:sz w:val="20"/>
                <w:szCs w:val="20"/>
                <w:highlight w:val="white"/>
              </w:rPr>
              <w:br/>
              <w:t xml:space="preserve">Grupurile de dialog structurat sunt create, instituționalizate și lucrative cu cel puțin 2 sesiuni de dialog anual la nivel de autorități locale și municipii.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198971F" w14:textId="77777777" w:rsidR="00156693" w:rsidRDefault="00000000">
            <w:pPr>
              <w:spacing w:after="0" w:line="240" w:lineRule="auto"/>
              <w:ind w:left="-20"/>
              <w:rPr>
                <w:sz w:val="20"/>
                <w:szCs w:val="20"/>
              </w:rPr>
            </w:pPr>
            <w:r>
              <w:rPr>
                <w:sz w:val="20"/>
                <w:szCs w:val="20"/>
              </w:rPr>
              <w:t>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EA5529" w14:textId="77777777" w:rsidR="00156693" w:rsidRDefault="00000000">
            <w:pPr>
              <w:spacing w:after="40" w:line="240" w:lineRule="auto"/>
              <w:ind w:left="-20"/>
              <w:jc w:val="center"/>
              <w:rPr>
                <w:sz w:val="20"/>
                <w:szCs w:val="20"/>
              </w:rPr>
            </w:pPr>
            <w:r>
              <w:rPr>
                <w:sz w:val="20"/>
                <w:szCs w:val="20"/>
              </w:rPr>
              <w:t>Ministerul Educației și Cercetării;</w:t>
            </w:r>
          </w:p>
          <w:p w14:paraId="59D1B1A7" w14:textId="77777777" w:rsidR="00156693" w:rsidRDefault="00156693">
            <w:pPr>
              <w:spacing w:after="40" w:line="240" w:lineRule="auto"/>
              <w:ind w:left="-20"/>
              <w:jc w:val="center"/>
              <w:rPr>
                <w:sz w:val="20"/>
                <w:szCs w:val="20"/>
              </w:rPr>
            </w:pPr>
          </w:p>
          <w:p w14:paraId="5C993081" w14:textId="77777777" w:rsidR="00156693" w:rsidRDefault="00000000">
            <w:pPr>
              <w:spacing w:after="40" w:line="240" w:lineRule="auto"/>
              <w:ind w:left="-20"/>
              <w:jc w:val="center"/>
              <w:rPr>
                <w:sz w:val="20"/>
                <w:szCs w:val="20"/>
              </w:rPr>
            </w:pPr>
            <w:r>
              <w:rPr>
                <w:sz w:val="20"/>
                <w:szCs w:val="20"/>
              </w:rPr>
              <w:t xml:space="preserve">Agenția Națională Tineret; </w:t>
            </w:r>
          </w:p>
          <w:p w14:paraId="7BE6A0B9" w14:textId="77777777" w:rsidR="00156693" w:rsidRDefault="00156693">
            <w:pPr>
              <w:spacing w:after="40" w:line="240" w:lineRule="auto"/>
              <w:ind w:left="-20"/>
              <w:jc w:val="center"/>
              <w:rPr>
                <w:sz w:val="20"/>
                <w:szCs w:val="20"/>
              </w:rPr>
            </w:pPr>
          </w:p>
          <w:p w14:paraId="59B0CD92" w14:textId="77777777" w:rsidR="00156693" w:rsidRDefault="00000000">
            <w:pPr>
              <w:spacing w:after="40" w:line="240" w:lineRule="auto"/>
              <w:ind w:left="-20"/>
              <w:jc w:val="center"/>
              <w:rPr>
                <w:sz w:val="20"/>
                <w:szCs w:val="20"/>
              </w:rPr>
            </w:pPr>
            <w:r>
              <w:rPr>
                <w:sz w:val="20"/>
                <w:szCs w:val="20"/>
              </w:rPr>
              <w:t>Autoritățile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CB3752" w14:textId="77777777" w:rsidR="00156693" w:rsidRDefault="00000000">
            <w:pPr>
              <w:spacing w:after="40" w:line="240" w:lineRule="auto"/>
              <w:ind w:left="-20"/>
              <w:jc w:val="center"/>
              <w:rPr>
                <w:sz w:val="20"/>
                <w:szCs w:val="20"/>
              </w:rPr>
            </w:pPr>
            <w:r>
              <w:rPr>
                <w:sz w:val="20"/>
                <w:szCs w:val="20"/>
              </w:rPr>
              <w:t>72,0</w:t>
            </w:r>
          </w:p>
          <w:p w14:paraId="05164A77" w14:textId="77777777" w:rsidR="00156693" w:rsidRDefault="00000000">
            <w:pPr>
              <w:spacing w:after="40" w:line="240" w:lineRule="auto"/>
              <w:ind w:left="-20"/>
              <w:jc w:val="center"/>
              <w:rPr>
                <w:sz w:val="20"/>
                <w:szCs w:val="20"/>
              </w:rPr>
            </w:pPr>
            <w:r>
              <w:rPr>
                <w:sz w:val="20"/>
                <w:szCs w:val="20"/>
              </w:rPr>
              <w:t xml:space="preserve">(anual) </w:t>
            </w:r>
          </w:p>
          <w:p w14:paraId="43336C81" w14:textId="77777777" w:rsidR="00156693" w:rsidRDefault="00000000">
            <w:pPr>
              <w:spacing w:after="40" w:line="240" w:lineRule="auto"/>
              <w:ind w:left="-20"/>
              <w:jc w:val="center"/>
              <w:rPr>
                <w:sz w:val="20"/>
                <w:szCs w:val="20"/>
              </w:rPr>
            </w:pPr>
            <w:r>
              <w:rPr>
                <w:sz w:val="20"/>
                <w:szCs w:val="20"/>
              </w:rPr>
              <w:t>2028-2030</w:t>
            </w:r>
          </w:p>
          <w:p w14:paraId="26D67053" w14:textId="77777777" w:rsidR="00156693" w:rsidRDefault="00000000">
            <w:pPr>
              <w:spacing w:after="40" w:line="240" w:lineRule="auto"/>
              <w:ind w:left="-20"/>
              <w:jc w:val="center"/>
              <w:rPr>
                <w:sz w:val="20"/>
                <w:szCs w:val="20"/>
              </w:rPr>
            </w:pPr>
            <w:r>
              <w:rPr>
                <w:sz w:val="20"/>
                <w:szCs w:val="20"/>
              </w:rPr>
              <w:t>Surse externe</w:t>
            </w:r>
          </w:p>
          <w:p w14:paraId="0B9FE35E" w14:textId="77777777" w:rsidR="00156693" w:rsidRDefault="00156693">
            <w:pPr>
              <w:spacing w:after="40" w:line="240" w:lineRule="auto"/>
              <w:ind w:left="-20"/>
              <w:jc w:val="center"/>
              <w:rPr>
                <w:sz w:val="20"/>
                <w:szCs w:val="20"/>
              </w:rPr>
            </w:pP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E23E01"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717052"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EEF054"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8687C7"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13BF27" w14:textId="77777777" w:rsidR="00156693" w:rsidRDefault="00000000">
            <w:pPr>
              <w:spacing w:after="0" w:line="240" w:lineRule="auto"/>
              <w:ind w:left="-20"/>
              <w:jc w:val="center"/>
              <w:rPr>
                <w:sz w:val="20"/>
                <w:szCs w:val="20"/>
              </w:rPr>
            </w:pPr>
            <w:r>
              <w:rPr>
                <w:sz w:val="20"/>
                <w:szCs w:val="20"/>
              </w:rPr>
              <w:t>1</w:t>
            </w:r>
          </w:p>
        </w:tc>
      </w:tr>
      <w:tr w:rsidR="00156693" w14:paraId="2DA96AB9" w14:textId="77777777">
        <w:trPr>
          <w:trHeight w:val="2835"/>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34FB2DF" w14:textId="77777777" w:rsidR="00156693" w:rsidRDefault="00000000">
            <w:pPr>
              <w:spacing w:after="0" w:line="240" w:lineRule="auto"/>
              <w:ind w:left="-20"/>
              <w:rPr>
                <w:sz w:val="20"/>
                <w:szCs w:val="20"/>
              </w:rPr>
            </w:pPr>
            <w:r>
              <w:rPr>
                <w:b/>
                <w:bCs/>
                <w:i/>
                <w:iCs/>
                <w:sz w:val="20"/>
                <w:szCs w:val="20"/>
              </w:rPr>
              <w:t xml:space="preserve">Rezultat anticipat </w:t>
            </w:r>
            <w:r>
              <w:rPr>
                <w:sz w:val="20"/>
                <w:szCs w:val="20"/>
              </w:rPr>
              <w:t>2.1.2. Mai multe autorități publice locale și instituții implică tinerii și structurile de participare ale tinerilor în proces</w:t>
            </w:r>
          </w:p>
          <w:p w14:paraId="338DE4F6" w14:textId="77777777" w:rsidR="00156693" w:rsidRDefault="00000000">
            <w:pPr>
              <w:spacing w:after="40" w:line="240" w:lineRule="auto"/>
              <w:ind w:left="-20"/>
              <w:rPr>
                <w:sz w:val="20"/>
                <w:szCs w:val="20"/>
              </w:rPr>
            </w:pPr>
            <w:r>
              <w:rPr>
                <w:sz w:val="20"/>
                <w:szCs w:val="20"/>
              </w:rPr>
              <w:t>ele decizionale</w:t>
            </w:r>
          </w:p>
          <w:p w14:paraId="659583F0" w14:textId="77777777" w:rsidR="00156693" w:rsidRDefault="00156693">
            <w:pPr>
              <w:spacing w:after="40" w:line="240" w:lineRule="auto"/>
              <w:ind w:left="-20"/>
              <w:rPr>
                <w:sz w:val="20"/>
                <w:szCs w:val="20"/>
              </w:rPr>
            </w:pPr>
          </w:p>
          <w:p w14:paraId="33F36E79" w14:textId="77777777" w:rsidR="00156693" w:rsidRDefault="00000000">
            <w:pPr>
              <w:spacing w:after="0" w:line="240" w:lineRule="auto"/>
              <w:ind w:left="-20"/>
              <w:rPr>
                <w:sz w:val="20"/>
                <w:szCs w:val="20"/>
              </w:rPr>
            </w:pPr>
            <w:r>
              <w:rPr>
                <w:b/>
                <w:bCs/>
                <w:i/>
                <w:iCs/>
                <w:sz w:val="20"/>
                <w:szCs w:val="20"/>
              </w:rPr>
              <w:t xml:space="preserve">Indicator de rezultat: </w:t>
            </w:r>
            <w:r>
              <w:rPr>
                <w:sz w:val="20"/>
                <w:szCs w:val="20"/>
              </w:rPr>
              <w:t xml:space="preserve"> Ponderea autorităților care implică tinerii și structurile de tineret în procesele decizionale</w:t>
            </w:r>
          </w:p>
          <w:p w14:paraId="1CE1DB18" w14:textId="77777777" w:rsidR="00156693" w:rsidRDefault="00156693">
            <w:pPr>
              <w:spacing w:after="0" w:line="240" w:lineRule="auto"/>
              <w:ind w:left="-20"/>
              <w:rPr>
                <w:sz w:val="20"/>
                <w:szCs w:val="20"/>
              </w:rPr>
            </w:pPr>
          </w:p>
          <w:p w14:paraId="1F9EF7F8" w14:textId="77777777" w:rsidR="00156693" w:rsidRDefault="00000000">
            <w:pPr>
              <w:spacing w:after="0" w:line="240" w:lineRule="auto"/>
              <w:ind w:left="-20"/>
              <w:rPr>
                <w:sz w:val="20"/>
                <w:szCs w:val="20"/>
              </w:rPr>
            </w:pPr>
            <w:r>
              <w:rPr>
                <w:sz w:val="20"/>
                <w:szCs w:val="20"/>
              </w:rPr>
              <w:t>Ponderea instituțiilor de învățământ (de diferite nivele) care implică elevii și studenții în procesele decizionale</w:t>
            </w:r>
          </w:p>
          <w:p w14:paraId="309BAD2D" w14:textId="77777777" w:rsidR="00156693" w:rsidRDefault="00000000">
            <w:pPr>
              <w:spacing w:after="0" w:line="240" w:lineRule="auto"/>
              <w:ind w:left="-20"/>
              <w:rPr>
                <w:sz w:val="20"/>
                <w:szCs w:val="20"/>
              </w:rPr>
            </w:pPr>
            <w:r>
              <w:rPr>
                <w:sz w:val="20"/>
                <w:szCs w:val="20"/>
              </w:rPr>
              <w:t xml:space="preserve"> </w:t>
            </w:r>
          </w:p>
          <w:p w14:paraId="5F4F6725"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34E171" w14:textId="77777777" w:rsidR="00156693" w:rsidRDefault="00000000">
            <w:pPr>
              <w:spacing w:after="0" w:line="240" w:lineRule="auto"/>
              <w:ind w:left="-20"/>
              <w:rPr>
                <w:sz w:val="20"/>
                <w:szCs w:val="20"/>
              </w:rPr>
            </w:pPr>
            <w:r>
              <w:rPr>
                <w:sz w:val="20"/>
                <w:szCs w:val="20"/>
              </w:rPr>
              <w:t>2.1.2.1. Sprijin pentru autorități în aplicarea participării incluzive, prin ghiduri și instruire practică, cu consultări și răspunsuri motivate urmărite până la decizie.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B96E36" w14:textId="77777777" w:rsidR="00156693" w:rsidRDefault="00000000">
            <w:pPr>
              <w:spacing w:after="0" w:line="240" w:lineRule="auto"/>
              <w:ind w:left="-20"/>
              <w:rPr>
                <w:sz w:val="20"/>
                <w:szCs w:val="20"/>
              </w:rPr>
            </w:pPr>
            <w:r>
              <w:rPr>
                <w:sz w:val="20"/>
                <w:szCs w:val="20"/>
              </w:rPr>
              <w:t>Ponderea autorităților care implică tinerii și structurile de tineret în procesele decizionale la nivel de APL I, după procesul de amalgamare</w:t>
            </w:r>
          </w:p>
          <w:p w14:paraId="13C5F65F" w14:textId="77777777" w:rsidR="00156693" w:rsidRDefault="00156693">
            <w:pPr>
              <w:spacing w:after="0" w:line="240" w:lineRule="auto"/>
              <w:ind w:left="-20"/>
              <w:rPr>
                <w:sz w:val="20"/>
                <w:szCs w:val="20"/>
              </w:rPr>
            </w:pPr>
          </w:p>
          <w:p w14:paraId="2C894B97" w14:textId="77777777" w:rsidR="00156693" w:rsidRDefault="00000000">
            <w:pPr>
              <w:spacing w:after="0" w:line="240" w:lineRule="auto"/>
              <w:ind w:left="-20"/>
              <w:rPr>
                <w:sz w:val="20"/>
                <w:szCs w:val="20"/>
              </w:rPr>
            </w:pPr>
            <w:r>
              <w:rPr>
                <w:sz w:val="20"/>
                <w:szCs w:val="20"/>
              </w:rPr>
              <w:t>Raport de evaluare a participării tinerilor</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25B8B9"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2C5505" w14:textId="77777777" w:rsidR="00156693" w:rsidRDefault="00000000">
            <w:pPr>
              <w:spacing w:after="40" w:line="240" w:lineRule="auto"/>
              <w:ind w:left="-20"/>
              <w:jc w:val="center"/>
              <w:rPr>
                <w:sz w:val="20"/>
                <w:szCs w:val="20"/>
              </w:rPr>
            </w:pPr>
            <w:r>
              <w:rPr>
                <w:sz w:val="20"/>
                <w:szCs w:val="20"/>
              </w:rPr>
              <w:t>Ministerul Educației și Cercetării</w:t>
            </w:r>
          </w:p>
          <w:p w14:paraId="33C6630E" w14:textId="77777777" w:rsidR="00156693" w:rsidRDefault="00000000">
            <w:pPr>
              <w:spacing w:after="0" w:line="240" w:lineRule="auto"/>
              <w:ind w:left="-20"/>
              <w:jc w:val="center"/>
              <w:rPr>
                <w:sz w:val="20"/>
                <w:szCs w:val="20"/>
              </w:rPr>
            </w:pPr>
            <w:r>
              <w:rPr>
                <w:sz w:val="20"/>
                <w:szCs w:val="20"/>
              </w:rPr>
              <w:t xml:space="preserve">Agenția Națională Tineret; </w:t>
            </w:r>
          </w:p>
          <w:p w14:paraId="5CD2D970" w14:textId="77777777" w:rsidR="00156693" w:rsidRDefault="00156693">
            <w:pPr>
              <w:spacing w:after="0" w:line="240" w:lineRule="auto"/>
              <w:ind w:left="-20"/>
              <w:jc w:val="center"/>
              <w:rPr>
                <w:sz w:val="20"/>
                <w:szCs w:val="20"/>
              </w:rPr>
            </w:pPr>
          </w:p>
          <w:p w14:paraId="1FEC9739" w14:textId="77777777" w:rsidR="00156693" w:rsidRDefault="00000000">
            <w:pPr>
              <w:spacing w:after="0" w:line="240" w:lineRule="auto"/>
              <w:ind w:left="-20"/>
              <w:jc w:val="center"/>
              <w:rPr>
                <w:sz w:val="20"/>
                <w:szCs w:val="20"/>
              </w:rPr>
            </w:pPr>
            <w:r>
              <w:rPr>
                <w:sz w:val="20"/>
                <w:szCs w:val="20"/>
              </w:rPr>
              <w:t xml:space="preserve">autorități publice locale; </w:t>
            </w:r>
          </w:p>
          <w:p w14:paraId="52723102" w14:textId="77777777" w:rsidR="00156693" w:rsidRDefault="00156693">
            <w:pPr>
              <w:spacing w:after="0" w:line="240" w:lineRule="auto"/>
              <w:ind w:left="-20"/>
              <w:jc w:val="center"/>
              <w:rPr>
                <w:sz w:val="20"/>
                <w:szCs w:val="20"/>
              </w:rPr>
            </w:pPr>
          </w:p>
          <w:p w14:paraId="01CF08A0"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8A8F01" w14:textId="77777777" w:rsidR="00156693" w:rsidRDefault="00000000">
            <w:pPr>
              <w:spacing w:after="40" w:line="240" w:lineRule="auto"/>
              <w:ind w:left="-20"/>
              <w:jc w:val="center"/>
              <w:rPr>
                <w:sz w:val="20"/>
                <w:szCs w:val="20"/>
              </w:rPr>
            </w:pPr>
            <w:r>
              <w:rPr>
                <w:sz w:val="20"/>
                <w:szCs w:val="20"/>
              </w:rPr>
              <w:t>80,0</w:t>
            </w:r>
          </w:p>
          <w:p w14:paraId="249D1201" w14:textId="77777777" w:rsidR="00156693" w:rsidRDefault="00000000">
            <w:pPr>
              <w:spacing w:after="40" w:line="240" w:lineRule="auto"/>
              <w:ind w:left="-20"/>
              <w:jc w:val="center"/>
              <w:rPr>
                <w:sz w:val="20"/>
                <w:szCs w:val="20"/>
              </w:rPr>
            </w:pPr>
            <w:r>
              <w:rPr>
                <w:sz w:val="20"/>
                <w:szCs w:val="20"/>
              </w:rPr>
              <w:t xml:space="preserve">(anual) </w:t>
            </w:r>
          </w:p>
          <w:p w14:paraId="38C8657D" w14:textId="77777777" w:rsidR="00156693" w:rsidRDefault="00000000">
            <w:pPr>
              <w:spacing w:after="40" w:line="240" w:lineRule="auto"/>
              <w:ind w:left="-20"/>
              <w:jc w:val="center"/>
              <w:rPr>
                <w:sz w:val="20"/>
                <w:szCs w:val="20"/>
              </w:rPr>
            </w:pPr>
            <w:r>
              <w:rPr>
                <w:sz w:val="20"/>
                <w:szCs w:val="20"/>
              </w:rPr>
              <w:t>2027-2030</w:t>
            </w:r>
          </w:p>
          <w:p w14:paraId="7AEA3DEE"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756C548" w14:textId="77777777" w:rsidR="00156693" w:rsidRDefault="00000000">
            <w:pPr>
              <w:spacing w:after="0" w:line="240" w:lineRule="auto"/>
              <w:ind w:left="-20"/>
              <w:jc w:val="center"/>
              <w:rPr>
                <w:sz w:val="20"/>
                <w:szCs w:val="20"/>
                <w:highlight w:val="white"/>
              </w:rPr>
            </w:pPr>
            <w:r>
              <w:rPr>
                <w:sz w:val="20"/>
                <w:szCs w:val="20"/>
                <w:highlight w:val="white"/>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DB0B56" w14:textId="77777777" w:rsidR="00156693" w:rsidRDefault="00000000">
            <w:pPr>
              <w:spacing w:after="0" w:line="240" w:lineRule="auto"/>
              <w:ind w:left="-20"/>
              <w:jc w:val="center"/>
              <w:rPr>
                <w:sz w:val="20"/>
                <w:szCs w:val="20"/>
              </w:rPr>
            </w:pPr>
            <w:r>
              <w:rPr>
                <w:sz w:val="20"/>
                <w:szCs w:val="20"/>
              </w:rPr>
              <w:t>55%</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4EB437" w14:textId="77777777" w:rsidR="00156693" w:rsidRDefault="00000000">
            <w:pPr>
              <w:spacing w:after="0" w:line="240" w:lineRule="auto"/>
              <w:ind w:left="-20"/>
              <w:jc w:val="center"/>
              <w:rPr>
                <w:sz w:val="20"/>
                <w:szCs w:val="20"/>
              </w:rPr>
            </w:pPr>
            <w:r>
              <w:rPr>
                <w:sz w:val="20"/>
                <w:szCs w:val="20"/>
              </w:rPr>
              <w:t>65%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6470E2" w14:textId="77777777" w:rsidR="00156693" w:rsidRDefault="00000000">
            <w:pPr>
              <w:spacing w:after="0" w:line="240" w:lineRule="auto"/>
              <w:ind w:left="-20"/>
              <w:jc w:val="center"/>
              <w:rPr>
                <w:sz w:val="20"/>
                <w:szCs w:val="20"/>
              </w:rPr>
            </w:pPr>
            <w:r>
              <w:rPr>
                <w:sz w:val="20"/>
                <w:szCs w:val="20"/>
              </w:rPr>
              <w:t>75%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4B4BD7" w14:textId="77777777" w:rsidR="00156693" w:rsidRDefault="00000000">
            <w:pPr>
              <w:spacing w:after="0" w:line="240" w:lineRule="auto"/>
              <w:ind w:left="-20"/>
              <w:jc w:val="center"/>
              <w:rPr>
                <w:sz w:val="20"/>
                <w:szCs w:val="20"/>
              </w:rPr>
            </w:pPr>
            <w:r>
              <w:rPr>
                <w:sz w:val="20"/>
                <w:szCs w:val="20"/>
              </w:rPr>
              <w:t>85%</w:t>
            </w:r>
          </w:p>
        </w:tc>
      </w:tr>
      <w:tr w:rsidR="00156693" w14:paraId="17D21336" w14:textId="77777777">
        <w:trPr>
          <w:trHeight w:val="2904"/>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76FF919"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B40F44" w14:textId="77777777" w:rsidR="00156693" w:rsidRDefault="00000000">
            <w:pPr>
              <w:spacing w:after="40" w:line="240" w:lineRule="auto"/>
              <w:ind w:left="-20"/>
              <w:rPr>
                <w:sz w:val="20"/>
                <w:szCs w:val="20"/>
              </w:rPr>
            </w:pPr>
            <w:r>
              <w:rPr>
                <w:sz w:val="20"/>
                <w:szCs w:val="20"/>
              </w:rPr>
              <w:t>2.1.2.2. Extinderea asistenței pentru consiliile elevilor și pentru Consiliul Național al Elevilor, prin formarea membrilor și a cadrelor didactice coordonatoare, mentorat și sprijin pentru inițiative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BAA613" w14:textId="77777777" w:rsidR="00156693" w:rsidRDefault="00000000">
            <w:pPr>
              <w:spacing w:after="0" w:line="240" w:lineRule="auto"/>
              <w:ind w:left="-20"/>
              <w:rPr>
                <w:sz w:val="20"/>
                <w:szCs w:val="20"/>
                <w:highlight w:val="white"/>
              </w:rPr>
            </w:pPr>
            <w:r>
              <w:rPr>
                <w:sz w:val="20"/>
                <w:szCs w:val="20"/>
                <w:highlight w:val="white"/>
              </w:rPr>
              <w:t xml:space="preserve">Minimum 200 de consilii ale elevilor sprijinite anual, dintre care minimum 15 din învățământul profesional tehnic; </w:t>
            </w:r>
          </w:p>
          <w:p w14:paraId="36822934" w14:textId="77777777" w:rsidR="00156693" w:rsidRDefault="00156693">
            <w:pPr>
              <w:spacing w:after="0" w:line="240" w:lineRule="auto"/>
              <w:ind w:left="-20"/>
              <w:rPr>
                <w:sz w:val="20"/>
                <w:szCs w:val="20"/>
                <w:highlight w:val="white"/>
              </w:rPr>
            </w:pPr>
          </w:p>
          <w:p w14:paraId="3A7384EF" w14:textId="77777777" w:rsidR="00156693" w:rsidRDefault="00000000">
            <w:pPr>
              <w:spacing w:after="0" w:line="240" w:lineRule="auto"/>
              <w:ind w:left="-20"/>
              <w:rPr>
                <w:sz w:val="20"/>
                <w:szCs w:val="20"/>
                <w:highlight w:val="white"/>
              </w:rPr>
            </w:pPr>
            <w:r>
              <w:rPr>
                <w:sz w:val="20"/>
                <w:szCs w:val="20"/>
                <w:highlight w:val="white"/>
              </w:rPr>
              <w:t xml:space="preserve">minimum 100 de inițiative ale elevilor realizate anual;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BFA4E1"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2546B2" w14:textId="77777777" w:rsidR="00156693" w:rsidRDefault="00000000">
            <w:pPr>
              <w:spacing w:after="40" w:line="240" w:lineRule="auto"/>
              <w:ind w:left="-20"/>
              <w:jc w:val="center"/>
              <w:rPr>
                <w:sz w:val="20"/>
                <w:szCs w:val="20"/>
              </w:rPr>
            </w:pPr>
            <w:r>
              <w:rPr>
                <w:sz w:val="20"/>
                <w:szCs w:val="20"/>
              </w:rPr>
              <w:t xml:space="preserve">Agenția Națională Tineret; </w:t>
            </w:r>
          </w:p>
          <w:p w14:paraId="3415F75A" w14:textId="77777777" w:rsidR="00156693" w:rsidRDefault="00156693">
            <w:pPr>
              <w:spacing w:after="40" w:line="240" w:lineRule="auto"/>
              <w:ind w:left="-20"/>
              <w:jc w:val="center"/>
              <w:rPr>
                <w:sz w:val="20"/>
                <w:szCs w:val="20"/>
              </w:rPr>
            </w:pPr>
          </w:p>
          <w:p w14:paraId="49BF059F" w14:textId="77777777" w:rsidR="00156693" w:rsidRDefault="00000000">
            <w:pPr>
              <w:spacing w:after="40" w:line="240" w:lineRule="auto"/>
              <w:ind w:left="-20"/>
              <w:jc w:val="center"/>
              <w:rPr>
                <w:sz w:val="20"/>
                <w:szCs w:val="20"/>
              </w:rPr>
            </w:pPr>
            <w:r>
              <w:rPr>
                <w:sz w:val="20"/>
                <w:szCs w:val="20"/>
              </w:rPr>
              <w:t>Ministerul Educației și Cercetării</w:t>
            </w:r>
          </w:p>
          <w:p w14:paraId="40477B01" w14:textId="77777777" w:rsidR="00156693" w:rsidRDefault="00156693">
            <w:pPr>
              <w:spacing w:after="0" w:line="240" w:lineRule="auto"/>
              <w:ind w:left="-20"/>
              <w:jc w:val="center"/>
              <w:rPr>
                <w:sz w:val="20"/>
                <w:szCs w:val="20"/>
              </w:rPr>
            </w:pPr>
          </w:p>
          <w:p w14:paraId="1146B1D4" w14:textId="77777777" w:rsidR="00156693" w:rsidRDefault="00000000">
            <w:pPr>
              <w:spacing w:after="0" w:line="240" w:lineRule="auto"/>
              <w:ind w:left="-20"/>
              <w:jc w:val="center"/>
              <w:rPr>
                <w:sz w:val="20"/>
                <w:szCs w:val="20"/>
              </w:rPr>
            </w:pPr>
            <w:r>
              <w:rPr>
                <w:sz w:val="20"/>
                <w:szCs w:val="20"/>
              </w:rPr>
              <w:t xml:space="preserve">instituții de învățământ; </w:t>
            </w:r>
          </w:p>
          <w:p w14:paraId="6020CB09" w14:textId="77777777" w:rsidR="00156693" w:rsidRDefault="00000000">
            <w:pPr>
              <w:spacing w:after="0" w:line="240" w:lineRule="auto"/>
              <w:ind w:left="-20"/>
              <w:jc w:val="center"/>
              <w:rPr>
                <w:sz w:val="20"/>
                <w:szCs w:val="20"/>
              </w:rPr>
            </w:pPr>
            <w:r>
              <w:rPr>
                <w:sz w:val="20"/>
                <w:szCs w:val="20"/>
              </w:rPr>
              <w:t xml:space="preserve">consilii ale elevilor; </w:t>
            </w:r>
          </w:p>
          <w:p w14:paraId="6519FAE0" w14:textId="77777777" w:rsidR="00156693" w:rsidRDefault="00156693">
            <w:pPr>
              <w:spacing w:after="0" w:line="240" w:lineRule="auto"/>
              <w:ind w:left="-20"/>
              <w:jc w:val="center"/>
              <w:rPr>
                <w:sz w:val="20"/>
                <w:szCs w:val="20"/>
              </w:rPr>
            </w:pPr>
          </w:p>
          <w:p w14:paraId="30BA3EB7"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04B610" w14:textId="77777777" w:rsidR="00156693" w:rsidRDefault="00000000">
            <w:pPr>
              <w:spacing w:after="40" w:line="240" w:lineRule="auto"/>
              <w:ind w:left="-20"/>
              <w:jc w:val="center"/>
              <w:rPr>
                <w:sz w:val="20"/>
                <w:szCs w:val="20"/>
              </w:rPr>
            </w:pPr>
            <w:r>
              <w:rPr>
                <w:sz w:val="20"/>
                <w:szCs w:val="20"/>
              </w:rPr>
              <w:t>2 800,0 - 2027</w:t>
            </w:r>
          </w:p>
          <w:p w14:paraId="73C97DDE" w14:textId="77777777" w:rsidR="00156693" w:rsidRDefault="00000000">
            <w:pPr>
              <w:spacing w:after="40" w:line="240" w:lineRule="auto"/>
              <w:ind w:left="-20"/>
              <w:jc w:val="center"/>
              <w:rPr>
                <w:sz w:val="20"/>
                <w:szCs w:val="20"/>
              </w:rPr>
            </w:pPr>
            <w:r>
              <w:rPr>
                <w:sz w:val="20"/>
                <w:szCs w:val="20"/>
              </w:rPr>
              <w:t xml:space="preserve">3 000,0 - </w:t>
            </w:r>
          </w:p>
          <w:p w14:paraId="13EEA9CF" w14:textId="77777777" w:rsidR="00156693" w:rsidRDefault="00000000">
            <w:pPr>
              <w:spacing w:after="40" w:line="240" w:lineRule="auto"/>
              <w:ind w:left="-20"/>
              <w:jc w:val="center"/>
              <w:rPr>
                <w:sz w:val="20"/>
                <w:szCs w:val="20"/>
              </w:rPr>
            </w:pPr>
            <w:r>
              <w:rPr>
                <w:sz w:val="20"/>
                <w:szCs w:val="20"/>
              </w:rPr>
              <w:t>2028</w:t>
            </w:r>
          </w:p>
          <w:p w14:paraId="45F51CED" w14:textId="77777777" w:rsidR="00156693" w:rsidRDefault="00000000">
            <w:pPr>
              <w:spacing w:after="40" w:line="240" w:lineRule="auto"/>
              <w:ind w:left="-20"/>
              <w:jc w:val="center"/>
              <w:rPr>
                <w:sz w:val="20"/>
                <w:szCs w:val="20"/>
              </w:rPr>
            </w:pPr>
            <w:r>
              <w:rPr>
                <w:sz w:val="20"/>
                <w:szCs w:val="20"/>
              </w:rPr>
              <w:t xml:space="preserve">3 200,0 - 2029 </w:t>
            </w:r>
          </w:p>
          <w:p w14:paraId="676388D0" w14:textId="77777777" w:rsidR="00156693" w:rsidRDefault="00000000">
            <w:pPr>
              <w:spacing w:after="40" w:line="240" w:lineRule="auto"/>
              <w:ind w:left="-20"/>
              <w:jc w:val="center"/>
              <w:rPr>
                <w:sz w:val="20"/>
                <w:szCs w:val="20"/>
              </w:rPr>
            </w:pPr>
            <w:r>
              <w:rPr>
                <w:sz w:val="20"/>
                <w:szCs w:val="20"/>
              </w:rPr>
              <w:t>3 500,0 - 2030</w:t>
            </w:r>
          </w:p>
          <w:p w14:paraId="70846FCC" w14:textId="77777777" w:rsidR="00156693" w:rsidRDefault="00156693">
            <w:pPr>
              <w:spacing w:after="0" w:line="240" w:lineRule="auto"/>
              <w:ind w:left="-20"/>
              <w:jc w:val="center"/>
              <w:rPr>
                <w:i/>
                <w:iCs/>
                <w:sz w:val="20"/>
                <w:szCs w:val="20"/>
              </w:rPr>
            </w:pPr>
          </w:p>
          <w:p w14:paraId="23C1D5F4"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39BA65"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B09CD7" w14:textId="77777777" w:rsidR="00156693" w:rsidRDefault="00000000">
            <w:pPr>
              <w:spacing w:after="0" w:line="240" w:lineRule="auto"/>
              <w:ind w:left="-20"/>
              <w:jc w:val="center"/>
              <w:rPr>
                <w:sz w:val="20"/>
                <w:szCs w:val="20"/>
              </w:rPr>
            </w:pPr>
            <w:r>
              <w:rPr>
                <w:sz w:val="20"/>
                <w:szCs w:val="20"/>
              </w:rPr>
              <w:t>200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7DD060" w14:textId="77777777" w:rsidR="00156693" w:rsidRDefault="00000000">
            <w:pPr>
              <w:spacing w:after="0" w:line="240" w:lineRule="auto"/>
              <w:ind w:left="-20"/>
              <w:jc w:val="center"/>
              <w:rPr>
                <w:sz w:val="20"/>
                <w:szCs w:val="20"/>
              </w:rPr>
            </w:pPr>
            <w:r>
              <w:rPr>
                <w:sz w:val="20"/>
                <w:szCs w:val="20"/>
              </w:rPr>
              <w:t xml:space="preserve">200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AFDEC5" w14:textId="77777777" w:rsidR="00156693" w:rsidRDefault="00000000">
            <w:pPr>
              <w:spacing w:after="0" w:line="240" w:lineRule="auto"/>
              <w:ind w:left="-20"/>
              <w:jc w:val="center"/>
              <w:rPr>
                <w:sz w:val="20"/>
                <w:szCs w:val="20"/>
              </w:rPr>
            </w:pPr>
            <w:r>
              <w:rPr>
                <w:sz w:val="20"/>
                <w:szCs w:val="20"/>
              </w:rPr>
              <w:t xml:space="preserve">200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021AFD" w14:textId="77777777" w:rsidR="00156693" w:rsidRDefault="00000000">
            <w:pPr>
              <w:spacing w:after="0" w:line="240" w:lineRule="auto"/>
              <w:ind w:left="-20"/>
              <w:jc w:val="center"/>
              <w:rPr>
                <w:sz w:val="20"/>
                <w:szCs w:val="20"/>
              </w:rPr>
            </w:pPr>
            <w:r>
              <w:rPr>
                <w:sz w:val="20"/>
                <w:szCs w:val="20"/>
              </w:rPr>
              <w:t xml:space="preserve">200 </w:t>
            </w:r>
          </w:p>
        </w:tc>
      </w:tr>
      <w:tr w:rsidR="00156693" w14:paraId="53FD47C1" w14:textId="77777777">
        <w:trPr>
          <w:trHeight w:val="283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137B40A"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02D108" w14:textId="77777777" w:rsidR="00156693" w:rsidRDefault="00000000">
            <w:pPr>
              <w:spacing w:after="40" w:line="240" w:lineRule="auto"/>
              <w:ind w:left="-20"/>
              <w:rPr>
                <w:sz w:val="20"/>
                <w:szCs w:val="20"/>
                <w:highlight w:val="white"/>
              </w:rPr>
            </w:pPr>
            <w:r>
              <w:rPr>
                <w:sz w:val="20"/>
                <w:szCs w:val="20"/>
                <w:highlight w:val="white"/>
              </w:rPr>
              <w:t>2.1.2.3. Continuarea suportului pentru organizațiile de autoguvernare studențească și a organizațiilor de autoguvernare din cadrul IPT și al colegiilor profesionale.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19DADF" w14:textId="77777777" w:rsidR="00156693" w:rsidRDefault="00000000">
            <w:pPr>
              <w:spacing w:after="0" w:line="240" w:lineRule="auto"/>
              <w:ind w:left="-20"/>
              <w:rPr>
                <w:sz w:val="20"/>
                <w:szCs w:val="20"/>
                <w:highlight w:val="white"/>
              </w:rPr>
            </w:pPr>
            <w:r>
              <w:rPr>
                <w:sz w:val="20"/>
                <w:szCs w:val="20"/>
                <w:highlight w:val="white"/>
              </w:rPr>
              <w:t xml:space="preserve">Numărul organizațiilor de autoguvernare beneficiare a suportului </w:t>
            </w:r>
          </w:p>
          <w:p w14:paraId="4EEE9B57" w14:textId="77777777" w:rsidR="00156693" w:rsidRDefault="00156693">
            <w:pPr>
              <w:spacing w:after="0" w:line="240" w:lineRule="auto"/>
              <w:ind w:left="-20"/>
              <w:rPr>
                <w:sz w:val="20"/>
                <w:szCs w:val="20"/>
                <w:highlight w:val="white"/>
              </w:rPr>
            </w:pPr>
          </w:p>
          <w:p w14:paraId="32CA475A" w14:textId="77777777" w:rsidR="00156693" w:rsidRDefault="00000000">
            <w:pPr>
              <w:spacing w:after="0" w:line="240" w:lineRule="auto"/>
              <w:ind w:left="-20"/>
              <w:rPr>
                <w:sz w:val="20"/>
                <w:szCs w:val="20"/>
                <w:highlight w:val="white"/>
              </w:rPr>
            </w:pPr>
            <w:r>
              <w:rPr>
                <w:sz w:val="20"/>
                <w:szCs w:val="20"/>
                <w:highlight w:val="white"/>
              </w:rPr>
              <w:t xml:space="preserve">Ponderea universităților și facultăților care au structuri de autoguvernare studențească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200D02" w14:textId="77777777" w:rsidR="00156693" w:rsidRDefault="00000000">
            <w:pPr>
              <w:spacing w:after="0" w:line="240" w:lineRule="auto"/>
              <w:ind w:left="-20"/>
              <w:rPr>
                <w:sz w:val="20"/>
                <w:szCs w:val="20"/>
                <w:highlight w:val="white"/>
              </w:rPr>
            </w:pPr>
            <w:r>
              <w:rPr>
                <w:sz w:val="20"/>
                <w:szCs w:val="20"/>
                <w:highlight w:val="white"/>
              </w:rPr>
              <w:t xml:space="preserve">Anual </w:t>
            </w:r>
          </w:p>
          <w:p w14:paraId="099FB9E1" w14:textId="77777777" w:rsidR="00156693" w:rsidRDefault="00000000">
            <w:pPr>
              <w:spacing w:after="0" w:line="240" w:lineRule="auto"/>
              <w:ind w:left="-20"/>
              <w:rPr>
                <w:sz w:val="20"/>
                <w:szCs w:val="20"/>
                <w:highlight w:val="white"/>
              </w:rPr>
            </w:pPr>
            <w:r>
              <w:rPr>
                <w:sz w:val="20"/>
                <w:szCs w:val="20"/>
                <w:highlight w:val="white"/>
              </w:rPr>
              <w:t>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FAAB066" w14:textId="77777777" w:rsidR="00156693" w:rsidRDefault="00000000">
            <w:pPr>
              <w:spacing w:after="40" w:line="240" w:lineRule="auto"/>
              <w:ind w:left="-20"/>
              <w:jc w:val="center"/>
              <w:rPr>
                <w:sz w:val="20"/>
                <w:szCs w:val="20"/>
                <w:highlight w:val="white"/>
              </w:rPr>
            </w:pPr>
            <w:r>
              <w:rPr>
                <w:sz w:val="20"/>
                <w:szCs w:val="20"/>
                <w:highlight w:val="white"/>
              </w:rPr>
              <w:t xml:space="preserve">Agenția Națională Tineret; </w:t>
            </w:r>
          </w:p>
          <w:p w14:paraId="623E13B7" w14:textId="77777777" w:rsidR="00156693" w:rsidRDefault="00156693">
            <w:pPr>
              <w:spacing w:after="40" w:line="240" w:lineRule="auto"/>
              <w:ind w:left="-20"/>
              <w:jc w:val="center"/>
              <w:rPr>
                <w:sz w:val="20"/>
                <w:szCs w:val="20"/>
                <w:highlight w:val="white"/>
              </w:rPr>
            </w:pPr>
          </w:p>
          <w:p w14:paraId="02874B72" w14:textId="77777777" w:rsidR="00156693" w:rsidRDefault="00000000">
            <w:pPr>
              <w:spacing w:after="40" w:line="240" w:lineRule="auto"/>
              <w:ind w:left="-20"/>
              <w:jc w:val="center"/>
              <w:rPr>
                <w:sz w:val="20"/>
                <w:szCs w:val="20"/>
                <w:highlight w:val="white"/>
              </w:rPr>
            </w:pPr>
            <w:r>
              <w:rPr>
                <w:sz w:val="20"/>
                <w:szCs w:val="20"/>
                <w:highlight w:val="white"/>
              </w:rPr>
              <w:t>Ministerul Educației și Cercetării;</w:t>
            </w:r>
          </w:p>
          <w:p w14:paraId="1B660079" w14:textId="77777777" w:rsidR="00156693" w:rsidRDefault="00156693">
            <w:pPr>
              <w:spacing w:after="0" w:line="240" w:lineRule="auto"/>
              <w:ind w:left="-20"/>
              <w:jc w:val="center"/>
              <w:rPr>
                <w:sz w:val="20"/>
                <w:szCs w:val="20"/>
                <w:highlight w:val="white"/>
              </w:rPr>
            </w:pPr>
          </w:p>
          <w:p w14:paraId="332CF44F" w14:textId="77777777" w:rsidR="00156693" w:rsidRDefault="00000000">
            <w:pPr>
              <w:spacing w:after="0" w:line="240" w:lineRule="auto"/>
              <w:ind w:left="-20"/>
              <w:jc w:val="center"/>
              <w:rPr>
                <w:sz w:val="20"/>
                <w:szCs w:val="20"/>
                <w:highlight w:val="white"/>
              </w:rPr>
            </w:pPr>
            <w:r>
              <w:rPr>
                <w:sz w:val="20"/>
                <w:szCs w:val="20"/>
                <w:highlight w:val="white"/>
              </w:rPr>
              <w:t>Instituții de învățământ superior.</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A536B7" w14:textId="77777777" w:rsidR="00156693" w:rsidRDefault="00000000">
            <w:pPr>
              <w:spacing w:after="40" w:line="240" w:lineRule="auto"/>
              <w:ind w:left="-20"/>
              <w:jc w:val="center"/>
              <w:rPr>
                <w:sz w:val="20"/>
                <w:szCs w:val="20"/>
                <w:highlight w:val="white"/>
              </w:rPr>
            </w:pPr>
            <w:r>
              <w:rPr>
                <w:sz w:val="20"/>
                <w:szCs w:val="20"/>
                <w:highlight w:val="white"/>
              </w:rPr>
              <w:t>42,0</w:t>
            </w:r>
          </w:p>
          <w:p w14:paraId="0330F748" w14:textId="77777777" w:rsidR="00156693" w:rsidRDefault="00000000">
            <w:pPr>
              <w:spacing w:after="40" w:line="240" w:lineRule="auto"/>
              <w:ind w:left="-20"/>
              <w:jc w:val="center"/>
              <w:rPr>
                <w:sz w:val="20"/>
                <w:szCs w:val="20"/>
                <w:highlight w:val="white"/>
              </w:rPr>
            </w:pPr>
            <w:r>
              <w:rPr>
                <w:sz w:val="20"/>
                <w:szCs w:val="20"/>
                <w:highlight w:val="white"/>
              </w:rPr>
              <w:t>(anual)</w:t>
            </w:r>
          </w:p>
          <w:p w14:paraId="088B2EBF" w14:textId="77777777" w:rsidR="00156693" w:rsidRDefault="00000000">
            <w:pPr>
              <w:spacing w:after="40" w:line="240" w:lineRule="auto"/>
              <w:ind w:left="-20"/>
              <w:jc w:val="center"/>
              <w:rPr>
                <w:sz w:val="20"/>
                <w:szCs w:val="20"/>
                <w:highlight w:val="white"/>
              </w:rPr>
            </w:pPr>
            <w:r>
              <w:rPr>
                <w:sz w:val="20"/>
                <w:szCs w:val="20"/>
                <w:highlight w:val="white"/>
              </w:rPr>
              <w:t>2027-2030</w:t>
            </w:r>
          </w:p>
          <w:p w14:paraId="5E8D0198" w14:textId="77777777" w:rsidR="00156693" w:rsidRDefault="00000000">
            <w:pPr>
              <w:spacing w:after="0" w:line="240" w:lineRule="auto"/>
              <w:ind w:left="-20"/>
              <w:jc w:val="center"/>
              <w:rPr>
                <w:sz w:val="20"/>
                <w:szCs w:val="20"/>
                <w:highlight w:val="white"/>
              </w:rPr>
            </w:pPr>
            <w:r>
              <w:rPr>
                <w:sz w:val="20"/>
                <w:szCs w:val="20"/>
                <w:highlight w:val="white"/>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2831B7E" w14:textId="77777777" w:rsidR="00156693" w:rsidRDefault="00000000">
            <w:pPr>
              <w:spacing w:after="0" w:line="240" w:lineRule="auto"/>
              <w:ind w:left="-20"/>
              <w:jc w:val="center"/>
              <w:rPr>
                <w:sz w:val="20"/>
                <w:szCs w:val="20"/>
                <w:highlight w:val="white"/>
              </w:rPr>
            </w:pPr>
            <w:r>
              <w:rPr>
                <w:sz w:val="20"/>
                <w:szCs w:val="20"/>
                <w:highlight w:val="white"/>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AC2A848" w14:textId="77777777" w:rsidR="00156693" w:rsidRDefault="00000000">
            <w:pPr>
              <w:spacing w:after="0" w:line="240" w:lineRule="auto"/>
              <w:ind w:left="-20"/>
              <w:jc w:val="center"/>
              <w:rPr>
                <w:sz w:val="20"/>
                <w:szCs w:val="20"/>
                <w:highlight w:val="white"/>
              </w:rPr>
            </w:pPr>
            <w:r>
              <w:rPr>
                <w:sz w:val="20"/>
                <w:szCs w:val="20"/>
                <w:highlight w:val="white"/>
              </w:rPr>
              <w:t>60%</w:t>
            </w:r>
          </w:p>
          <w:p w14:paraId="78BEC77E" w14:textId="77777777" w:rsidR="00156693" w:rsidRDefault="00156693">
            <w:pPr>
              <w:spacing w:after="0" w:line="240" w:lineRule="auto"/>
              <w:ind w:left="-20"/>
              <w:jc w:val="center"/>
              <w:rPr>
                <w:sz w:val="20"/>
                <w:szCs w:val="20"/>
                <w:highlight w:val="white"/>
              </w:rPr>
            </w:pPr>
          </w:p>
          <w:p w14:paraId="49F817D8" w14:textId="77777777" w:rsidR="00156693" w:rsidRDefault="00156693">
            <w:pPr>
              <w:spacing w:after="0" w:line="240" w:lineRule="auto"/>
              <w:ind w:left="-20"/>
              <w:jc w:val="center"/>
              <w:rPr>
                <w:sz w:val="20"/>
                <w:szCs w:val="20"/>
                <w:highlight w:val="white"/>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DB7A909" w14:textId="77777777" w:rsidR="00156693" w:rsidRDefault="00000000">
            <w:pPr>
              <w:spacing w:after="0" w:line="240" w:lineRule="auto"/>
              <w:ind w:left="-20"/>
              <w:jc w:val="center"/>
              <w:rPr>
                <w:sz w:val="20"/>
                <w:szCs w:val="20"/>
                <w:highlight w:val="white"/>
              </w:rPr>
            </w:pPr>
            <w:r>
              <w:rPr>
                <w:sz w:val="20"/>
                <w:szCs w:val="20"/>
                <w:highlight w:val="white"/>
              </w:rPr>
              <w:t>80%</w:t>
            </w:r>
          </w:p>
          <w:p w14:paraId="19DCA9DF" w14:textId="77777777" w:rsidR="00156693" w:rsidRDefault="00156693">
            <w:pPr>
              <w:spacing w:after="0" w:line="240" w:lineRule="auto"/>
              <w:ind w:left="-20"/>
              <w:jc w:val="center"/>
              <w:rPr>
                <w:sz w:val="20"/>
                <w:szCs w:val="20"/>
                <w:highlight w:val="white"/>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16D7D32" w14:textId="77777777" w:rsidR="00156693" w:rsidRDefault="00000000">
            <w:pPr>
              <w:spacing w:after="0" w:line="240" w:lineRule="auto"/>
              <w:ind w:left="-20"/>
              <w:jc w:val="center"/>
              <w:rPr>
                <w:sz w:val="20"/>
                <w:szCs w:val="20"/>
                <w:highlight w:val="white"/>
              </w:rPr>
            </w:pPr>
            <w:r>
              <w:rPr>
                <w:sz w:val="20"/>
                <w:szCs w:val="20"/>
                <w:highlight w:val="white"/>
              </w:rPr>
              <w:t>100%</w:t>
            </w:r>
          </w:p>
          <w:p w14:paraId="2068AEF3" w14:textId="77777777" w:rsidR="00156693" w:rsidRDefault="00156693">
            <w:pPr>
              <w:spacing w:after="0" w:line="240" w:lineRule="auto"/>
              <w:ind w:left="-20"/>
              <w:jc w:val="center"/>
              <w:rPr>
                <w:sz w:val="20"/>
                <w:szCs w:val="20"/>
                <w:highlight w:val="white"/>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B0C5433" w14:textId="77777777" w:rsidR="00156693" w:rsidRDefault="00000000">
            <w:pPr>
              <w:spacing w:after="0" w:line="240" w:lineRule="auto"/>
              <w:ind w:left="-20"/>
              <w:jc w:val="center"/>
              <w:rPr>
                <w:sz w:val="20"/>
                <w:szCs w:val="20"/>
                <w:highlight w:val="white"/>
              </w:rPr>
            </w:pPr>
            <w:r>
              <w:rPr>
                <w:sz w:val="20"/>
                <w:szCs w:val="20"/>
                <w:highlight w:val="white"/>
              </w:rPr>
              <w:t>100%</w:t>
            </w:r>
          </w:p>
          <w:p w14:paraId="53072402" w14:textId="77777777" w:rsidR="00156693" w:rsidRDefault="00156693">
            <w:pPr>
              <w:spacing w:after="0" w:line="240" w:lineRule="auto"/>
              <w:ind w:left="-20"/>
              <w:jc w:val="center"/>
              <w:rPr>
                <w:sz w:val="20"/>
                <w:szCs w:val="20"/>
                <w:highlight w:val="white"/>
              </w:rPr>
            </w:pPr>
          </w:p>
        </w:tc>
      </w:tr>
      <w:tr w:rsidR="00156693" w14:paraId="105EEE0F" w14:textId="77777777">
        <w:trPr>
          <w:trHeight w:val="213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6B68796" w14:textId="77777777" w:rsidR="00156693" w:rsidRDefault="00156693">
            <w:pPr>
              <w:widowControl w:val="0"/>
              <w:pBdr>
                <w:top w:val="nil"/>
                <w:left w:val="nil"/>
                <w:bottom w:val="nil"/>
                <w:right w:val="nil"/>
                <w:between w:val="nil"/>
              </w:pBdr>
              <w:spacing w:after="0"/>
              <w:rPr>
                <w:sz w:val="20"/>
                <w:szCs w:val="20"/>
                <w:highlight w:val="white"/>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37C627B" w14:textId="77777777" w:rsidR="00156693" w:rsidRDefault="00000000">
            <w:pPr>
              <w:spacing w:after="40" w:line="240" w:lineRule="auto"/>
              <w:ind w:left="-20"/>
              <w:rPr>
                <w:sz w:val="20"/>
                <w:szCs w:val="20"/>
                <w:highlight w:val="white"/>
              </w:rPr>
            </w:pPr>
            <w:r>
              <w:rPr>
                <w:sz w:val="20"/>
                <w:szCs w:val="20"/>
                <w:highlight w:val="white"/>
              </w:rPr>
              <w:t>2.1.2.4. Sprijin pentru dezvoltarea, creșterea și capacitarea structurilor de participare a elevilor din cadrul IPT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DACC1F" w14:textId="77777777" w:rsidR="00156693" w:rsidRDefault="00000000">
            <w:pPr>
              <w:spacing w:after="0" w:line="240" w:lineRule="auto"/>
              <w:ind w:left="-20"/>
              <w:rPr>
                <w:sz w:val="20"/>
                <w:szCs w:val="20"/>
                <w:highlight w:val="white"/>
              </w:rPr>
            </w:pPr>
            <w:r>
              <w:rPr>
                <w:sz w:val="20"/>
                <w:szCs w:val="20"/>
                <w:highlight w:val="white"/>
              </w:rPr>
              <w:t>Numărul structurilor de participare a elevilor beneficiare a suportului</w:t>
            </w:r>
          </w:p>
          <w:p w14:paraId="55D58705" w14:textId="77777777" w:rsidR="00156693" w:rsidRDefault="00156693">
            <w:pPr>
              <w:spacing w:after="0" w:line="240" w:lineRule="auto"/>
              <w:ind w:left="-20"/>
              <w:rPr>
                <w:sz w:val="20"/>
                <w:szCs w:val="20"/>
                <w:highlight w:val="white"/>
              </w:rPr>
            </w:pPr>
          </w:p>
          <w:p w14:paraId="7BA9A8C6" w14:textId="77777777" w:rsidR="00156693" w:rsidRDefault="00000000">
            <w:pPr>
              <w:spacing w:after="0" w:line="240" w:lineRule="auto"/>
              <w:ind w:left="-20"/>
              <w:rPr>
                <w:sz w:val="20"/>
                <w:szCs w:val="20"/>
                <w:highlight w:val="white"/>
              </w:rPr>
            </w:pPr>
            <w:r>
              <w:rPr>
                <w:sz w:val="20"/>
                <w:szCs w:val="20"/>
                <w:highlight w:val="white"/>
              </w:rPr>
              <w:t xml:space="preserve">Numărul IPT cu structuri de participare funcționale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BCAB97" w14:textId="77777777" w:rsidR="00156693" w:rsidRDefault="00000000">
            <w:pPr>
              <w:spacing w:after="0" w:line="240" w:lineRule="auto"/>
              <w:ind w:left="-20"/>
              <w:rPr>
                <w:sz w:val="20"/>
                <w:szCs w:val="20"/>
                <w:highlight w:val="white"/>
              </w:rPr>
            </w:pPr>
            <w:r>
              <w:rPr>
                <w:sz w:val="20"/>
                <w:szCs w:val="20"/>
                <w:highlight w:val="white"/>
              </w:rPr>
              <w:t xml:space="preserve">Anual </w:t>
            </w:r>
          </w:p>
          <w:p w14:paraId="7F0F9CD7" w14:textId="77777777" w:rsidR="00156693" w:rsidRDefault="00000000">
            <w:pPr>
              <w:spacing w:after="0" w:line="240" w:lineRule="auto"/>
              <w:ind w:left="-20"/>
              <w:rPr>
                <w:sz w:val="20"/>
                <w:szCs w:val="20"/>
                <w:highlight w:val="white"/>
              </w:rPr>
            </w:pPr>
            <w:r>
              <w:rPr>
                <w:sz w:val="20"/>
                <w:szCs w:val="20"/>
                <w:highlight w:val="white"/>
              </w:rPr>
              <w:t>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00CDE8" w14:textId="77777777" w:rsidR="00156693" w:rsidRDefault="00000000">
            <w:pPr>
              <w:spacing w:after="40" w:line="240" w:lineRule="auto"/>
              <w:ind w:left="-20"/>
              <w:jc w:val="center"/>
              <w:rPr>
                <w:sz w:val="20"/>
                <w:szCs w:val="20"/>
                <w:highlight w:val="white"/>
              </w:rPr>
            </w:pPr>
            <w:r>
              <w:rPr>
                <w:sz w:val="20"/>
                <w:szCs w:val="20"/>
                <w:highlight w:val="white"/>
              </w:rPr>
              <w:t xml:space="preserve">Agenția Națională Tineret; </w:t>
            </w:r>
          </w:p>
          <w:p w14:paraId="5AE8030A" w14:textId="77777777" w:rsidR="00156693" w:rsidRDefault="00156693">
            <w:pPr>
              <w:spacing w:after="40" w:line="240" w:lineRule="auto"/>
              <w:ind w:left="-20"/>
              <w:jc w:val="center"/>
              <w:rPr>
                <w:sz w:val="20"/>
                <w:szCs w:val="20"/>
                <w:highlight w:val="white"/>
              </w:rPr>
            </w:pPr>
          </w:p>
          <w:p w14:paraId="11C97499" w14:textId="77777777" w:rsidR="00156693" w:rsidRDefault="00000000">
            <w:pPr>
              <w:spacing w:after="40" w:line="240" w:lineRule="auto"/>
              <w:ind w:left="-20"/>
              <w:jc w:val="center"/>
              <w:rPr>
                <w:sz w:val="20"/>
                <w:szCs w:val="20"/>
                <w:highlight w:val="white"/>
              </w:rPr>
            </w:pPr>
            <w:r>
              <w:rPr>
                <w:sz w:val="20"/>
                <w:szCs w:val="20"/>
                <w:highlight w:val="white"/>
              </w:rPr>
              <w:t>Ministerul Educației și Cercetării;</w:t>
            </w:r>
          </w:p>
          <w:p w14:paraId="788ABC83" w14:textId="77777777" w:rsidR="00156693" w:rsidRDefault="00156693">
            <w:pPr>
              <w:spacing w:after="0" w:line="240" w:lineRule="auto"/>
              <w:ind w:left="-20"/>
              <w:jc w:val="center"/>
              <w:rPr>
                <w:sz w:val="20"/>
                <w:szCs w:val="20"/>
                <w:highlight w:val="white"/>
              </w:rPr>
            </w:pPr>
          </w:p>
          <w:p w14:paraId="7D6EF0DC" w14:textId="77777777" w:rsidR="00156693" w:rsidRDefault="00000000">
            <w:pPr>
              <w:spacing w:after="0" w:line="240" w:lineRule="auto"/>
              <w:ind w:left="-20"/>
              <w:jc w:val="center"/>
              <w:rPr>
                <w:sz w:val="20"/>
                <w:szCs w:val="20"/>
                <w:highlight w:val="white"/>
              </w:rPr>
            </w:pPr>
            <w:r>
              <w:rPr>
                <w:sz w:val="20"/>
                <w:szCs w:val="20"/>
                <w:highlight w:val="white"/>
              </w:rPr>
              <w:t xml:space="preserve">Instituții de învățământ profesional tehnic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1B311E" w14:textId="77777777" w:rsidR="00156693" w:rsidRDefault="00000000">
            <w:pPr>
              <w:spacing w:after="40" w:line="240" w:lineRule="auto"/>
              <w:ind w:left="-20"/>
              <w:jc w:val="center"/>
              <w:rPr>
                <w:sz w:val="20"/>
                <w:szCs w:val="20"/>
                <w:highlight w:val="white"/>
              </w:rPr>
            </w:pPr>
            <w:r>
              <w:rPr>
                <w:sz w:val="20"/>
                <w:szCs w:val="20"/>
                <w:highlight w:val="white"/>
              </w:rPr>
              <w:t>42,0</w:t>
            </w:r>
          </w:p>
          <w:p w14:paraId="423815DA" w14:textId="77777777" w:rsidR="00156693" w:rsidRDefault="00000000">
            <w:pPr>
              <w:spacing w:after="40" w:line="240" w:lineRule="auto"/>
              <w:ind w:left="-20"/>
              <w:jc w:val="center"/>
              <w:rPr>
                <w:sz w:val="20"/>
                <w:szCs w:val="20"/>
                <w:highlight w:val="white"/>
              </w:rPr>
            </w:pPr>
            <w:r>
              <w:rPr>
                <w:sz w:val="20"/>
                <w:szCs w:val="20"/>
                <w:highlight w:val="white"/>
              </w:rPr>
              <w:t>(anual)</w:t>
            </w:r>
          </w:p>
          <w:p w14:paraId="7CAB30BF" w14:textId="77777777" w:rsidR="00156693" w:rsidRDefault="00000000">
            <w:pPr>
              <w:spacing w:after="40" w:line="240" w:lineRule="auto"/>
              <w:ind w:left="-20"/>
              <w:jc w:val="center"/>
              <w:rPr>
                <w:sz w:val="20"/>
                <w:szCs w:val="20"/>
                <w:highlight w:val="white"/>
              </w:rPr>
            </w:pPr>
            <w:r>
              <w:rPr>
                <w:sz w:val="20"/>
                <w:szCs w:val="20"/>
                <w:highlight w:val="white"/>
              </w:rPr>
              <w:t>2027-2030</w:t>
            </w:r>
          </w:p>
          <w:p w14:paraId="4E7A0672" w14:textId="77777777" w:rsidR="00156693" w:rsidRDefault="00000000">
            <w:pPr>
              <w:spacing w:after="0" w:line="240" w:lineRule="auto"/>
              <w:ind w:left="-20"/>
              <w:jc w:val="center"/>
              <w:rPr>
                <w:sz w:val="20"/>
                <w:szCs w:val="20"/>
                <w:highlight w:val="white"/>
              </w:rPr>
            </w:pPr>
            <w:r>
              <w:rPr>
                <w:sz w:val="20"/>
                <w:szCs w:val="20"/>
                <w:highlight w:val="white"/>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A563561" w14:textId="77777777" w:rsidR="00156693" w:rsidRDefault="00000000">
            <w:pPr>
              <w:spacing w:after="0" w:line="240" w:lineRule="auto"/>
              <w:ind w:left="-20"/>
              <w:jc w:val="center"/>
              <w:rPr>
                <w:sz w:val="20"/>
                <w:szCs w:val="20"/>
                <w:highlight w:val="white"/>
              </w:rPr>
            </w:pPr>
            <w:r>
              <w:rPr>
                <w:sz w:val="20"/>
                <w:szCs w:val="20"/>
                <w:highlight w:val="white"/>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4AAEA5" w14:textId="77777777" w:rsidR="00156693" w:rsidRDefault="00000000">
            <w:pPr>
              <w:spacing w:after="0" w:line="240" w:lineRule="auto"/>
              <w:ind w:left="-20"/>
              <w:jc w:val="center"/>
              <w:rPr>
                <w:sz w:val="20"/>
                <w:szCs w:val="20"/>
                <w:highlight w:val="white"/>
              </w:rPr>
            </w:pPr>
            <w:r>
              <w:rPr>
                <w:sz w:val="20"/>
                <w:szCs w:val="20"/>
                <w:highlight w:val="white"/>
              </w:rPr>
              <w:t>6</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1AB2B5" w14:textId="77777777" w:rsidR="00156693" w:rsidRDefault="00000000">
            <w:pPr>
              <w:spacing w:after="0" w:line="240" w:lineRule="auto"/>
              <w:ind w:left="-20"/>
              <w:jc w:val="center"/>
              <w:rPr>
                <w:sz w:val="20"/>
                <w:szCs w:val="20"/>
                <w:highlight w:val="white"/>
              </w:rPr>
            </w:pPr>
            <w:r>
              <w:rPr>
                <w:sz w:val="20"/>
                <w:szCs w:val="20"/>
                <w:highlight w:val="white"/>
              </w:rPr>
              <w:t>20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46772A" w14:textId="77777777" w:rsidR="00156693" w:rsidRDefault="00000000">
            <w:pPr>
              <w:spacing w:after="0" w:line="240" w:lineRule="auto"/>
              <w:ind w:left="-20"/>
              <w:jc w:val="center"/>
              <w:rPr>
                <w:sz w:val="20"/>
                <w:szCs w:val="20"/>
                <w:highlight w:val="white"/>
              </w:rPr>
            </w:pPr>
            <w:r>
              <w:rPr>
                <w:sz w:val="20"/>
                <w:szCs w:val="20"/>
                <w:highlight w:val="white"/>
              </w:rPr>
              <w:t>30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D563C95" w14:textId="77777777" w:rsidR="00156693" w:rsidRDefault="00000000">
            <w:pPr>
              <w:spacing w:after="0" w:line="240" w:lineRule="auto"/>
              <w:ind w:left="-20"/>
              <w:jc w:val="center"/>
              <w:rPr>
                <w:sz w:val="20"/>
                <w:szCs w:val="20"/>
                <w:highlight w:val="white"/>
              </w:rPr>
            </w:pPr>
            <w:r>
              <w:rPr>
                <w:sz w:val="20"/>
                <w:szCs w:val="20"/>
                <w:highlight w:val="white"/>
              </w:rPr>
              <w:t>40</w:t>
            </w:r>
          </w:p>
        </w:tc>
      </w:tr>
      <w:tr w:rsidR="00156693" w14:paraId="2310B26B" w14:textId="77777777">
        <w:trPr>
          <w:trHeight w:val="26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4DF6555" w14:textId="77777777" w:rsidR="00156693" w:rsidRDefault="00156693">
            <w:pPr>
              <w:widowControl w:val="0"/>
              <w:pBdr>
                <w:top w:val="nil"/>
                <w:left w:val="nil"/>
                <w:bottom w:val="nil"/>
                <w:right w:val="nil"/>
                <w:between w:val="nil"/>
              </w:pBdr>
              <w:spacing w:after="0"/>
              <w:rPr>
                <w:sz w:val="20"/>
                <w:szCs w:val="20"/>
                <w:highlight w:val="white"/>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93F23FB" w14:textId="77777777" w:rsidR="00156693" w:rsidRDefault="00000000">
            <w:pPr>
              <w:spacing w:after="0" w:line="240" w:lineRule="auto"/>
              <w:ind w:left="-20"/>
              <w:rPr>
                <w:sz w:val="20"/>
                <w:szCs w:val="20"/>
              </w:rPr>
            </w:pPr>
            <w:r>
              <w:rPr>
                <w:sz w:val="20"/>
                <w:szCs w:val="20"/>
              </w:rPr>
              <w:t xml:space="preserve">2.1.2.5. Continuarea dialogului național cu tinerii, inclusiv a forumului național al tinerilor/ Moldova Youth Forum, precum și recunoașterea implicării prin Premiul Național pentru Tineret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540D33" w14:textId="77777777" w:rsidR="00156693" w:rsidRDefault="00000000">
            <w:pPr>
              <w:spacing w:after="0" w:line="240" w:lineRule="auto"/>
              <w:ind w:left="-20"/>
              <w:rPr>
                <w:sz w:val="20"/>
                <w:szCs w:val="20"/>
              </w:rPr>
            </w:pPr>
            <w:r>
              <w:rPr>
                <w:sz w:val="20"/>
                <w:szCs w:val="20"/>
              </w:rPr>
              <w:t>Numărul forumurilor naționale pentru tineri</w:t>
            </w:r>
          </w:p>
          <w:p w14:paraId="118B6680" w14:textId="77777777" w:rsidR="00156693" w:rsidRDefault="00156693">
            <w:pPr>
              <w:spacing w:after="0" w:line="240" w:lineRule="auto"/>
              <w:ind w:left="-20"/>
              <w:rPr>
                <w:sz w:val="20"/>
                <w:szCs w:val="20"/>
              </w:rPr>
            </w:pPr>
          </w:p>
          <w:p w14:paraId="2BE7F17A"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2798E7"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621CFFB" w14:textId="77777777" w:rsidR="00156693" w:rsidRDefault="00000000">
            <w:pPr>
              <w:spacing w:after="40" w:line="240" w:lineRule="auto"/>
              <w:ind w:left="-20"/>
              <w:jc w:val="center"/>
              <w:rPr>
                <w:sz w:val="20"/>
                <w:szCs w:val="20"/>
              </w:rPr>
            </w:pPr>
            <w:r>
              <w:rPr>
                <w:sz w:val="20"/>
                <w:szCs w:val="20"/>
              </w:rPr>
              <w:t>Agenția Națională Tineret</w:t>
            </w:r>
          </w:p>
          <w:p w14:paraId="2A347F9D" w14:textId="77777777" w:rsidR="00156693" w:rsidRDefault="00156693">
            <w:pPr>
              <w:spacing w:after="0" w:line="240" w:lineRule="auto"/>
              <w:ind w:left="-20"/>
              <w:jc w:val="center"/>
              <w:rPr>
                <w:sz w:val="20"/>
                <w:szCs w:val="20"/>
              </w:rPr>
            </w:pPr>
          </w:p>
          <w:p w14:paraId="3B10830D"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03805B79" w14:textId="77777777" w:rsidR="00156693" w:rsidRDefault="00156693">
            <w:pPr>
              <w:spacing w:after="0" w:line="240" w:lineRule="auto"/>
              <w:ind w:left="-20"/>
              <w:jc w:val="center"/>
              <w:rPr>
                <w:sz w:val="20"/>
                <w:szCs w:val="20"/>
              </w:rPr>
            </w:pPr>
          </w:p>
          <w:p w14:paraId="6E41EAF3" w14:textId="77777777" w:rsidR="00156693" w:rsidRDefault="00000000">
            <w:pPr>
              <w:spacing w:after="0" w:line="240" w:lineRule="auto"/>
              <w:ind w:left="-20"/>
              <w:jc w:val="center"/>
              <w:rPr>
                <w:sz w:val="20"/>
                <w:szCs w:val="20"/>
              </w:rPr>
            </w:pPr>
            <w:r>
              <w:rPr>
                <w:sz w:val="20"/>
                <w:szCs w:val="20"/>
              </w:rPr>
              <w:t xml:space="preserve">Consiliul Național al Tineretului </w:t>
            </w:r>
          </w:p>
          <w:p w14:paraId="71DF5CBE" w14:textId="77777777" w:rsidR="00156693" w:rsidRDefault="00156693">
            <w:pPr>
              <w:spacing w:after="0" w:line="240" w:lineRule="auto"/>
              <w:ind w:left="-20"/>
              <w:jc w:val="center"/>
              <w:rPr>
                <w:sz w:val="20"/>
                <w:szCs w:val="20"/>
              </w:rPr>
            </w:pPr>
          </w:p>
          <w:p w14:paraId="20F5D797" w14:textId="77777777" w:rsidR="00156693" w:rsidRDefault="00000000">
            <w:pPr>
              <w:spacing w:after="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5C8B5C" w14:textId="77777777" w:rsidR="00156693" w:rsidRDefault="00000000">
            <w:pPr>
              <w:spacing w:after="40" w:line="240" w:lineRule="auto"/>
              <w:ind w:left="-20"/>
              <w:jc w:val="center"/>
              <w:rPr>
                <w:sz w:val="20"/>
                <w:szCs w:val="20"/>
              </w:rPr>
            </w:pPr>
            <w:r>
              <w:rPr>
                <w:sz w:val="20"/>
                <w:szCs w:val="20"/>
              </w:rPr>
              <w:t>500,0</w:t>
            </w:r>
          </w:p>
          <w:p w14:paraId="035AF130" w14:textId="77777777" w:rsidR="00156693" w:rsidRDefault="00000000">
            <w:pPr>
              <w:spacing w:after="40" w:line="240" w:lineRule="auto"/>
              <w:ind w:left="-20"/>
              <w:jc w:val="center"/>
              <w:rPr>
                <w:sz w:val="20"/>
                <w:szCs w:val="20"/>
              </w:rPr>
            </w:pPr>
            <w:r>
              <w:rPr>
                <w:sz w:val="20"/>
                <w:szCs w:val="20"/>
              </w:rPr>
              <w:t>(anual)</w:t>
            </w:r>
          </w:p>
          <w:p w14:paraId="52E36AB8" w14:textId="77777777" w:rsidR="00156693" w:rsidRDefault="00000000">
            <w:pPr>
              <w:spacing w:after="40" w:line="240" w:lineRule="auto"/>
              <w:ind w:left="-20"/>
              <w:jc w:val="center"/>
              <w:rPr>
                <w:sz w:val="20"/>
                <w:szCs w:val="20"/>
              </w:rPr>
            </w:pPr>
            <w:r>
              <w:rPr>
                <w:sz w:val="20"/>
                <w:szCs w:val="20"/>
              </w:rPr>
              <w:t>2027-2030</w:t>
            </w:r>
          </w:p>
          <w:p w14:paraId="7981FC17" w14:textId="77777777" w:rsidR="00156693" w:rsidRDefault="00000000">
            <w:pPr>
              <w:spacing w:after="0" w:line="240" w:lineRule="auto"/>
              <w:ind w:left="-20"/>
              <w:jc w:val="center"/>
              <w:rPr>
                <w:sz w:val="20"/>
                <w:szCs w:val="20"/>
              </w:rPr>
            </w:pPr>
            <w:r>
              <w:rPr>
                <w:sz w:val="20"/>
                <w:szCs w:val="20"/>
              </w:rPr>
              <w:t>BS</w:t>
            </w:r>
          </w:p>
          <w:p w14:paraId="0AB10A1A" w14:textId="77777777" w:rsidR="00156693" w:rsidRDefault="00000000">
            <w:pPr>
              <w:spacing w:after="0" w:line="240" w:lineRule="auto"/>
              <w:ind w:left="-20"/>
              <w:jc w:val="center"/>
              <w:rPr>
                <w:sz w:val="20"/>
                <w:szCs w:val="20"/>
              </w:rPr>
            </w:pPr>
            <w:r>
              <w:rPr>
                <w:sz w:val="20"/>
                <w:szCs w:val="20"/>
              </w:rPr>
              <w:t xml:space="preserve">1 000,0 </w:t>
            </w:r>
          </w:p>
          <w:p w14:paraId="44DD31C8" w14:textId="77777777" w:rsidR="00156693" w:rsidRDefault="00000000">
            <w:pPr>
              <w:spacing w:after="0" w:line="240" w:lineRule="auto"/>
              <w:ind w:left="-20"/>
              <w:jc w:val="center"/>
              <w:rPr>
                <w:sz w:val="20"/>
                <w:szCs w:val="20"/>
              </w:rPr>
            </w:pPr>
            <w:r>
              <w:rPr>
                <w:sz w:val="20"/>
                <w:szCs w:val="20"/>
              </w:rPr>
              <w:t xml:space="preserve">(anua) </w:t>
            </w:r>
          </w:p>
          <w:p w14:paraId="74CB912E" w14:textId="77777777" w:rsidR="00156693" w:rsidRDefault="00000000">
            <w:pPr>
              <w:spacing w:after="0" w:line="240" w:lineRule="auto"/>
              <w:ind w:left="-20"/>
              <w:jc w:val="center"/>
              <w:rPr>
                <w:sz w:val="20"/>
                <w:szCs w:val="20"/>
              </w:rPr>
            </w:pPr>
            <w:r>
              <w:rPr>
                <w:sz w:val="20"/>
                <w:szCs w:val="20"/>
              </w:rPr>
              <w:t>2027-2030</w:t>
            </w:r>
          </w:p>
          <w:p w14:paraId="408D9583" w14:textId="77777777" w:rsidR="00156693" w:rsidRDefault="00000000">
            <w:pPr>
              <w:spacing w:after="0" w:line="240" w:lineRule="auto"/>
              <w:ind w:left="-20"/>
              <w:jc w:val="center"/>
              <w:rPr>
                <w:sz w:val="20"/>
                <w:szCs w:val="20"/>
              </w:rPr>
            </w:pPr>
            <w:r>
              <w:rPr>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AD898D" w14:textId="77777777" w:rsidR="00156693" w:rsidRDefault="00000000">
            <w:pPr>
              <w:spacing w:after="0" w:line="240" w:lineRule="auto"/>
              <w:ind w:left="-20"/>
              <w:rPr>
                <w:sz w:val="20"/>
                <w:szCs w:val="20"/>
              </w:rPr>
            </w:pPr>
            <w:r>
              <w:rPr>
                <w:sz w:val="20"/>
                <w:szCs w:val="20"/>
              </w:rPr>
              <w:t xml:space="preserve">  -</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829A3A" w14:textId="77777777" w:rsidR="00156693" w:rsidRDefault="00000000">
            <w:pPr>
              <w:spacing w:after="0" w:line="240" w:lineRule="auto"/>
              <w:ind w:left="-20"/>
              <w:jc w:val="center"/>
              <w:rPr>
                <w:sz w:val="20"/>
                <w:szCs w:val="20"/>
              </w:rPr>
            </w:pPr>
            <w:r>
              <w:rPr>
                <w:sz w:val="20"/>
                <w:szCs w:val="20"/>
              </w:rPr>
              <w:t xml:space="preserve">1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6358CA" w14:textId="77777777" w:rsidR="00156693" w:rsidRDefault="00000000">
            <w:pPr>
              <w:spacing w:after="0" w:line="240" w:lineRule="auto"/>
              <w:ind w:left="-20"/>
              <w:jc w:val="center"/>
              <w:rPr>
                <w:sz w:val="20"/>
                <w:szCs w:val="20"/>
              </w:rPr>
            </w:pPr>
            <w:r>
              <w:rPr>
                <w:sz w:val="20"/>
                <w:szCs w:val="20"/>
              </w:rPr>
              <w:t xml:space="preserve">1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5246A7" w14:textId="77777777" w:rsidR="00156693" w:rsidRDefault="00000000">
            <w:pPr>
              <w:spacing w:after="0" w:line="240" w:lineRule="auto"/>
              <w:ind w:left="-20"/>
              <w:jc w:val="center"/>
              <w:rPr>
                <w:sz w:val="20"/>
                <w:szCs w:val="20"/>
              </w:rPr>
            </w:pPr>
            <w:r>
              <w:rPr>
                <w:sz w:val="20"/>
                <w:szCs w:val="20"/>
              </w:rPr>
              <w:t xml:space="preserve">1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6D4584" w14:textId="77777777" w:rsidR="00156693" w:rsidRDefault="00000000">
            <w:pPr>
              <w:spacing w:after="0" w:line="240" w:lineRule="auto"/>
              <w:ind w:left="-20"/>
              <w:jc w:val="center"/>
              <w:rPr>
                <w:sz w:val="20"/>
                <w:szCs w:val="20"/>
              </w:rPr>
            </w:pPr>
            <w:r>
              <w:rPr>
                <w:sz w:val="20"/>
                <w:szCs w:val="20"/>
              </w:rPr>
              <w:t xml:space="preserve">1 </w:t>
            </w:r>
          </w:p>
        </w:tc>
      </w:tr>
      <w:tr w:rsidR="00156693" w14:paraId="7ED91796" w14:textId="77777777">
        <w:trPr>
          <w:trHeight w:val="26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2998810"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05BBCE" w14:textId="77777777" w:rsidR="00156693" w:rsidRDefault="00000000">
            <w:pPr>
              <w:spacing w:after="0" w:line="240" w:lineRule="auto"/>
              <w:ind w:left="-20"/>
              <w:rPr>
                <w:sz w:val="20"/>
                <w:szCs w:val="20"/>
              </w:rPr>
            </w:pPr>
            <w:r>
              <w:rPr>
                <w:sz w:val="20"/>
                <w:szCs w:val="20"/>
              </w:rPr>
              <w:t>2.1.2.6. Integrarea perspectivei de tineret, prin coordonare interinstituțională, instruire și pilotarea analizei efectelor politicilor sectoriale asupra tinerilor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202C08D" w14:textId="77777777" w:rsidR="00156693" w:rsidRDefault="00000000">
            <w:pPr>
              <w:spacing w:after="0" w:line="240" w:lineRule="auto"/>
              <w:ind w:left="-20"/>
              <w:rPr>
                <w:sz w:val="20"/>
                <w:szCs w:val="20"/>
              </w:rPr>
            </w:pPr>
            <w:r>
              <w:rPr>
                <w:sz w:val="20"/>
                <w:szCs w:val="20"/>
              </w:rPr>
              <w:t xml:space="preserve">Minimum 3 propuneri de politici analizate și consultate până în 2028; </w:t>
            </w:r>
          </w:p>
          <w:p w14:paraId="1EA1BE96" w14:textId="77777777" w:rsidR="00156693" w:rsidRDefault="00156693">
            <w:pPr>
              <w:spacing w:after="0" w:line="240" w:lineRule="auto"/>
              <w:ind w:left="-20"/>
              <w:rPr>
                <w:sz w:val="20"/>
                <w:szCs w:val="20"/>
              </w:rPr>
            </w:pPr>
          </w:p>
          <w:p w14:paraId="3E194068" w14:textId="77777777" w:rsidR="00156693" w:rsidRDefault="00000000">
            <w:pPr>
              <w:spacing w:after="0" w:line="240" w:lineRule="auto"/>
              <w:ind w:left="-20"/>
              <w:rPr>
                <w:sz w:val="20"/>
                <w:szCs w:val="20"/>
              </w:rPr>
            </w:pPr>
            <w:r>
              <w:rPr>
                <w:sz w:val="20"/>
                <w:szCs w:val="20"/>
              </w:rPr>
              <w:t>raport de pilot în 2029 pentru decizia de extindere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C8AD4C" w14:textId="77777777" w:rsidR="00156693" w:rsidRDefault="00000000">
            <w:pPr>
              <w:spacing w:after="0" w:line="240" w:lineRule="auto"/>
              <w:ind w:left="-20"/>
              <w:rPr>
                <w:sz w:val="20"/>
                <w:szCs w:val="20"/>
              </w:rPr>
            </w:pPr>
            <w:r>
              <w:rPr>
                <w:sz w:val="20"/>
                <w:szCs w:val="20"/>
              </w:rPr>
              <w:t>Trim. IV, 2027–2028 – pilotare; 2029 – evaluare; 2030 – decizie</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AD1C71" w14:textId="77777777" w:rsidR="00156693" w:rsidRDefault="00000000">
            <w:pPr>
              <w:spacing w:after="40" w:line="240" w:lineRule="auto"/>
              <w:ind w:left="-20"/>
              <w:rPr>
                <w:sz w:val="20"/>
                <w:szCs w:val="20"/>
              </w:rPr>
            </w:pPr>
            <w:r>
              <w:rPr>
                <w:sz w:val="20"/>
                <w:szCs w:val="20"/>
              </w:rPr>
              <w:t>Ministerul Educației și Cercetării</w:t>
            </w:r>
          </w:p>
          <w:p w14:paraId="5629011A" w14:textId="77777777" w:rsidR="00156693" w:rsidRDefault="00156693">
            <w:pPr>
              <w:spacing w:after="0" w:line="240" w:lineRule="auto"/>
              <w:ind w:left="-20"/>
              <w:rPr>
                <w:sz w:val="20"/>
                <w:szCs w:val="20"/>
              </w:rPr>
            </w:pPr>
          </w:p>
          <w:p w14:paraId="7E1C2B6B" w14:textId="77777777" w:rsidR="00156693" w:rsidRDefault="00000000">
            <w:pPr>
              <w:spacing w:after="0" w:line="240" w:lineRule="auto"/>
              <w:ind w:left="-20"/>
              <w:rPr>
                <w:sz w:val="20"/>
                <w:szCs w:val="20"/>
              </w:rPr>
            </w:pPr>
            <w:r>
              <w:rPr>
                <w:sz w:val="20"/>
                <w:szCs w:val="20"/>
              </w:rPr>
              <w:t xml:space="preserve">Agenția Națională Tineret; </w:t>
            </w:r>
          </w:p>
          <w:p w14:paraId="19BA9412" w14:textId="77777777" w:rsidR="00156693" w:rsidRDefault="00156693">
            <w:pPr>
              <w:spacing w:after="0" w:line="240" w:lineRule="auto"/>
              <w:ind w:left="-20"/>
              <w:rPr>
                <w:sz w:val="20"/>
                <w:szCs w:val="20"/>
              </w:rPr>
            </w:pPr>
          </w:p>
          <w:p w14:paraId="25CF351B" w14:textId="77777777" w:rsidR="00156693" w:rsidRDefault="00000000">
            <w:pPr>
              <w:spacing w:after="0" w:line="240" w:lineRule="auto"/>
              <w:ind w:left="-20"/>
              <w:rPr>
                <w:sz w:val="20"/>
                <w:szCs w:val="20"/>
              </w:rPr>
            </w:pPr>
            <w:r>
              <w:rPr>
                <w:sz w:val="20"/>
                <w:szCs w:val="20"/>
              </w:rPr>
              <w:t xml:space="preserve">Consiliul Național al Tineretului din Moldova; </w:t>
            </w:r>
          </w:p>
          <w:p w14:paraId="193519FD" w14:textId="77777777" w:rsidR="00156693" w:rsidRDefault="00156693">
            <w:pPr>
              <w:spacing w:after="0" w:line="240" w:lineRule="auto"/>
              <w:ind w:left="-20"/>
              <w:rPr>
                <w:sz w:val="20"/>
                <w:szCs w:val="20"/>
              </w:rPr>
            </w:pPr>
          </w:p>
          <w:p w14:paraId="2532B5D6" w14:textId="77777777" w:rsidR="00156693" w:rsidRDefault="00000000">
            <w:pPr>
              <w:spacing w:after="0" w:line="240" w:lineRule="auto"/>
              <w:ind w:left="-20"/>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768BB1" w14:textId="77777777" w:rsidR="00156693" w:rsidRDefault="00000000">
            <w:pPr>
              <w:spacing w:after="40" w:line="240" w:lineRule="auto"/>
              <w:ind w:left="-20"/>
              <w:jc w:val="center"/>
              <w:rPr>
                <w:sz w:val="20"/>
                <w:szCs w:val="20"/>
              </w:rPr>
            </w:pPr>
            <w:r>
              <w:rPr>
                <w:sz w:val="20"/>
                <w:szCs w:val="20"/>
              </w:rPr>
              <w:t>200,0</w:t>
            </w:r>
          </w:p>
          <w:p w14:paraId="4FD9BA93" w14:textId="77777777" w:rsidR="00156693" w:rsidRDefault="00000000">
            <w:pPr>
              <w:spacing w:after="0" w:line="240" w:lineRule="auto"/>
              <w:ind w:left="-20"/>
              <w:jc w:val="center"/>
              <w:rPr>
                <w:sz w:val="20"/>
                <w:szCs w:val="20"/>
              </w:rPr>
            </w:pPr>
            <w:r>
              <w:rPr>
                <w:sz w:val="20"/>
                <w:szCs w:val="20"/>
              </w:rPr>
              <w:t>BS/parteneri externi</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D778DC"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44797F" w14:textId="77777777" w:rsidR="00156693" w:rsidRDefault="00000000">
            <w:pPr>
              <w:spacing w:after="0" w:line="240" w:lineRule="auto"/>
              <w:ind w:left="-20"/>
              <w:jc w:val="center"/>
              <w:rPr>
                <w:sz w:val="20"/>
                <w:szCs w:val="20"/>
              </w:rPr>
            </w:pPr>
            <w:r>
              <w:rPr>
                <w:sz w:val="20"/>
                <w:szCs w:val="20"/>
              </w:rPr>
              <w:t>metodologie</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F5D46D" w14:textId="77777777" w:rsidR="00156693" w:rsidRDefault="00000000">
            <w:pPr>
              <w:spacing w:after="0" w:line="240" w:lineRule="auto"/>
              <w:ind w:left="-20"/>
              <w:jc w:val="center"/>
              <w:rPr>
                <w:sz w:val="20"/>
                <w:szCs w:val="20"/>
              </w:rPr>
            </w:pPr>
            <w:r>
              <w:rPr>
                <w:sz w:val="20"/>
                <w:szCs w:val="20"/>
              </w:rPr>
              <w:t>3</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E34AE4" w14:textId="77777777" w:rsidR="00156693" w:rsidRDefault="00000000">
            <w:pPr>
              <w:spacing w:after="0" w:line="240" w:lineRule="auto"/>
              <w:ind w:left="-20"/>
              <w:jc w:val="center"/>
              <w:rPr>
                <w:sz w:val="20"/>
                <w:szCs w:val="20"/>
              </w:rPr>
            </w:pPr>
            <w:r>
              <w:rPr>
                <w:sz w:val="20"/>
                <w:szCs w:val="20"/>
              </w:rPr>
              <w:t>pilot/ decizie</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BCD8E2" w14:textId="77777777" w:rsidR="00156693" w:rsidRDefault="00000000">
            <w:pPr>
              <w:spacing w:after="0" w:line="240" w:lineRule="auto"/>
              <w:ind w:left="-20"/>
              <w:jc w:val="center"/>
              <w:rPr>
                <w:sz w:val="20"/>
                <w:szCs w:val="20"/>
              </w:rPr>
            </w:pPr>
            <w:r>
              <w:rPr>
                <w:sz w:val="20"/>
                <w:szCs w:val="20"/>
              </w:rPr>
              <w:t>extindere cond.</w:t>
            </w:r>
          </w:p>
        </w:tc>
      </w:tr>
      <w:tr w:rsidR="00156693" w14:paraId="4622BD54" w14:textId="77777777">
        <w:trPr>
          <w:trHeight w:val="189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96ACC40"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12AAFB5" w14:textId="77777777" w:rsidR="00156693" w:rsidRDefault="00000000">
            <w:pPr>
              <w:widowControl w:val="0"/>
              <w:spacing w:after="0" w:line="240" w:lineRule="auto"/>
              <w:rPr>
                <w:sz w:val="20"/>
                <w:szCs w:val="20"/>
              </w:rPr>
            </w:pPr>
            <w:r>
              <w:rPr>
                <w:sz w:val="20"/>
                <w:szCs w:val="20"/>
              </w:rPr>
              <w:t>2.1.2.7. Realizarea campaniei de informare continuă privind oportunitățile de participare a tinerilor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DA38148" w14:textId="77777777" w:rsidR="00156693" w:rsidRDefault="00000000">
            <w:pPr>
              <w:widowControl w:val="0"/>
              <w:spacing w:after="0" w:line="240" w:lineRule="auto"/>
              <w:rPr>
                <w:sz w:val="20"/>
                <w:szCs w:val="20"/>
              </w:rPr>
            </w:pPr>
            <w:r>
              <w:rPr>
                <w:sz w:val="20"/>
                <w:szCs w:val="20"/>
              </w:rPr>
              <w:t>Campanie de informare multianuală derulată</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A3686C" w14:textId="77777777" w:rsidR="00156693" w:rsidRDefault="00000000">
            <w:pPr>
              <w:widowControl w:val="0"/>
              <w:spacing w:after="0" w:line="240" w:lineRule="auto"/>
              <w:jc w:val="center"/>
              <w:rPr>
                <w:sz w:val="20"/>
                <w:szCs w:val="20"/>
              </w:rPr>
            </w:pPr>
            <w:r>
              <w:rPr>
                <w:sz w:val="20"/>
                <w:szCs w:val="20"/>
              </w:rPr>
              <w:t>Trim.I, 2027 - 2030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E9B2BB" w14:textId="77777777" w:rsidR="00156693" w:rsidRDefault="00000000">
            <w:pPr>
              <w:spacing w:after="0" w:line="240" w:lineRule="auto"/>
              <w:ind w:left="-20"/>
              <w:rPr>
                <w:sz w:val="20"/>
                <w:szCs w:val="20"/>
              </w:rPr>
            </w:pPr>
            <w:r>
              <w:rPr>
                <w:sz w:val="20"/>
                <w:szCs w:val="20"/>
              </w:rPr>
              <w:t xml:space="preserve">Agenția Națională Tineret;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F7A6BF4" w14:textId="77777777" w:rsidR="00156693" w:rsidRDefault="00000000">
            <w:pPr>
              <w:spacing w:after="40" w:line="240" w:lineRule="auto"/>
              <w:ind w:left="-20"/>
              <w:jc w:val="center"/>
              <w:rPr>
                <w:sz w:val="20"/>
                <w:szCs w:val="20"/>
              </w:rPr>
            </w:pPr>
            <w:r>
              <w:rPr>
                <w:sz w:val="20"/>
                <w:szCs w:val="20"/>
              </w:rPr>
              <w:t>110,0</w:t>
            </w:r>
          </w:p>
          <w:p w14:paraId="568C3612"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0346D9" w14:textId="77777777" w:rsidR="00156693" w:rsidRDefault="00000000">
            <w:pPr>
              <w:spacing w:after="0" w:line="240" w:lineRule="auto"/>
              <w:ind w:left="-20"/>
              <w:jc w:val="center"/>
              <w:rPr>
                <w:sz w:val="20"/>
                <w:szCs w:val="20"/>
              </w:rPr>
            </w:pPr>
            <w:r>
              <w:rPr>
                <w:sz w:val="20"/>
                <w:szCs w:val="20"/>
              </w:rPr>
              <w:t>1</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C1EBC5"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7E9E7D"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92E48B"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0569F1B" w14:textId="77777777" w:rsidR="00156693" w:rsidRDefault="00000000">
            <w:pPr>
              <w:spacing w:after="0" w:line="240" w:lineRule="auto"/>
              <w:ind w:left="-20"/>
              <w:jc w:val="center"/>
              <w:rPr>
                <w:sz w:val="20"/>
                <w:szCs w:val="20"/>
              </w:rPr>
            </w:pPr>
            <w:r>
              <w:rPr>
                <w:sz w:val="20"/>
                <w:szCs w:val="20"/>
              </w:rPr>
              <w:t>1</w:t>
            </w:r>
          </w:p>
        </w:tc>
      </w:tr>
      <w:tr w:rsidR="00156693" w14:paraId="2BD6D66D" w14:textId="77777777">
        <w:trPr>
          <w:trHeight w:val="189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DC6165C"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548EE7" w14:textId="77777777" w:rsidR="00156693" w:rsidRDefault="00000000">
            <w:pPr>
              <w:widowControl w:val="0"/>
              <w:spacing w:after="0" w:line="240" w:lineRule="auto"/>
              <w:rPr>
                <w:sz w:val="20"/>
                <w:szCs w:val="20"/>
              </w:rPr>
            </w:pPr>
            <w:r>
              <w:rPr>
                <w:sz w:val="20"/>
                <w:szCs w:val="20"/>
              </w:rPr>
              <w:t xml:space="preserve">2.1.2.8. Dezvoltarea unui curs de instruire pentru funcționarii publici din autoritățile publice locale privind mecanismul de participare a tinerilor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FB18B3" w14:textId="77777777" w:rsidR="00156693" w:rsidRDefault="00000000">
            <w:pPr>
              <w:widowControl w:val="0"/>
              <w:spacing w:after="0" w:line="240" w:lineRule="auto"/>
              <w:rPr>
                <w:sz w:val="20"/>
                <w:szCs w:val="20"/>
              </w:rPr>
            </w:pPr>
            <w:r>
              <w:rPr>
                <w:sz w:val="20"/>
                <w:szCs w:val="20"/>
              </w:rPr>
              <w:t>Curs realizat și instituționalizat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EF4A57" w14:textId="77777777" w:rsidR="00156693" w:rsidRDefault="00000000">
            <w:pPr>
              <w:widowControl w:val="0"/>
              <w:spacing w:after="0" w:line="240" w:lineRule="auto"/>
              <w:jc w:val="center"/>
              <w:rPr>
                <w:sz w:val="20"/>
                <w:szCs w:val="20"/>
              </w:rPr>
            </w:pPr>
            <w:r>
              <w:rPr>
                <w:sz w:val="20"/>
                <w:szCs w:val="20"/>
              </w:rPr>
              <w:t>Trim 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03D81B" w14:textId="77777777" w:rsidR="00156693" w:rsidRDefault="00000000">
            <w:pPr>
              <w:spacing w:after="0" w:line="240" w:lineRule="auto"/>
              <w:ind w:left="-20"/>
              <w:jc w:val="center"/>
              <w:rPr>
                <w:sz w:val="20"/>
                <w:szCs w:val="20"/>
              </w:rPr>
            </w:pPr>
            <w:r>
              <w:rPr>
                <w:sz w:val="20"/>
                <w:szCs w:val="20"/>
              </w:rPr>
              <w:t>Agenția Națională Tineret</w:t>
            </w:r>
          </w:p>
          <w:p w14:paraId="7D8637E1" w14:textId="77777777" w:rsidR="00156693" w:rsidRDefault="00000000">
            <w:pPr>
              <w:spacing w:after="0" w:line="240" w:lineRule="auto"/>
              <w:ind w:left="-20"/>
              <w:jc w:val="center"/>
              <w:rPr>
                <w:sz w:val="20"/>
                <w:szCs w:val="20"/>
              </w:rPr>
            </w:pPr>
            <w:r>
              <w:rPr>
                <w:sz w:val="20"/>
                <w:szCs w:val="20"/>
              </w:rPr>
              <w:t xml:space="preserve"> </w:t>
            </w:r>
          </w:p>
          <w:p w14:paraId="211ABC29" w14:textId="77777777" w:rsidR="00156693" w:rsidRDefault="00000000">
            <w:pPr>
              <w:spacing w:after="0" w:line="240" w:lineRule="auto"/>
              <w:ind w:left="-20"/>
              <w:jc w:val="center"/>
              <w:rPr>
                <w:sz w:val="20"/>
                <w:szCs w:val="20"/>
              </w:rPr>
            </w:pPr>
            <w:r>
              <w:rPr>
                <w:sz w:val="20"/>
                <w:szCs w:val="20"/>
              </w:rPr>
              <w:t xml:space="preserve">Consiliul Național al Tineretului din Moldova </w:t>
            </w:r>
          </w:p>
          <w:p w14:paraId="19B12978"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909964" w14:textId="77777777" w:rsidR="00156693" w:rsidRDefault="00000000">
            <w:pPr>
              <w:spacing w:after="40" w:line="240" w:lineRule="auto"/>
              <w:ind w:left="-20"/>
              <w:jc w:val="center"/>
              <w:rPr>
                <w:sz w:val="20"/>
                <w:szCs w:val="20"/>
              </w:rPr>
            </w:pPr>
            <w:r>
              <w:rPr>
                <w:sz w:val="20"/>
                <w:szCs w:val="20"/>
              </w:rPr>
              <w:t>80,0</w:t>
            </w:r>
          </w:p>
          <w:p w14:paraId="12595F08"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9F773F"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AE6E59"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FCC2A97"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68AD006"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5B68F8" w14:textId="77777777" w:rsidR="00156693" w:rsidRDefault="00000000">
            <w:pPr>
              <w:spacing w:after="0" w:line="240" w:lineRule="auto"/>
              <w:ind w:left="-20"/>
              <w:jc w:val="center"/>
              <w:rPr>
                <w:sz w:val="20"/>
                <w:szCs w:val="20"/>
              </w:rPr>
            </w:pPr>
            <w:r>
              <w:rPr>
                <w:sz w:val="20"/>
                <w:szCs w:val="20"/>
              </w:rPr>
              <w:t>1</w:t>
            </w:r>
          </w:p>
        </w:tc>
      </w:tr>
      <w:tr w:rsidR="00156693" w14:paraId="65EC6360" w14:textId="77777777">
        <w:trPr>
          <w:trHeight w:val="156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BECCF77"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DFE716" w14:textId="77777777" w:rsidR="00156693" w:rsidRDefault="00000000">
            <w:pPr>
              <w:widowControl w:val="0"/>
              <w:spacing w:after="0" w:line="240" w:lineRule="auto"/>
              <w:rPr>
                <w:b/>
                <w:bCs/>
                <w:sz w:val="24"/>
                <w:szCs w:val="24"/>
              </w:rPr>
            </w:pPr>
            <w:r>
              <w:rPr>
                <w:sz w:val="20"/>
                <w:szCs w:val="20"/>
              </w:rPr>
              <w:t>2.1.2.9. Dezvoltarea unui curs de instruire pentru profesori cu focus pe participarea elevilor</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B135B3" w14:textId="77777777" w:rsidR="00156693" w:rsidRDefault="00000000">
            <w:pPr>
              <w:widowControl w:val="0"/>
              <w:spacing w:after="0" w:line="240" w:lineRule="auto"/>
              <w:rPr>
                <w:sz w:val="20"/>
                <w:szCs w:val="20"/>
              </w:rPr>
            </w:pPr>
            <w:r>
              <w:rPr>
                <w:sz w:val="20"/>
                <w:szCs w:val="20"/>
              </w:rPr>
              <w:t>Curs realizat și instituționalizat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65CD7F" w14:textId="77777777" w:rsidR="00156693" w:rsidRDefault="00000000">
            <w:pPr>
              <w:widowControl w:val="0"/>
              <w:spacing w:after="0" w:line="240" w:lineRule="auto"/>
              <w:jc w:val="center"/>
              <w:rPr>
                <w:sz w:val="20"/>
                <w:szCs w:val="20"/>
              </w:rPr>
            </w:pPr>
            <w:r>
              <w:rPr>
                <w:sz w:val="20"/>
                <w:szCs w:val="20"/>
              </w:rPr>
              <w:t>Trim 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896730" w14:textId="77777777" w:rsidR="00156693" w:rsidRDefault="00000000">
            <w:pPr>
              <w:spacing w:after="0" w:line="240" w:lineRule="auto"/>
              <w:ind w:left="-20"/>
              <w:jc w:val="center"/>
              <w:rPr>
                <w:sz w:val="20"/>
                <w:szCs w:val="20"/>
              </w:rPr>
            </w:pPr>
            <w:r>
              <w:rPr>
                <w:sz w:val="20"/>
                <w:szCs w:val="20"/>
              </w:rPr>
              <w:t>Agenția Națională Tineret</w:t>
            </w:r>
          </w:p>
          <w:p w14:paraId="6D488569" w14:textId="77777777" w:rsidR="00156693" w:rsidRDefault="00156693">
            <w:pPr>
              <w:spacing w:after="0" w:line="240" w:lineRule="auto"/>
              <w:ind w:left="-20"/>
              <w:jc w:val="center"/>
              <w:rPr>
                <w:sz w:val="20"/>
                <w:szCs w:val="20"/>
              </w:rPr>
            </w:pPr>
          </w:p>
          <w:p w14:paraId="1232F96B" w14:textId="77777777" w:rsidR="00156693" w:rsidRDefault="00000000">
            <w:pPr>
              <w:spacing w:after="0" w:line="240" w:lineRule="auto"/>
              <w:ind w:left="-20"/>
              <w:jc w:val="center"/>
              <w:rPr>
                <w:sz w:val="20"/>
                <w:szCs w:val="20"/>
              </w:rPr>
            </w:pPr>
            <w:r>
              <w:rPr>
                <w:sz w:val="20"/>
                <w:szCs w:val="20"/>
              </w:rPr>
              <w:t xml:space="preserve">Consiliul Național al Tineretului din Moldova </w:t>
            </w:r>
          </w:p>
          <w:p w14:paraId="4897437B"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0495B4" w14:textId="77777777" w:rsidR="00156693" w:rsidRDefault="00000000">
            <w:pPr>
              <w:spacing w:after="40" w:line="240" w:lineRule="auto"/>
              <w:ind w:left="-20"/>
              <w:jc w:val="center"/>
              <w:rPr>
                <w:sz w:val="20"/>
                <w:szCs w:val="20"/>
              </w:rPr>
            </w:pPr>
            <w:r>
              <w:rPr>
                <w:sz w:val="20"/>
                <w:szCs w:val="20"/>
              </w:rPr>
              <w:t>80,0</w:t>
            </w:r>
          </w:p>
          <w:p w14:paraId="40F01A4B"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2D8B7B"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C4CDE87"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01A9A7"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D61F86"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83FF77" w14:textId="77777777" w:rsidR="00156693" w:rsidRDefault="00000000">
            <w:pPr>
              <w:spacing w:after="0" w:line="240" w:lineRule="auto"/>
              <w:ind w:left="-20"/>
              <w:jc w:val="center"/>
              <w:rPr>
                <w:sz w:val="20"/>
                <w:szCs w:val="20"/>
              </w:rPr>
            </w:pPr>
            <w:r>
              <w:rPr>
                <w:sz w:val="20"/>
                <w:szCs w:val="20"/>
              </w:rPr>
              <w:t>1</w:t>
            </w:r>
          </w:p>
        </w:tc>
      </w:tr>
      <w:tr w:rsidR="00156693" w14:paraId="011CAE87" w14:textId="77777777">
        <w:trPr>
          <w:trHeight w:val="2610"/>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8AD5056" w14:textId="77777777" w:rsidR="00156693" w:rsidRDefault="00000000">
            <w:pPr>
              <w:spacing w:after="40" w:line="240" w:lineRule="auto"/>
              <w:ind w:left="-20"/>
              <w:rPr>
                <w:sz w:val="20"/>
                <w:szCs w:val="20"/>
              </w:rPr>
            </w:pPr>
            <w:r>
              <w:rPr>
                <w:b/>
                <w:bCs/>
                <w:i/>
                <w:iCs/>
                <w:sz w:val="20"/>
                <w:szCs w:val="20"/>
              </w:rPr>
              <w:lastRenderedPageBreak/>
              <w:t xml:space="preserve">Rezultat anticipat </w:t>
            </w:r>
            <w:r>
              <w:rPr>
                <w:sz w:val="20"/>
                <w:szCs w:val="20"/>
              </w:rPr>
              <w:t>2.1.3. Mai multe platforme și oportunități de participare internațională a tinerilor devin operaționale</w:t>
            </w:r>
          </w:p>
          <w:p w14:paraId="6BEFD3BF" w14:textId="77777777" w:rsidR="00156693" w:rsidRDefault="00156693">
            <w:pPr>
              <w:spacing w:after="0" w:line="240" w:lineRule="auto"/>
              <w:ind w:left="-20"/>
              <w:rPr>
                <w:sz w:val="20"/>
                <w:szCs w:val="20"/>
              </w:rPr>
            </w:pPr>
          </w:p>
          <w:p w14:paraId="6A9B44CA" w14:textId="77777777" w:rsidR="00156693" w:rsidRDefault="00000000">
            <w:pPr>
              <w:spacing w:after="0" w:line="240" w:lineRule="auto"/>
              <w:ind w:left="-20"/>
              <w:rPr>
                <w:sz w:val="20"/>
                <w:szCs w:val="20"/>
              </w:rPr>
            </w:pPr>
            <w:r>
              <w:rPr>
                <w:b/>
                <w:bCs/>
                <w:i/>
                <w:iCs/>
                <w:sz w:val="20"/>
                <w:szCs w:val="20"/>
              </w:rPr>
              <w:t>Indicator de rezultat.</w:t>
            </w:r>
            <w:r>
              <w:rPr>
                <w:sz w:val="20"/>
                <w:szCs w:val="20"/>
              </w:rPr>
              <w:t xml:space="preserve"> Numărul structurilor de tineret care participă la platforme internaționale dedicate tinerilor</w:t>
            </w:r>
          </w:p>
          <w:p w14:paraId="61AAE3B4"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EE66ED" w14:textId="77777777" w:rsidR="00156693" w:rsidRDefault="00000000">
            <w:pPr>
              <w:spacing w:after="0" w:line="240" w:lineRule="auto"/>
              <w:ind w:left="-20"/>
              <w:rPr>
                <w:sz w:val="20"/>
                <w:szCs w:val="20"/>
              </w:rPr>
            </w:pPr>
            <w:r>
              <w:rPr>
                <w:sz w:val="20"/>
                <w:szCs w:val="20"/>
              </w:rPr>
              <w:t>2.1.3.1. Crearea mecanismului de susținere a participării internaționale a tinerilor și a organizațiilor de tineret și sprijinirea pregătirii pentru Erasmus+ și Corpul European de Solidaritate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EF7993" w14:textId="77777777" w:rsidR="00156693" w:rsidRDefault="00000000">
            <w:pPr>
              <w:spacing w:after="0" w:line="240" w:lineRule="auto"/>
              <w:ind w:left="-20"/>
              <w:rPr>
                <w:sz w:val="20"/>
                <w:szCs w:val="20"/>
              </w:rPr>
            </w:pPr>
            <w:r>
              <w:rPr>
                <w:sz w:val="20"/>
                <w:szCs w:val="20"/>
              </w:rPr>
              <w:t>Mecanism de finanțare creat și aplicat;</w:t>
            </w:r>
          </w:p>
          <w:p w14:paraId="4D17D066" w14:textId="77777777" w:rsidR="00156693" w:rsidRDefault="00156693">
            <w:pPr>
              <w:spacing w:after="0" w:line="240" w:lineRule="auto"/>
              <w:ind w:left="-20"/>
              <w:rPr>
                <w:sz w:val="20"/>
                <w:szCs w:val="20"/>
              </w:rPr>
            </w:pPr>
          </w:p>
          <w:p w14:paraId="25A2A449" w14:textId="77777777" w:rsidR="00156693" w:rsidRDefault="00000000">
            <w:pPr>
              <w:spacing w:after="0" w:line="240" w:lineRule="auto"/>
              <w:ind w:left="-20"/>
              <w:rPr>
                <w:sz w:val="20"/>
                <w:szCs w:val="20"/>
              </w:rPr>
            </w:pPr>
            <w:r>
              <w:rPr>
                <w:sz w:val="20"/>
                <w:szCs w:val="20"/>
              </w:rPr>
              <w:t>Minim 10 de organizații asistate</w:t>
            </w:r>
          </w:p>
          <w:p w14:paraId="6B854614" w14:textId="77777777" w:rsidR="00156693" w:rsidRDefault="00000000">
            <w:pPr>
              <w:spacing w:after="0" w:line="240" w:lineRule="auto"/>
              <w:ind w:left="-20"/>
              <w:rPr>
                <w:sz w:val="20"/>
                <w:szCs w:val="20"/>
              </w:rPr>
            </w:pPr>
            <w:r>
              <w:rPr>
                <w:sz w:val="20"/>
                <w:szCs w:val="20"/>
              </w:rPr>
              <w:t xml:space="preserve"> </w:t>
            </w:r>
          </w:p>
          <w:p w14:paraId="72DE6AFE" w14:textId="77777777" w:rsidR="00156693" w:rsidRDefault="00000000">
            <w:pPr>
              <w:spacing w:after="0" w:line="240" w:lineRule="auto"/>
              <w:ind w:left="-20"/>
              <w:rPr>
                <w:sz w:val="20"/>
                <w:szCs w:val="20"/>
              </w:rPr>
            </w:pPr>
            <w:r>
              <w:rPr>
                <w:sz w:val="20"/>
                <w:szCs w:val="20"/>
              </w:rPr>
              <w:t>Numărul structurilor de tineret care participă efectiv la platforme internaționale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BB8AAF" w14:textId="77777777" w:rsidR="00156693" w:rsidRDefault="00000000">
            <w:pPr>
              <w:spacing w:after="0" w:line="240" w:lineRule="auto"/>
              <w:ind w:left="-20"/>
              <w:rPr>
                <w:sz w:val="20"/>
                <w:szCs w:val="20"/>
              </w:rPr>
            </w:pPr>
            <w:r>
              <w:rPr>
                <w:sz w:val="20"/>
                <w:szCs w:val="20"/>
              </w:rPr>
              <w:t>Trim. IV, 2027 – mecanism;</w:t>
            </w:r>
          </w:p>
          <w:p w14:paraId="0AC43185" w14:textId="77777777" w:rsidR="00156693" w:rsidRDefault="00156693">
            <w:pPr>
              <w:spacing w:after="0" w:line="240" w:lineRule="auto"/>
              <w:ind w:left="-20"/>
              <w:rPr>
                <w:sz w:val="20"/>
                <w:szCs w:val="20"/>
              </w:rPr>
            </w:pPr>
          </w:p>
          <w:p w14:paraId="23AC7BE8" w14:textId="77777777" w:rsidR="00156693" w:rsidRDefault="00000000">
            <w:pPr>
              <w:spacing w:after="0" w:line="240" w:lineRule="auto"/>
              <w:ind w:left="-20"/>
              <w:rPr>
                <w:sz w:val="20"/>
                <w:szCs w:val="20"/>
              </w:rPr>
            </w:pPr>
            <w:r>
              <w:rPr>
                <w:sz w:val="20"/>
                <w:szCs w:val="20"/>
              </w:rPr>
              <w:t>Trim. IV,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1A3CCA" w14:textId="77777777" w:rsidR="00156693" w:rsidRDefault="00000000">
            <w:pPr>
              <w:spacing w:after="40" w:line="240" w:lineRule="auto"/>
              <w:ind w:left="-20"/>
              <w:jc w:val="center"/>
              <w:rPr>
                <w:sz w:val="20"/>
                <w:szCs w:val="20"/>
              </w:rPr>
            </w:pPr>
            <w:r>
              <w:rPr>
                <w:sz w:val="20"/>
                <w:szCs w:val="20"/>
              </w:rPr>
              <w:t>Ministerul Educației și Cercetării</w:t>
            </w:r>
          </w:p>
          <w:p w14:paraId="289ACC21" w14:textId="77777777" w:rsidR="00156693" w:rsidRDefault="00156693">
            <w:pPr>
              <w:spacing w:after="0" w:line="240" w:lineRule="auto"/>
              <w:ind w:left="-20"/>
              <w:jc w:val="center"/>
              <w:rPr>
                <w:sz w:val="20"/>
                <w:szCs w:val="20"/>
              </w:rPr>
            </w:pPr>
          </w:p>
          <w:p w14:paraId="5595D10C" w14:textId="77777777" w:rsidR="00156693" w:rsidRDefault="00000000">
            <w:pPr>
              <w:spacing w:after="0" w:line="240" w:lineRule="auto"/>
              <w:ind w:left="-20"/>
              <w:jc w:val="center"/>
              <w:rPr>
                <w:sz w:val="20"/>
                <w:szCs w:val="20"/>
              </w:rPr>
            </w:pPr>
            <w:r>
              <w:rPr>
                <w:sz w:val="20"/>
                <w:szCs w:val="20"/>
              </w:rPr>
              <w:t xml:space="preserve">Agenția Națională Tineret </w:t>
            </w:r>
          </w:p>
          <w:p w14:paraId="6F81A900" w14:textId="77777777" w:rsidR="00156693" w:rsidRDefault="00156693">
            <w:pPr>
              <w:spacing w:after="0" w:line="240" w:lineRule="auto"/>
              <w:ind w:left="-20"/>
              <w:jc w:val="center"/>
              <w:rPr>
                <w:sz w:val="20"/>
                <w:szCs w:val="20"/>
              </w:rPr>
            </w:pPr>
          </w:p>
          <w:p w14:paraId="5C3D5790" w14:textId="77777777" w:rsidR="00156693" w:rsidRDefault="00000000">
            <w:pPr>
              <w:spacing w:after="0" w:line="240" w:lineRule="auto"/>
              <w:ind w:left="-20"/>
              <w:jc w:val="center"/>
              <w:rPr>
                <w:sz w:val="20"/>
                <w:szCs w:val="20"/>
              </w:rPr>
            </w:pPr>
            <w:r>
              <w:rPr>
                <w:sz w:val="20"/>
                <w:szCs w:val="20"/>
              </w:rPr>
              <w:t xml:space="preserve">Organizații ale societății civile </w:t>
            </w:r>
          </w:p>
          <w:p w14:paraId="3855252D" w14:textId="77777777" w:rsidR="00156693" w:rsidRDefault="00156693">
            <w:pPr>
              <w:spacing w:after="0" w:line="240" w:lineRule="auto"/>
              <w:ind w:left="-20"/>
              <w:jc w:val="center"/>
              <w:rPr>
                <w:sz w:val="20"/>
                <w:szCs w:val="20"/>
              </w:rPr>
            </w:pPr>
          </w:p>
          <w:p w14:paraId="357FFE79" w14:textId="77777777" w:rsidR="00156693" w:rsidRDefault="00000000">
            <w:pPr>
              <w:spacing w:after="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523A9B" w14:textId="77777777" w:rsidR="00156693" w:rsidRDefault="00000000">
            <w:pPr>
              <w:spacing w:after="40" w:line="240" w:lineRule="auto"/>
              <w:ind w:left="-20"/>
              <w:jc w:val="center"/>
              <w:rPr>
                <w:sz w:val="20"/>
                <w:szCs w:val="20"/>
              </w:rPr>
            </w:pPr>
            <w:r>
              <w:rPr>
                <w:sz w:val="20"/>
                <w:szCs w:val="20"/>
              </w:rPr>
              <w:t>4000,0</w:t>
            </w:r>
          </w:p>
          <w:p w14:paraId="0F9F0D33" w14:textId="77777777" w:rsidR="00156693" w:rsidRDefault="00000000">
            <w:pPr>
              <w:spacing w:after="0" w:line="240" w:lineRule="auto"/>
              <w:ind w:left="-20"/>
              <w:jc w:val="center"/>
              <w:rPr>
                <w:sz w:val="20"/>
                <w:szCs w:val="20"/>
              </w:rPr>
            </w:pPr>
            <w:r>
              <w:rPr>
                <w:sz w:val="20"/>
                <w:szCs w:val="20"/>
              </w:rPr>
              <w:t>BS/parteneri externi</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CA1C8A" w14:textId="77777777" w:rsidR="00156693" w:rsidRDefault="00000000">
            <w:pPr>
              <w:spacing w:after="0" w:line="240" w:lineRule="auto"/>
              <w:ind w:left="-20"/>
              <w:jc w:val="center"/>
              <w:rPr>
                <w:sz w:val="20"/>
                <w:szCs w:val="20"/>
              </w:rPr>
            </w:pPr>
            <w:r>
              <w:rPr>
                <w:sz w:val="20"/>
                <w:szCs w:val="20"/>
              </w:rPr>
              <w:t>4</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B5D11E" w14:textId="77777777" w:rsidR="00156693" w:rsidRDefault="00000000">
            <w:pPr>
              <w:spacing w:after="0" w:line="240" w:lineRule="auto"/>
              <w:ind w:left="-20"/>
              <w:jc w:val="center"/>
              <w:rPr>
                <w:sz w:val="20"/>
                <w:szCs w:val="20"/>
              </w:rPr>
            </w:pPr>
            <w:r>
              <w:rPr>
                <w:sz w:val="20"/>
                <w:szCs w:val="20"/>
              </w:rPr>
              <w:t>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2456D2" w14:textId="77777777" w:rsidR="00156693" w:rsidRDefault="00000000">
            <w:pPr>
              <w:spacing w:after="0" w:line="240" w:lineRule="auto"/>
              <w:ind w:left="-20"/>
              <w:jc w:val="center"/>
              <w:rPr>
                <w:sz w:val="20"/>
                <w:szCs w:val="20"/>
              </w:rPr>
            </w:pPr>
            <w:r>
              <w:rPr>
                <w:sz w:val="20"/>
                <w:szCs w:val="20"/>
              </w:rPr>
              <w:t>15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2397D9" w14:textId="77777777" w:rsidR="00156693" w:rsidRDefault="00000000">
            <w:pPr>
              <w:spacing w:after="0" w:line="240" w:lineRule="auto"/>
              <w:ind w:left="-20"/>
              <w:jc w:val="center"/>
              <w:rPr>
                <w:sz w:val="20"/>
                <w:szCs w:val="20"/>
              </w:rPr>
            </w:pPr>
            <w:r>
              <w:rPr>
                <w:sz w:val="20"/>
                <w:szCs w:val="20"/>
              </w:rPr>
              <w:t>20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852658" w14:textId="77777777" w:rsidR="00156693" w:rsidRDefault="00000000">
            <w:pPr>
              <w:spacing w:after="0" w:line="240" w:lineRule="auto"/>
              <w:ind w:left="-20"/>
              <w:jc w:val="center"/>
              <w:rPr>
                <w:sz w:val="20"/>
                <w:szCs w:val="20"/>
              </w:rPr>
            </w:pPr>
            <w:r>
              <w:rPr>
                <w:sz w:val="20"/>
                <w:szCs w:val="20"/>
              </w:rPr>
              <w:t>30</w:t>
            </w:r>
          </w:p>
        </w:tc>
      </w:tr>
      <w:tr w:rsidR="00156693" w14:paraId="1BE792B0" w14:textId="77777777">
        <w:trPr>
          <w:trHeight w:val="306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4601921"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B0E7A6" w14:textId="77777777" w:rsidR="00156693" w:rsidRDefault="00000000">
            <w:pPr>
              <w:spacing w:after="0" w:line="240" w:lineRule="auto"/>
              <w:ind w:left="-20"/>
              <w:rPr>
                <w:sz w:val="20"/>
                <w:szCs w:val="20"/>
                <w:highlight w:val="white"/>
              </w:rPr>
            </w:pPr>
            <w:r>
              <w:rPr>
                <w:sz w:val="20"/>
                <w:szCs w:val="20"/>
              </w:rPr>
              <w:t xml:space="preserve">2.1.3.2. Găzduirea sau suport pentru găzduirea forumurilor și conferințelor internaționale pe tineret în Republica Moldova cu participarea a cel puțin </w:t>
            </w:r>
            <w:r>
              <w:rPr>
                <w:sz w:val="20"/>
                <w:szCs w:val="20"/>
                <w:highlight w:val="white"/>
              </w:rPr>
              <w:t xml:space="preserve">50 de participanți </w:t>
            </w:r>
            <w:r>
              <w:rPr>
                <w:sz w:val="20"/>
                <w:szCs w:val="20"/>
              </w:rPr>
              <w:t>internaționali per eveniment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EB39662" w14:textId="77777777" w:rsidR="00156693" w:rsidRDefault="00000000">
            <w:pPr>
              <w:spacing w:after="0" w:line="240" w:lineRule="auto"/>
              <w:ind w:left="-20"/>
              <w:rPr>
                <w:sz w:val="20"/>
                <w:szCs w:val="20"/>
                <w:highlight w:val="white"/>
              </w:rPr>
            </w:pPr>
            <w:r>
              <w:rPr>
                <w:sz w:val="20"/>
                <w:szCs w:val="20"/>
                <w:highlight w:val="white"/>
              </w:rPr>
              <w:t>Numărul evenimentelor internaționale organizate în Republica Moldova pentru tineri cu cel puțin 50 de participanți internaționali</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9D0798" w14:textId="77777777" w:rsidR="00156693" w:rsidRDefault="00000000">
            <w:pPr>
              <w:spacing w:after="0" w:line="240" w:lineRule="auto"/>
              <w:ind w:left="-20"/>
              <w:rPr>
                <w:sz w:val="20"/>
                <w:szCs w:val="20"/>
                <w:highlight w:val="white"/>
              </w:rPr>
            </w:pPr>
            <w:r>
              <w:rPr>
                <w:sz w:val="20"/>
                <w:szCs w:val="20"/>
                <w:highlight w:val="white"/>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390B76" w14:textId="77777777" w:rsidR="00156693" w:rsidRDefault="00000000">
            <w:pPr>
              <w:spacing w:after="40" w:line="240" w:lineRule="auto"/>
              <w:ind w:left="-20"/>
              <w:rPr>
                <w:sz w:val="20"/>
                <w:szCs w:val="20"/>
                <w:highlight w:val="white"/>
              </w:rPr>
            </w:pPr>
            <w:r>
              <w:rPr>
                <w:sz w:val="20"/>
                <w:szCs w:val="20"/>
                <w:highlight w:val="white"/>
              </w:rPr>
              <w:t>Ministerul Educației și Cercetării;</w:t>
            </w:r>
          </w:p>
          <w:p w14:paraId="5879A560" w14:textId="77777777" w:rsidR="00156693" w:rsidRDefault="00156693">
            <w:pPr>
              <w:spacing w:after="0" w:line="240" w:lineRule="auto"/>
              <w:ind w:left="-20"/>
              <w:rPr>
                <w:sz w:val="20"/>
                <w:szCs w:val="20"/>
                <w:highlight w:val="white"/>
              </w:rPr>
            </w:pPr>
          </w:p>
          <w:p w14:paraId="4DCA4936" w14:textId="77777777" w:rsidR="00156693" w:rsidRDefault="00000000">
            <w:pPr>
              <w:spacing w:after="0" w:line="240" w:lineRule="auto"/>
              <w:ind w:left="-20"/>
              <w:rPr>
                <w:sz w:val="20"/>
                <w:szCs w:val="20"/>
                <w:highlight w:val="white"/>
              </w:rPr>
            </w:pPr>
            <w:r>
              <w:rPr>
                <w:sz w:val="20"/>
                <w:szCs w:val="20"/>
                <w:highlight w:val="white"/>
              </w:rPr>
              <w:t xml:space="preserve">Agenția Națională Tineret; </w:t>
            </w:r>
          </w:p>
          <w:p w14:paraId="646787B0" w14:textId="77777777" w:rsidR="00156693" w:rsidRDefault="00156693">
            <w:pPr>
              <w:spacing w:after="0" w:line="240" w:lineRule="auto"/>
              <w:ind w:left="-20"/>
              <w:rPr>
                <w:sz w:val="20"/>
                <w:szCs w:val="20"/>
                <w:highlight w:val="white"/>
              </w:rPr>
            </w:pPr>
          </w:p>
          <w:p w14:paraId="72CD5A6E" w14:textId="77777777" w:rsidR="00156693" w:rsidRDefault="00000000">
            <w:pPr>
              <w:spacing w:after="0" w:line="240" w:lineRule="auto"/>
              <w:ind w:left="-20"/>
              <w:rPr>
                <w:sz w:val="20"/>
                <w:szCs w:val="20"/>
                <w:highlight w:val="white"/>
              </w:rPr>
            </w:pPr>
            <w:r>
              <w:rPr>
                <w:sz w:val="20"/>
                <w:szCs w:val="20"/>
                <w:highlight w:val="white"/>
              </w:rPr>
              <w:t xml:space="preserve">Consiliul Național al Tineretului din Moldova.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B131297" w14:textId="77777777" w:rsidR="00156693" w:rsidRDefault="00000000">
            <w:pPr>
              <w:spacing w:after="0" w:line="240" w:lineRule="auto"/>
              <w:ind w:left="-20"/>
              <w:jc w:val="center"/>
              <w:rPr>
                <w:sz w:val="20"/>
                <w:szCs w:val="20"/>
                <w:highlight w:val="white"/>
              </w:rPr>
            </w:pPr>
            <w:r>
              <w:rPr>
                <w:sz w:val="20"/>
                <w:szCs w:val="20"/>
                <w:highlight w:val="white"/>
              </w:rPr>
              <w:t>1 000, 0</w:t>
            </w:r>
          </w:p>
          <w:p w14:paraId="35BD0299" w14:textId="77777777" w:rsidR="00156693" w:rsidRDefault="00000000">
            <w:pPr>
              <w:spacing w:after="0" w:line="240" w:lineRule="auto"/>
              <w:ind w:left="-20"/>
              <w:jc w:val="center"/>
              <w:rPr>
                <w:sz w:val="20"/>
                <w:szCs w:val="20"/>
                <w:highlight w:val="white"/>
              </w:rPr>
            </w:pPr>
            <w:r>
              <w:rPr>
                <w:sz w:val="20"/>
                <w:szCs w:val="20"/>
                <w:highlight w:val="white"/>
              </w:rPr>
              <w:t xml:space="preserve">(anual) </w:t>
            </w:r>
          </w:p>
          <w:p w14:paraId="2F1975F5" w14:textId="77777777" w:rsidR="00156693" w:rsidRDefault="00000000">
            <w:pPr>
              <w:spacing w:after="0" w:line="240" w:lineRule="auto"/>
              <w:ind w:left="-20"/>
              <w:jc w:val="center"/>
              <w:rPr>
                <w:sz w:val="20"/>
                <w:szCs w:val="20"/>
                <w:highlight w:val="white"/>
              </w:rPr>
            </w:pPr>
            <w:r>
              <w:rPr>
                <w:sz w:val="20"/>
                <w:szCs w:val="20"/>
                <w:highlight w:val="white"/>
              </w:rPr>
              <w:t>2028-2030</w:t>
            </w:r>
          </w:p>
          <w:p w14:paraId="7ECF11B1" w14:textId="77777777" w:rsidR="00156693" w:rsidRDefault="00156693">
            <w:pPr>
              <w:spacing w:after="0" w:line="240" w:lineRule="auto"/>
              <w:ind w:left="-20"/>
              <w:jc w:val="center"/>
              <w:rPr>
                <w:sz w:val="20"/>
                <w:szCs w:val="20"/>
                <w:highlight w:val="white"/>
              </w:rPr>
            </w:pPr>
          </w:p>
          <w:p w14:paraId="68E69D66" w14:textId="77777777" w:rsidR="00156693" w:rsidRDefault="00000000">
            <w:pPr>
              <w:spacing w:after="0" w:line="240" w:lineRule="auto"/>
              <w:ind w:left="-20"/>
              <w:jc w:val="center"/>
              <w:rPr>
                <w:sz w:val="20"/>
                <w:szCs w:val="20"/>
                <w:highlight w:val="white"/>
              </w:rPr>
            </w:pPr>
            <w:r>
              <w:rPr>
                <w:sz w:val="20"/>
                <w:szCs w:val="20"/>
                <w:highlight w:val="white"/>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23133AF" w14:textId="77777777" w:rsidR="00156693" w:rsidRDefault="00000000">
            <w:pPr>
              <w:spacing w:after="0" w:line="240" w:lineRule="auto"/>
              <w:ind w:left="-20"/>
              <w:jc w:val="center"/>
              <w:rPr>
                <w:sz w:val="20"/>
                <w:szCs w:val="20"/>
                <w:highlight w:val="red"/>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498B469" w14:textId="77777777" w:rsidR="00156693" w:rsidRDefault="00000000">
            <w:pPr>
              <w:spacing w:after="0" w:line="240" w:lineRule="auto"/>
              <w:ind w:left="-20"/>
              <w:jc w:val="center"/>
              <w:rPr>
                <w:sz w:val="20"/>
                <w:szCs w:val="20"/>
                <w:highlight w:val="white"/>
              </w:rPr>
            </w:pPr>
            <w:r>
              <w:rPr>
                <w:sz w:val="20"/>
                <w:szCs w:val="20"/>
                <w:highlight w:val="white"/>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14E1974" w14:textId="77777777" w:rsidR="00156693" w:rsidRDefault="00000000">
            <w:pPr>
              <w:spacing w:after="0" w:line="240" w:lineRule="auto"/>
              <w:ind w:left="-20"/>
              <w:jc w:val="center"/>
              <w:rPr>
                <w:sz w:val="20"/>
                <w:szCs w:val="20"/>
                <w:highlight w:val="white"/>
              </w:rPr>
            </w:pPr>
            <w:r>
              <w:rPr>
                <w:sz w:val="20"/>
                <w:szCs w:val="20"/>
                <w:highlight w:val="white"/>
              </w:rPr>
              <w:t>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3353E7" w14:textId="77777777" w:rsidR="00156693" w:rsidRDefault="00000000">
            <w:pPr>
              <w:spacing w:after="0" w:line="240" w:lineRule="auto"/>
              <w:ind w:left="-20"/>
              <w:jc w:val="center"/>
              <w:rPr>
                <w:sz w:val="20"/>
                <w:szCs w:val="20"/>
                <w:highlight w:val="white"/>
              </w:rPr>
            </w:pPr>
            <w:r>
              <w:rPr>
                <w:sz w:val="20"/>
                <w:szCs w:val="20"/>
                <w:highlight w:val="white"/>
              </w:rPr>
              <w:t>2</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2699D1" w14:textId="77777777" w:rsidR="00156693" w:rsidRDefault="00000000">
            <w:pPr>
              <w:spacing w:after="0" w:line="240" w:lineRule="auto"/>
              <w:ind w:left="-20"/>
              <w:jc w:val="center"/>
              <w:rPr>
                <w:sz w:val="20"/>
                <w:szCs w:val="20"/>
                <w:highlight w:val="white"/>
              </w:rPr>
            </w:pPr>
            <w:r>
              <w:rPr>
                <w:sz w:val="20"/>
                <w:szCs w:val="20"/>
                <w:highlight w:val="white"/>
              </w:rPr>
              <w:t>2</w:t>
            </w:r>
          </w:p>
        </w:tc>
      </w:tr>
      <w:tr w:rsidR="00156693" w14:paraId="132F3802"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1DF3206A" w14:textId="77777777" w:rsidR="00156693" w:rsidRDefault="00000000">
            <w:pPr>
              <w:spacing w:after="0" w:line="240" w:lineRule="auto"/>
              <w:ind w:left="-20"/>
              <w:jc w:val="both"/>
              <w:rPr>
                <w:b/>
                <w:bCs/>
                <w:sz w:val="20"/>
                <w:szCs w:val="20"/>
              </w:rPr>
            </w:pPr>
            <w:r>
              <w:rPr>
                <w:b/>
                <w:bCs/>
                <w:sz w:val="20"/>
                <w:szCs w:val="20"/>
              </w:rPr>
              <w:t>Obiectivul specific 2.2. Consolidarea structurilor și grupurilor de tineri funcționale și active care realizează inițiative civice și contribuie la dezvoltarea comunitară</w:t>
            </w:r>
          </w:p>
        </w:tc>
      </w:tr>
      <w:tr w:rsidR="00156693" w14:paraId="7D7FAC5C" w14:textId="77777777">
        <w:trPr>
          <w:trHeight w:val="2835"/>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58472BB" w14:textId="77777777" w:rsidR="00156693" w:rsidRDefault="00000000">
            <w:pPr>
              <w:spacing w:after="40" w:line="240" w:lineRule="auto"/>
              <w:ind w:left="-20"/>
              <w:rPr>
                <w:sz w:val="20"/>
                <w:szCs w:val="20"/>
              </w:rPr>
            </w:pPr>
            <w:r>
              <w:rPr>
                <w:b/>
                <w:bCs/>
                <w:i/>
                <w:iCs/>
                <w:sz w:val="20"/>
                <w:szCs w:val="20"/>
              </w:rPr>
              <w:t>Rezultat anticipat</w:t>
            </w:r>
            <w:r>
              <w:rPr>
                <w:sz w:val="20"/>
                <w:szCs w:val="20"/>
              </w:rPr>
              <w:t xml:space="preserve"> 2.2.1. Mai mulți tineri dețin competențele și abilitățile de viață necesare pentru a se implica activ și a organiza comunități</w:t>
            </w:r>
          </w:p>
          <w:p w14:paraId="153226C9" w14:textId="77777777" w:rsidR="00156693" w:rsidRDefault="00156693">
            <w:pPr>
              <w:spacing w:after="40" w:line="240" w:lineRule="auto"/>
              <w:ind w:left="-20"/>
              <w:rPr>
                <w:sz w:val="20"/>
                <w:szCs w:val="20"/>
              </w:rPr>
            </w:pPr>
          </w:p>
          <w:p w14:paraId="40069EFF" w14:textId="77777777" w:rsidR="00156693" w:rsidRDefault="00000000">
            <w:pPr>
              <w:spacing w:after="0" w:line="240" w:lineRule="auto"/>
              <w:ind w:left="-20"/>
              <w:rPr>
                <w:sz w:val="20"/>
                <w:szCs w:val="20"/>
              </w:rPr>
            </w:pPr>
            <w:r>
              <w:rPr>
                <w:b/>
                <w:bCs/>
                <w:i/>
                <w:iCs/>
                <w:sz w:val="20"/>
                <w:szCs w:val="20"/>
              </w:rPr>
              <w:t xml:space="preserve">Indicator de rezultat: </w:t>
            </w:r>
            <w:r>
              <w:rPr>
                <w:sz w:val="20"/>
                <w:szCs w:val="20"/>
              </w:rPr>
              <w:t xml:space="preserve">Numărul organizatorilor comunitari activi care </w:t>
            </w:r>
            <w:r>
              <w:rPr>
                <w:sz w:val="20"/>
                <w:szCs w:val="20"/>
              </w:rPr>
              <w:lastRenderedPageBreak/>
              <w:t>realizează activități de mobilizare comunitară</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0E7C65" w14:textId="77777777" w:rsidR="00156693" w:rsidRDefault="00000000">
            <w:pPr>
              <w:spacing w:after="0" w:line="240" w:lineRule="auto"/>
              <w:ind w:left="-20"/>
              <w:rPr>
                <w:sz w:val="20"/>
                <w:szCs w:val="20"/>
              </w:rPr>
            </w:pPr>
            <w:r>
              <w:rPr>
                <w:sz w:val="20"/>
                <w:szCs w:val="20"/>
              </w:rPr>
              <w:lastRenderedPageBreak/>
              <w:t>2.2.1.1. Suport pentru organizatori comunitari, facilitatori și organizații locale să pună în practică metodele de mobilizare comunitară, prin training, mentorat și exerciții practice.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BC70DC7" w14:textId="77777777" w:rsidR="00156693" w:rsidRDefault="00000000">
            <w:pPr>
              <w:spacing w:after="0" w:line="240" w:lineRule="auto"/>
              <w:ind w:left="-20"/>
              <w:rPr>
                <w:sz w:val="20"/>
                <w:szCs w:val="20"/>
              </w:rPr>
            </w:pPr>
            <w:r>
              <w:rPr>
                <w:sz w:val="20"/>
                <w:szCs w:val="20"/>
              </w:rPr>
              <w:t>Metodologie de suport adoptată;</w:t>
            </w:r>
          </w:p>
          <w:p w14:paraId="3E685207" w14:textId="77777777" w:rsidR="00156693" w:rsidRDefault="00156693">
            <w:pPr>
              <w:spacing w:after="0" w:line="240" w:lineRule="auto"/>
              <w:ind w:left="-20"/>
              <w:rPr>
                <w:sz w:val="20"/>
                <w:szCs w:val="20"/>
              </w:rPr>
            </w:pPr>
          </w:p>
          <w:p w14:paraId="431F9C00" w14:textId="77777777" w:rsidR="00156693" w:rsidRDefault="00000000">
            <w:pPr>
              <w:spacing w:after="0" w:line="240" w:lineRule="auto"/>
              <w:ind w:left="-20"/>
              <w:rPr>
                <w:sz w:val="20"/>
                <w:szCs w:val="20"/>
              </w:rPr>
            </w:pPr>
            <w:r>
              <w:rPr>
                <w:sz w:val="20"/>
                <w:szCs w:val="20"/>
              </w:rPr>
              <w:t>Numărul organizatorilor care realizează activități de mobilizare comunitară</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B09474" w14:textId="77777777" w:rsidR="00156693" w:rsidRDefault="00000000">
            <w:pPr>
              <w:spacing w:after="0" w:line="240" w:lineRule="auto"/>
              <w:ind w:left="-20"/>
              <w:rPr>
                <w:sz w:val="20"/>
                <w:szCs w:val="20"/>
              </w:rPr>
            </w:pPr>
            <w:r>
              <w:rPr>
                <w:sz w:val="20"/>
                <w:szCs w:val="20"/>
              </w:rPr>
              <w:t>Trim. II,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73BE18F" w14:textId="77777777" w:rsidR="00156693" w:rsidRDefault="00000000">
            <w:pPr>
              <w:spacing w:after="40" w:line="240" w:lineRule="auto"/>
              <w:ind w:left="-20"/>
              <w:rPr>
                <w:sz w:val="20"/>
                <w:szCs w:val="20"/>
              </w:rPr>
            </w:pPr>
            <w:r>
              <w:rPr>
                <w:sz w:val="20"/>
                <w:szCs w:val="20"/>
              </w:rPr>
              <w:t>Agenția Națională Tineret</w:t>
            </w:r>
          </w:p>
          <w:p w14:paraId="5F49065C" w14:textId="77777777" w:rsidR="00156693" w:rsidRDefault="00156693">
            <w:pPr>
              <w:spacing w:after="0" w:line="240" w:lineRule="auto"/>
              <w:ind w:left="-20"/>
              <w:rPr>
                <w:sz w:val="20"/>
                <w:szCs w:val="20"/>
              </w:rPr>
            </w:pPr>
          </w:p>
          <w:p w14:paraId="0F85E858" w14:textId="77777777" w:rsidR="00156693" w:rsidRDefault="00000000">
            <w:pPr>
              <w:spacing w:after="0" w:line="240" w:lineRule="auto"/>
              <w:ind w:left="-20"/>
              <w:rPr>
                <w:sz w:val="20"/>
                <w:szCs w:val="20"/>
              </w:rPr>
            </w:pPr>
            <w:r>
              <w:rPr>
                <w:sz w:val="20"/>
                <w:szCs w:val="20"/>
              </w:rPr>
              <w:t xml:space="preserve">Ministerul Educației și Cercetării; </w:t>
            </w:r>
          </w:p>
          <w:p w14:paraId="1F2F212F" w14:textId="77777777" w:rsidR="00156693" w:rsidRDefault="00000000">
            <w:pPr>
              <w:spacing w:after="0" w:line="240" w:lineRule="auto"/>
              <w:ind w:left="-20"/>
              <w:rPr>
                <w:sz w:val="20"/>
                <w:szCs w:val="20"/>
              </w:rPr>
            </w:pPr>
            <w:r>
              <w:rPr>
                <w:sz w:val="20"/>
                <w:szCs w:val="20"/>
              </w:rPr>
              <w:t xml:space="preserve">Organizații ale societății civile; </w:t>
            </w:r>
          </w:p>
          <w:p w14:paraId="6E18B7CD" w14:textId="77777777" w:rsidR="00156693" w:rsidRDefault="00000000">
            <w:pPr>
              <w:spacing w:after="0" w:line="240" w:lineRule="auto"/>
              <w:ind w:left="-20"/>
              <w:rPr>
                <w:sz w:val="20"/>
                <w:szCs w:val="20"/>
              </w:rPr>
            </w:pPr>
            <w:r>
              <w:rPr>
                <w:sz w:val="20"/>
                <w:szCs w:val="20"/>
              </w:rPr>
              <w:t>Centre de tineret; 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50285C" w14:textId="77777777" w:rsidR="00156693" w:rsidRDefault="00000000">
            <w:pPr>
              <w:spacing w:after="40" w:line="240" w:lineRule="auto"/>
              <w:ind w:left="-20"/>
              <w:jc w:val="center"/>
              <w:rPr>
                <w:sz w:val="20"/>
                <w:szCs w:val="20"/>
              </w:rPr>
            </w:pPr>
            <w:r>
              <w:rPr>
                <w:sz w:val="20"/>
                <w:szCs w:val="20"/>
              </w:rPr>
              <w:t>30,0</w:t>
            </w:r>
          </w:p>
          <w:p w14:paraId="2F29390D" w14:textId="77777777" w:rsidR="00156693" w:rsidRDefault="00000000">
            <w:pPr>
              <w:spacing w:after="40" w:line="240" w:lineRule="auto"/>
              <w:ind w:left="-20"/>
              <w:jc w:val="center"/>
              <w:rPr>
                <w:sz w:val="20"/>
                <w:szCs w:val="20"/>
              </w:rPr>
            </w:pPr>
            <w:r>
              <w:rPr>
                <w:sz w:val="20"/>
                <w:szCs w:val="20"/>
              </w:rPr>
              <w:t>(anual)</w:t>
            </w:r>
          </w:p>
          <w:p w14:paraId="5B7E6337" w14:textId="77777777" w:rsidR="00156693" w:rsidRDefault="00000000">
            <w:pPr>
              <w:spacing w:after="40" w:line="240" w:lineRule="auto"/>
              <w:ind w:left="-20"/>
              <w:jc w:val="center"/>
              <w:rPr>
                <w:sz w:val="20"/>
                <w:szCs w:val="20"/>
              </w:rPr>
            </w:pPr>
            <w:r>
              <w:rPr>
                <w:sz w:val="20"/>
                <w:szCs w:val="20"/>
              </w:rPr>
              <w:t>2028-2030</w:t>
            </w:r>
          </w:p>
          <w:p w14:paraId="1AB1175D"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6DA1138"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6D3614B"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484CD1" w14:textId="77777777" w:rsidR="00156693" w:rsidRDefault="00000000">
            <w:pPr>
              <w:spacing w:after="0" w:line="240" w:lineRule="auto"/>
              <w:ind w:left="-20"/>
              <w:jc w:val="center"/>
              <w:rPr>
                <w:sz w:val="20"/>
                <w:szCs w:val="20"/>
              </w:rPr>
            </w:pPr>
            <w:r>
              <w:rPr>
                <w:sz w:val="20"/>
                <w:szCs w:val="20"/>
              </w:rPr>
              <w:t>60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B7CE36" w14:textId="77777777" w:rsidR="00156693" w:rsidRDefault="00000000">
            <w:pPr>
              <w:spacing w:after="0" w:line="240" w:lineRule="auto"/>
              <w:ind w:left="-20"/>
              <w:jc w:val="center"/>
              <w:rPr>
                <w:sz w:val="20"/>
                <w:szCs w:val="20"/>
              </w:rPr>
            </w:pPr>
            <w:r>
              <w:rPr>
                <w:sz w:val="20"/>
                <w:szCs w:val="20"/>
              </w:rPr>
              <w:t>100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6EB0C1" w14:textId="77777777" w:rsidR="00156693" w:rsidRDefault="00000000">
            <w:pPr>
              <w:spacing w:after="0" w:line="240" w:lineRule="auto"/>
              <w:ind w:left="-20"/>
              <w:jc w:val="center"/>
              <w:rPr>
                <w:sz w:val="20"/>
                <w:szCs w:val="20"/>
              </w:rPr>
            </w:pPr>
            <w:r>
              <w:rPr>
                <w:sz w:val="20"/>
                <w:szCs w:val="20"/>
              </w:rPr>
              <w:t>140</w:t>
            </w:r>
          </w:p>
        </w:tc>
      </w:tr>
      <w:tr w:rsidR="00156693" w14:paraId="5DC288FB" w14:textId="77777777">
        <w:trPr>
          <w:trHeight w:val="201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60433DE"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469B9A" w14:textId="77777777" w:rsidR="00156693" w:rsidRDefault="00000000">
            <w:pPr>
              <w:spacing w:after="0" w:line="240" w:lineRule="auto"/>
              <w:ind w:left="-20"/>
              <w:rPr>
                <w:sz w:val="20"/>
                <w:szCs w:val="20"/>
              </w:rPr>
            </w:pPr>
            <w:r>
              <w:rPr>
                <w:sz w:val="20"/>
                <w:szCs w:val="20"/>
              </w:rPr>
              <w:t xml:space="preserve">2.2.1.2. Concurs de proiecte în cadrul programului Civic Lab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1CC0F27" w14:textId="77777777" w:rsidR="00156693" w:rsidRDefault="00000000">
            <w:pPr>
              <w:spacing w:after="0" w:line="240" w:lineRule="auto"/>
              <w:ind w:left="-20"/>
              <w:rPr>
                <w:sz w:val="20"/>
                <w:szCs w:val="20"/>
              </w:rPr>
            </w:pPr>
            <w:r>
              <w:rPr>
                <w:sz w:val="20"/>
                <w:szCs w:val="20"/>
              </w:rPr>
              <w:t>Numărul beneficiarilor finali ai inițiativelor Civice Lab</w:t>
            </w:r>
          </w:p>
          <w:p w14:paraId="1C6E2B74" w14:textId="77777777" w:rsidR="00156693" w:rsidRDefault="00156693">
            <w:pPr>
              <w:spacing w:after="0" w:line="240" w:lineRule="auto"/>
              <w:ind w:left="-20"/>
              <w:rPr>
                <w:sz w:val="20"/>
                <w:szCs w:val="20"/>
              </w:rPr>
            </w:pPr>
          </w:p>
          <w:p w14:paraId="4985C447" w14:textId="77777777" w:rsidR="00156693" w:rsidRDefault="00000000">
            <w:pPr>
              <w:spacing w:after="0" w:line="240" w:lineRule="auto"/>
              <w:ind w:left="-20"/>
              <w:rPr>
                <w:sz w:val="20"/>
                <w:szCs w:val="20"/>
              </w:rPr>
            </w:pPr>
            <w:r>
              <w:rPr>
                <w:sz w:val="20"/>
                <w:szCs w:val="20"/>
              </w:rPr>
              <w:t>Numărul inițiativelor Civic Lab susținute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C7A80B"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867614" w14:textId="77777777" w:rsidR="00156693" w:rsidRDefault="00000000">
            <w:pPr>
              <w:spacing w:after="40" w:line="240" w:lineRule="auto"/>
              <w:ind w:left="-20"/>
              <w:rPr>
                <w:sz w:val="20"/>
                <w:szCs w:val="20"/>
              </w:rPr>
            </w:pPr>
            <w:r>
              <w:rPr>
                <w:sz w:val="20"/>
                <w:szCs w:val="20"/>
              </w:rPr>
              <w:t xml:space="preserve">Agenția Națională Tineret; </w:t>
            </w:r>
          </w:p>
          <w:p w14:paraId="326CAD11" w14:textId="77777777" w:rsidR="00156693" w:rsidRDefault="00156693">
            <w:pPr>
              <w:spacing w:after="0" w:line="240" w:lineRule="auto"/>
              <w:ind w:left="-20"/>
              <w:rPr>
                <w:sz w:val="20"/>
                <w:szCs w:val="20"/>
              </w:rPr>
            </w:pPr>
          </w:p>
          <w:p w14:paraId="0E3829D0" w14:textId="77777777" w:rsidR="00156693" w:rsidRDefault="00000000">
            <w:pPr>
              <w:spacing w:after="0" w:line="240" w:lineRule="auto"/>
              <w:ind w:left="-20"/>
              <w:rPr>
                <w:sz w:val="20"/>
                <w:szCs w:val="20"/>
              </w:rPr>
            </w:pPr>
            <w:r>
              <w:rPr>
                <w:sz w:val="20"/>
                <w:szCs w:val="20"/>
              </w:rPr>
              <w:t xml:space="preserve">Ministerul Educației și Cercetării; </w:t>
            </w:r>
          </w:p>
          <w:p w14:paraId="1BA8D2BA" w14:textId="77777777" w:rsidR="00156693" w:rsidRDefault="00000000">
            <w:pPr>
              <w:spacing w:after="0" w:line="240" w:lineRule="auto"/>
              <w:ind w:left="-20"/>
              <w:rPr>
                <w:sz w:val="20"/>
                <w:szCs w:val="20"/>
              </w:rPr>
            </w:pPr>
            <w:r>
              <w:rPr>
                <w:sz w:val="20"/>
                <w:szCs w:val="20"/>
              </w:rPr>
              <w:t xml:space="preserve">Organizații ale societății civile; </w:t>
            </w:r>
          </w:p>
          <w:p w14:paraId="36A8EBF5"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70ED4D" w14:textId="77777777" w:rsidR="00156693" w:rsidRDefault="00000000">
            <w:pPr>
              <w:spacing w:after="40" w:line="240" w:lineRule="auto"/>
              <w:ind w:left="-20"/>
              <w:jc w:val="center"/>
              <w:rPr>
                <w:sz w:val="20"/>
                <w:szCs w:val="20"/>
              </w:rPr>
            </w:pPr>
            <w:r>
              <w:rPr>
                <w:sz w:val="20"/>
                <w:szCs w:val="20"/>
              </w:rPr>
              <w:t>1 500,0</w:t>
            </w:r>
          </w:p>
          <w:p w14:paraId="4C4C478A" w14:textId="77777777" w:rsidR="00156693" w:rsidRDefault="00000000">
            <w:pPr>
              <w:spacing w:after="40" w:line="240" w:lineRule="auto"/>
              <w:ind w:left="-20"/>
              <w:jc w:val="center"/>
              <w:rPr>
                <w:sz w:val="20"/>
                <w:szCs w:val="20"/>
              </w:rPr>
            </w:pPr>
            <w:r>
              <w:rPr>
                <w:sz w:val="20"/>
                <w:szCs w:val="20"/>
              </w:rPr>
              <w:t xml:space="preserve">(anual) </w:t>
            </w:r>
          </w:p>
          <w:p w14:paraId="25614530" w14:textId="77777777" w:rsidR="00156693" w:rsidRDefault="00000000">
            <w:pPr>
              <w:spacing w:after="40" w:line="240" w:lineRule="auto"/>
              <w:ind w:left="-20"/>
              <w:jc w:val="center"/>
              <w:rPr>
                <w:sz w:val="20"/>
                <w:szCs w:val="20"/>
              </w:rPr>
            </w:pPr>
            <w:r>
              <w:rPr>
                <w:sz w:val="20"/>
                <w:szCs w:val="20"/>
              </w:rPr>
              <w:t>2027-2030</w:t>
            </w:r>
          </w:p>
          <w:p w14:paraId="1FA803ED" w14:textId="77777777" w:rsidR="00156693" w:rsidRDefault="00000000">
            <w:pPr>
              <w:spacing w:after="40" w:line="240" w:lineRule="auto"/>
              <w:ind w:left="-20"/>
              <w:jc w:val="center"/>
              <w:rPr>
                <w:sz w:val="20"/>
                <w:szCs w:val="20"/>
              </w:rPr>
            </w:pPr>
            <w:r>
              <w:rPr>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AB6B80" w14:textId="77777777" w:rsidR="00156693" w:rsidRDefault="00000000">
            <w:pPr>
              <w:spacing w:after="0" w:line="240" w:lineRule="auto"/>
              <w:ind w:left="-20"/>
              <w:jc w:val="center"/>
              <w:rPr>
                <w:sz w:val="20"/>
                <w:szCs w:val="20"/>
              </w:rPr>
            </w:pPr>
            <w:r>
              <w:rPr>
                <w:sz w:val="20"/>
                <w:szCs w:val="20"/>
              </w:rPr>
              <w:t>50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A47BD27" w14:textId="77777777" w:rsidR="00156693" w:rsidRDefault="00000000">
            <w:pPr>
              <w:spacing w:after="0" w:line="240" w:lineRule="auto"/>
              <w:ind w:left="-20"/>
              <w:jc w:val="center"/>
              <w:rPr>
                <w:sz w:val="20"/>
                <w:szCs w:val="20"/>
              </w:rPr>
            </w:pPr>
            <w:r>
              <w:rPr>
                <w:sz w:val="20"/>
                <w:szCs w:val="20"/>
              </w:rPr>
              <w:t>50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306F17" w14:textId="77777777" w:rsidR="00156693" w:rsidRDefault="00000000">
            <w:pPr>
              <w:spacing w:after="0" w:line="240" w:lineRule="auto"/>
              <w:ind w:left="-20"/>
              <w:jc w:val="center"/>
              <w:rPr>
                <w:sz w:val="20"/>
                <w:szCs w:val="20"/>
              </w:rPr>
            </w:pPr>
            <w:r>
              <w:rPr>
                <w:sz w:val="20"/>
                <w:szCs w:val="20"/>
              </w:rPr>
              <w:t>50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228ABE" w14:textId="77777777" w:rsidR="00156693" w:rsidRDefault="00000000">
            <w:pPr>
              <w:spacing w:after="0" w:line="240" w:lineRule="auto"/>
              <w:ind w:left="-20"/>
              <w:jc w:val="center"/>
              <w:rPr>
                <w:sz w:val="20"/>
                <w:szCs w:val="20"/>
              </w:rPr>
            </w:pPr>
            <w:r>
              <w:rPr>
                <w:sz w:val="20"/>
                <w:szCs w:val="20"/>
              </w:rPr>
              <w:t>50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315624" w14:textId="77777777" w:rsidR="00156693" w:rsidRDefault="00000000">
            <w:pPr>
              <w:spacing w:after="0" w:line="240" w:lineRule="auto"/>
              <w:ind w:left="-20"/>
              <w:jc w:val="center"/>
              <w:rPr>
                <w:sz w:val="20"/>
                <w:szCs w:val="20"/>
              </w:rPr>
            </w:pPr>
            <w:r>
              <w:rPr>
                <w:sz w:val="20"/>
                <w:szCs w:val="20"/>
              </w:rPr>
              <w:t>50</w:t>
            </w:r>
          </w:p>
        </w:tc>
      </w:tr>
      <w:tr w:rsidR="00156693" w14:paraId="64DDC28C" w14:textId="77777777">
        <w:trPr>
          <w:trHeight w:val="2055"/>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B0DE03A" w14:textId="77777777" w:rsidR="00156693" w:rsidRDefault="00000000">
            <w:pPr>
              <w:spacing w:after="40" w:line="240" w:lineRule="auto"/>
              <w:ind w:left="-20"/>
              <w:rPr>
                <w:sz w:val="20"/>
                <w:szCs w:val="20"/>
              </w:rPr>
            </w:pPr>
            <w:r>
              <w:rPr>
                <w:b/>
                <w:bCs/>
                <w:i/>
                <w:iCs/>
                <w:sz w:val="20"/>
                <w:szCs w:val="20"/>
              </w:rPr>
              <w:t xml:space="preserve">Rezultat anticipat </w:t>
            </w:r>
            <w:r>
              <w:rPr>
                <w:sz w:val="20"/>
                <w:szCs w:val="20"/>
              </w:rPr>
              <w:t>2.2.2. Mai multe grupuri comunitare ale tinerilor sunt create, realizează inițiative civice și își mențin activitatea</w:t>
            </w:r>
          </w:p>
          <w:p w14:paraId="2E5FB8C9" w14:textId="77777777" w:rsidR="00156693" w:rsidRDefault="00000000">
            <w:pPr>
              <w:spacing w:after="40" w:line="240" w:lineRule="auto"/>
              <w:ind w:left="-20"/>
              <w:rPr>
                <w:sz w:val="20"/>
                <w:szCs w:val="20"/>
                <w:highlight w:val="white"/>
              </w:rPr>
            </w:pPr>
            <w:r>
              <w:rPr>
                <w:b/>
                <w:bCs/>
                <w:i/>
                <w:iCs/>
                <w:sz w:val="20"/>
                <w:szCs w:val="20"/>
              </w:rPr>
              <w:t>Indicator de rezultat:</w:t>
            </w:r>
            <w:r>
              <w:rPr>
                <w:sz w:val="20"/>
                <w:szCs w:val="20"/>
              </w:rPr>
              <w:t xml:space="preserve"> </w:t>
            </w:r>
            <w:r>
              <w:rPr>
                <w:sz w:val="20"/>
                <w:szCs w:val="20"/>
                <w:highlight w:val="white"/>
              </w:rPr>
              <w:t>Numărul tinerilor implicați în grupuri comunitare și alte structuri de tineret</w:t>
            </w:r>
            <w:r>
              <w:rPr>
                <w:sz w:val="20"/>
                <w:szCs w:val="20"/>
                <w:highlight w:val="white"/>
              </w:rPr>
              <w:b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940B4D6" w14:textId="77777777" w:rsidR="00156693" w:rsidRDefault="00000000">
            <w:pPr>
              <w:spacing w:after="0" w:line="240" w:lineRule="auto"/>
              <w:ind w:left="-20"/>
              <w:rPr>
                <w:sz w:val="20"/>
                <w:szCs w:val="20"/>
              </w:rPr>
            </w:pPr>
            <w:r>
              <w:rPr>
                <w:sz w:val="20"/>
                <w:szCs w:val="20"/>
              </w:rPr>
              <w:t>2.2.2.1. Extinderea programelor de  finanțare a inițiativelor civice locale, cu mentorat pentru grupuri comunitare și organizații.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6649F6" w14:textId="77777777" w:rsidR="00156693" w:rsidRDefault="00000000">
            <w:pPr>
              <w:spacing w:after="0" w:line="240" w:lineRule="auto"/>
              <w:ind w:left="-20"/>
              <w:rPr>
                <w:sz w:val="20"/>
                <w:szCs w:val="20"/>
              </w:rPr>
            </w:pPr>
            <w:r>
              <w:rPr>
                <w:sz w:val="20"/>
                <w:szCs w:val="20"/>
              </w:rPr>
              <w:t xml:space="preserve">Minimum 25 de inițiative civice finanțate anual; </w:t>
            </w:r>
          </w:p>
          <w:p w14:paraId="19304281" w14:textId="77777777" w:rsidR="00156693" w:rsidRDefault="00156693">
            <w:pPr>
              <w:spacing w:after="0" w:line="240" w:lineRule="auto"/>
              <w:ind w:left="-20"/>
              <w:rPr>
                <w:sz w:val="20"/>
                <w:szCs w:val="20"/>
              </w:rPr>
            </w:pPr>
          </w:p>
          <w:p w14:paraId="6B74040F" w14:textId="77777777" w:rsidR="00156693" w:rsidRDefault="00000000">
            <w:pPr>
              <w:spacing w:after="0" w:line="240" w:lineRule="auto"/>
              <w:ind w:left="-20"/>
              <w:rPr>
                <w:sz w:val="20"/>
                <w:szCs w:val="20"/>
              </w:rPr>
            </w:pPr>
            <w:r>
              <w:rPr>
                <w:sz w:val="20"/>
                <w:szCs w:val="20"/>
              </w:rPr>
              <w:t>Minim 1000 de tineri participanți la inițiativele finanțate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CCB24D" w14:textId="77777777" w:rsidR="00156693" w:rsidRDefault="00000000">
            <w:pPr>
              <w:spacing w:after="0" w:line="240" w:lineRule="auto"/>
              <w:ind w:left="-20"/>
              <w:rPr>
                <w:sz w:val="20"/>
                <w:szCs w:val="20"/>
              </w:rPr>
            </w:pPr>
            <w:r>
              <w:rPr>
                <w:sz w:val="20"/>
                <w:szCs w:val="20"/>
              </w:rPr>
              <w:t>Trim. II, anual,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E121BE" w14:textId="77777777" w:rsidR="00156693" w:rsidRDefault="00000000">
            <w:pPr>
              <w:spacing w:after="40" w:line="240" w:lineRule="auto"/>
              <w:ind w:left="-20"/>
              <w:rPr>
                <w:sz w:val="20"/>
                <w:szCs w:val="20"/>
              </w:rPr>
            </w:pPr>
            <w:r>
              <w:rPr>
                <w:sz w:val="20"/>
                <w:szCs w:val="20"/>
              </w:rPr>
              <w:t>Agenția Națională Tineret</w:t>
            </w:r>
          </w:p>
          <w:p w14:paraId="5ED853D5" w14:textId="77777777" w:rsidR="00156693" w:rsidRDefault="00156693">
            <w:pPr>
              <w:spacing w:after="0" w:line="240" w:lineRule="auto"/>
              <w:ind w:left="-20"/>
              <w:rPr>
                <w:sz w:val="20"/>
                <w:szCs w:val="20"/>
              </w:rPr>
            </w:pPr>
          </w:p>
          <w:p w14:paraId="2C14FC1B" w14:textId="77777777" w:rsidR="00156693" w:rsidRDefault="00000000">
            <w:pPr>
              <w:spacing w:after="0" w:line="240" w:lineRule="auto"/>
              <w:ind w:left="-20"/>
              <w:rPr>
                <w:sz w:val="20"/>
                <w:szCs w:val="20"/>
              </w:rPr>
            </w:pPr>
            <w:r>
              <w:rPr>
                <w:sz w:val="20"/>
                <w:szCs w:val="20"/>
              </w:rPr>
              <w:t xml:space="preserve">Autorități publice locale; </w:t>
            </w:r>
          </w:p>
          <w:p w14:paraId="3C185699" w14:textId="77777777" w:rsidR="00156693" w:rsidRDefault="00156693">
            <w:pPr>
              <w:spacing w:after="0" w:line="240" w:lineRule="auto"/>
              <w:ind w:left="-20"/>
              <w:rPr>
                <w:sz w:val="20"/>
                <w:szCs w:val="20"/>
              </w:rPr>
            </w:pPr>
          </w:p>
          <w:p w14:paraId="0CBF0DAB" w14:textId="77777777" w:rsidR="00156693" w:rsidRDefault="00000000">
            <w:pPr>
              <w:spacing w:after="0" w:line="240" w:lineRule="auto"/>
              <w:ind w:left="-20"/>
              <w:rPr>
                <w:sz w:val="20"/>
                <w:szCs w:val="20"/>
              </w:rPr>
            </w:pPr>
            <w:r>
              <w:rPr>
                <w:sz w:val="20"/>
                <w:szCs w:val="20"/>
              </w:rPr>
              <w:t>Organizații ale societății civile;</w:t>
            </w:r>
          </w:p>
          <w:p w14:paraId="187C03AF" w14:textId="77777777" w:rsidR="00156693" w:rsidRDefault="00156693">
            <w:pPr>
              <w:spacing w:after="0" w:line="240" w:lineRule="auto"/>
              <w:ind w:left="-20"/>
              <w:rPr>
                <w:sz w:val="20"/>
                <w:szCs w:val="20"/>
              </w:rPr>
            </w:pPr>
          </w:p>
          <w:p w14:paraId="68A60AA4" w14:textId="77777777" w:rsidR="00156693" w:rsidRDefault="00000000">
            <w:pPr>
              <w:spacing w:after="0" w:line="240" w:lineRule="auto"/>
              <w:ind w:left="-20"/>
              <w:rPr>
                <w:sz w:val="20"/>
                <w:szCs w:val="20"/>
              </w:rPr>
            </w:pPr>
            <w:r>
              <w:rPr>
                <w:sz w:val="20"/>
                <w:szCs w:val="20"/>
              </w:rPr>
              <w:t xml:space="preserve">Grupuri comunitare; </w:t>
            </w:r>
          </w:p>
          <w:p w14:paraId="44F32D04" w14:textId="77777777" w:rsidR="00156693" w:rsidRDefault="00156693">
            <w:pPr>
              <w:spacing w:after="0" w:line="240" w:lineRule="auto"/>
              <w:ind w:left="-20"/>
              <w:rPr>
                <w:sz w:val="20"/>
                <w:szCs w:val="20"/>
              </w:rPr>
            </w:pPr>
          </w:p>
          <w:p w14:paraId="4012BA76" w14:textId="77777777" w:rsidR="00156693" w:rsidRDefault="00000000">
            <w:pPr>
              <w:spacing w:after="0" w:line="240" w:lineRule="auto"/>
              <w:ind w:left="-20"/>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98809B3" w14:textId="77777777" w:rsidR="00156693" w:rsidRDefault="00000000">
            <w:pPr>
              <w:spacing w:after="40" w:line="240" w:lineRule="auto"/>
              <w:ind w:left="-20"/>
              <w:jc w:val="center"/>
              <w:rPr>
                <w:sz w:val="20"/>
                <w:szCs w:val="20"/>
              </w:rPr>
            </w:pPr>
            <w:r>
              <w:rPr>
                <w:sz w:val="20"/>
                <w:szCs w:val="20"/>
              </w:rPr>
              <w:t>1 000,0</w:t>
            </w:r>
          </w:p>
          <w:p w14:paraId="62E8E0C8" w14:textId="77777777" w:rsidR="00156693" w:rsidRDefault="00000000">
            <w:pPr>
              <w:spacing w:after="40" w:line="240" w:lineRule="auto"/>
              <w:ind w:left="-20"/>
              <w:jc w:val="center"/>
              <w:rPr>
                <w:sz w:val="20"/>
                <w:szCs w:val="20"/>
              </w:rPr>
            </w:pPr>
            <w:r>
              <w:rPr>
                <w:sz w:val="20"/>
                <w:szCs w:val="20"/>
              </w:rPr>
              <w:t>(anual)</w:t>
            </w:r>
          </w:p>
          <w:p w14:paraId="1B0440CF" w14:textId="77777777" w:rsidR="00156693" w:rsidRDefault="00000000">
            <w:pPr>
              <w:spacing w:after="0" w:line="240" w:lineRule="auto"/>
              <w:ind w:left="-20"/>
              <w:jc w:val="center"/>
              <w:rPr>
                <w:sz w:val="20"/>
                <w:szCs w:val="20"/>
              </w:rPr>
            </w:pPr>
            <w:r>
              <w:rPr>
                <w:sz w:val="20"/>
                <w:szCs w:val="20"/>
              </w:rPr>
              <w:t xml:space="preserve"> 2028-2029</w:t>
            </w:r>
          </w:p>
          <w:p w14:paraId="0D370B1C" w14:textId="77777777" w:rsidR="00156693" w:rsidRDefault="00000000">
            <w:pPr>
              <w:spacing w:after="0" w:line="240" w:lineRule="auto"/>
              <w:ind w:left="-20"/>
              <w:jc w:val="center"/>
              <w:rPr>
                <w:sz w:val="20"/>
                <w:szCs w:val="20"/>
              </w:rPr>
            </w:pPr>
            <w:r>
              <w:rPr>
                <w:sz w:val="20"/>
                <w:szCs w:val="20"/>
              </w:rPr>
              <w:t>Surse</w:t>
            </w:r>
          </w:p>
          <w:p w14:paraId="13B1F6B5" w14:textId="77777777" w:rsidR="00156693" w:rsidRDefault="00000000">
            <w:pPr>
              <w:spacing w:after="0" w:line="240" w:lineRule="auto"/>
              <w:ind w:left="-20"/>
              <w:jc w:val="center"/>
              <w:rPr>
                <w:sz w:val="20"/>
                <w:szCs w:val="20"/>
              </w:rPr>
            </w:pPr>
            <w:r>
              <w:rPr>
                <w:sz w:val="20"/>
                <w:szCs w:val="20"/>
              </w:rPr>
              <w:t>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5246CF" w14:textId="77777777" w:rsidR="00156693" w:rsidRDefault="00000000">
            <w:pPr>
              <w:spacing w:after="0" w:line="240" w:lineRule="auto"/>
              <w:ind w:left="-20"/>
              <w:jc w:val="center"/>
              <w:rPr>
                <w:sz w:val="20"/>
                <w:szCs w:val="20"/>
                <w:highlight w:val="white"/>
              </w:rPr>
            </w:pPr>
            <w:r>
              <w:rPr>
                <w:sz w:val="20"/>
                <w:szCs w:val="20"/>
                <w:highlight w:val="white"/>
              </w:rPr>
              <w:t>25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7350DC" w14:textId="77777777" w:rsidR="00156693" w:rsidRDefault="00000000">
            <w:pPr>
              <w:spacing w:after="0" w:line="240" w:lineRule="auto"/>
              <w:ind w:left="-20"/>
              <w:jc w:val="center"/>
              <w:rPr>
                <w:sz w:val="20"/>
                <w:szCs w:val="20"/>
                <w:highlight w:val="white"/>
              </w:rPr>
            </w:pPr>
            <w:r>
              <w:rPr>
                <w:sz w:val="20"/>
                <w:szCs w:val="20"/>
                <w:highlight w:val="white"/>
              </w:rPr>
              <w:t>30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F1E3B6" w14:textId="77777777" w:rsidR="00156693" w:rsidRDefault="00000000">
            <w:pPr>
              <w:spacing w:after="0" w:line="240" w:lineRule="auto"/>
              <w:ind w:left="-20"/>
              <w:jc w:val="center"/>
              <w:rPr>
                <w:sz w:val="20"/>
                <w:szCs w:val="20"/>
                <w:highlight w:val="white"/>
              </w:rPr>
            </w:pPr>
            <w:r>
              <w:rPr>
                <w:sz w:val="20"/>
                <w:szCs w:val="20"/>
                <w:highlight w:val="white"/>
              </w:rPr>
              <w:t>30</w:t>
            </w:r>
          </w:p>
          <w:p w14:paraId="7CB98425" w14:textId="77777777" w:rsidR="00156693" w:rsidRDefault="00156693">
            <w:pPr>
              <w:spacing w:after="0" w:line="240" w:lineRule="auto"/>
              <w:ind w:left="-20"/>
              <w:jc w:val="center"/>
              <w:rPr>
                <w:sz w:val="20"/>
                <w:szCs w:val="20"/>
                <w:highlight w:val="white"/>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0F8722" w14:textId="77777777" w:rsidR="00156693" w:rsidRDefault="00000000">
            <w:pPr>
              <w:spacing w:after="0" w:line="240" w:lineRule="auto"/>
              <w:ind w:left="-20"/>
              <w:jc w:val="center"/>
              <w:rPr>
                <w:sz w:val="20"/>
                <w:szCs w:val="20"/>
                <w:highlight w:val="white"/>
              </w:rPr>
            </w:pPr>
            <w:r>
              <w:rPr>
                <w:sz w:val="20"/>
                <w:szCs w:val="20"/>
                <w:highlight w:val="white"/>
              </w:rPr>
              <w:t>30</w:t>
            </w:r>
          </w:p>
          <w:p w14:paraId="12C021C2" w14:textId="77777777" w:rsidR="00156693" w:rsidRDefault="00156693">
            <w:pPr>
              <w:spacing w:after="0" w:line="240" w:lineRule="auto"/>
              <w:ind w:left="-20"/>
              <w:jc w:val="center"/>
              <w:rPr>
                <w:sz w:val="20"/>
                <w:szCs w:val="20"/>
                <w:highlight w:val="white"/>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FDBD36F" w14:textId="77777777" w:rsidR="00156693" w:rsidRDefault="00000000">
            <w:pPr>
              <w:spacing w:after="0" w:line="240" w:lineRule="auto"/>
              <w:ind w:left="-20"/>
              <w:jc w:val="center"/>
              <w:rPr>
                <w:sz w:val="20"/>
                <w:szCs w:val="20"/>
                <w:highlight w:val="white"/>
              </w:rPr>
            </w:pPr>
            <w:r>
              <w:rPr>
                <w:sz w:val="20"/>
                <w:szCs w:val="20"/>
                <w:highlight w:val="white"/>
              </w:rPr>
              <w:t>30</w:t>
            </w:r>
          </w:p>
          <w:p w14:paraId="5F4B3FDC" w14:textId="77777777" w:rsidR="00156693" w:rsidRDefault="00156693">
            <w:pPr>
              <w:spacing w:after="0" w:line="240" w:lineRule="auto"/>
              <w:ind w:left="-20"/>
              <w:jc w:val="center"/>
              <w:rPr>
                <w:sz w:val="20"/>
                <w:szCs w:val="20"/>
                <w:highlight w:val="white"/>
              </w:rPr>
            </w:pPr>
          </w:p>
        </w:tc>
      </w:tr>
      <w:tr w:rsidR="00156693" w14:paraId="3F230431" w14:textId="77777777">
        <w:trPr>
          <w:trHeight w:val="196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A7D56B8" w14:textId="77777777" w:rsidR="00156693" w:rsidRDefault="00156693">
            <w:pPr>
              <w:widowControl w:val="0"/>
              <w:pBdr>
                <w:top w:val="nil"/>
                <w:left w:val="nil"/>
                <w:bottom w:val="nil"/>
                <w:right w:val="nil"/>
                <w:between w:val="nil"/>
              </w:pBdr>
              <w:spacing w:after="0"/>
              <w:rPr>
                <w:sz w:val="20"/>
                <w:szCs w:val="20"/>
                <w:highlight w:val="white"/>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748CDD" w14:textId="77777777" w:rsidR="00156693" w:rsidRDefault="00000000">
            <w:pPr>
              <w:spacing w:after="0" w:line="240" w:lineRule="auto"/>
              <w:ind w:left="-20"/>
              <w:rPr>
                <w:sz w:val="20"/>
                <w:szCs w:val="20"/>
              </w:rPr>
            </w:pPr>
            <w:r>
              <w:rPr>
                <w:sz w:val="20"/>
                <w:szCs w:val="20"/>
              </w:rPr>
              <w:t>2.2.2.2. Oferirea sprijinului ulterior inițiativelor civice pentru menținerea activității grupurilor, inclusiv suport pentru înregistrarea organizațiilor locale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4CC0B9" w14:textId="77777777" w:rsidR="00156693" w:rsidRDefault="00000000">
            <w:pPr>
              <w:spacing w:after="0" w:line="240" w:lineRule="auto"/>
              <w:ind w:left="-20"/>
              <w:rPr>
                <w:sz w:val="20"/>
                <w:szCs w:val="20"/>
              </w:rPr>
            </w:pPr>
            <w:r>
              <w:rPr>
                <w:sz w:val="20"/>
                <w:szCs w:val="20"/>
              </w:rPr>
              <w:t>Numărul inițiativelor locale susținute</w:t>
            </w:r>
          </w:p>
          <w:p w14:paraId="328A22CB" w14:textId="77777777" w:rsidR="00156693" w:rsidRDefault="00156693">
            <w:pPr>
              <w:spacing w:after="0" w:line="240" w:lineRule="auto"/>
              <w:ind w:left="-20"/>
              <w:rPr>
                <w:sz w:val="20"/>
                <w:szCs w:val="20"/>
              </w:rPr>
            </w:pPr>
          </w:p>
          <w:p w14:paraId="78659851" w14:textId="77777777" w:rsidR="00156693" w:rsidRDefault="00000000">
            <w:pPr>
              <w:spacing w:after="0" w:line="240" w:lineRule="auto"/>
              <w:ind w:left="-20"/>
              <w:rPr>
                <w:sz w:val="20"/>
                <w:szCs w:val="20"/>
              </w:rPr>
            </w:pPr>
            <w:r>
              <w:rPr>
                <w:sz w:val="20"/>
                <w:szCs w:val="20"/>
              </w:rPr>
              <w:t>Numărul organizațiilor locale înregistrate/ instituționalizate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9152B6" w14:textId="77777777" w:rsidR="00156693" w:rsidRDefault="00000000">
            <w:pPr>
              <w:spacing w:after="0" w:line="240" w:lineRule="auto"/>
              <w:ind w:left="-20"/>
              <w:rPr>
                <w:sz w:val="20"/>
                <w:szCs w:val="20"/>
              </w:rPr>
            </w:pPr>
            <w:r>
              <w:rPr>
                <w:sz w:val="20"/>
                <w:szCs w:val="20"/>
              </w:rPr>
              <w:t>Trim. IV, anual,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1EF08D" w14:textId="77777777" w:rsidR="00156693" w:rsidRDefault="00000000">
            <w:pPr>
              <w:spacing w:after="40" w:line="240" w:lineRule="auto"/>
              <w:ind w:left="-20"/>
              <w:rPr>
                <w:sz w:val="20"/>
                <w:szCs w:val="20"/>
              </w:rPr>
            </w:pPr>
            <w:r>
              <w:rPr>
                <w:sz w:val="20"/>
                <w:szCs w:val="20"/>
              </w:rPr>
              <w:t>Agenția Națională Tineret</w:t>
            </w:r>
          </w:p>
          <w:p w14:paraId="23FF225F" w14:textId="77777777" w:rsidR="00156693" w:rsidRDefault="00156693">
            <w:pPr>
              <w:spacing w:after="0" w:line="240" w:lineRule="auto"/>
              <w:ind w:left="-20"/>
              <w:rPr>
                <w:sz w:val="20"/>
                <w:szCs w:val="20"/>
              </w:rPr>
            </w:pPr>
          </w:p>
          <w:p w14:paraId="0DD6657D" w14:textId="77777777" w:rsidR="00156693" w:rsidRDefault="00000000">
            <w:pPr>
              <w:spacing w:after="0" w:line="240" w:lineRule="auto"/>
              <w:ind w:left="-20"/>
              <w:rPr>
                <w:sz w:val="20"/>
                <w:szCs w:val="20"/>
              </w:rPr>
            </w:pPr>
            <w:r>
              <w:rPr>
                <w:sz w:val="20"/>
                <w:szCs w:val="20"/>
              </w:rPr>
              <w:t xml:space="preserve">Grupuri comunitare; </w:t>
            </w:r>
          </w:p>
          <w:p w14:paraId="7500311E" w14:textId="77777777" w:rsidR="00156693" w:rsidRDefault="00156693">
            <w:pPr>
              <w:spacing w:after="0" w:line="240" w:lineRule="auto"/>
              <w:ind w:left="-20"/>
              <w:rPr>
                <w:sz w:val="20"/>
                <w:szCs w:val="20"/>
              </w:rPr>
            </w:pPr>
          </w:p>
          <w:p w14:paraId="23693B65" w14:textId="77777777" w:rsidR="00156693" w:rsidRDefault="00000000">
            <w:pPr>
              <w:spacing w:after="0" w:line="240" w:lineRule="auto"/>
              <w:ind w:left="-20"/>
              <w:rPr>
                <w:sz w:val="20"/>
                <w:szCs w:val="20"/>
              </w:rPr>
            </w:pPr>
            <w:r>
              <w:rPr>
                <w:sz w:val="20"/>
                <w:szCs w:val="20"/>
              </w:rPr>
              <w:t>Consiliul Național al Tineretului din Moldova;</w:t>
            </w:r>
          </w:p>
          <w:p w14:paraId="17184FF6" w14:textId="77777777" w:rsidR="00156693" w:rsidRDefault="00156693">
            <w:pPr>
              <w:spacing w:after="0" w:line="240" w:lineRule="auto"/>
              <w:ind w:left="-20"/>
              <w:rPr>
                <w:sz w:val="20"/>
                <w:szCs w:val="20"/>
              </w:rPr>
            </w:pPr>
          </w:p>
          <w:p w14:paraId="1AC041AC" w14:textId="77777777" w:rsidR="00156693" w:rsidRDefault="00000000">
            <w:pPr>
              <w:spacing w:after="0" w:line="240" w:lineRule="auto"/>
              <w:ind w:left="-20"/>
              <w:rPr>
                <w:sz w:val="20"/>
                <w:szCs w:val="20"/>
              </w:rPr>
            </w:pPr>
            <w:r>
              <w:rPr>
                <w:sz w:val="20"/>
                <w:szCs w:val="20"/>
              </w:rPr>
              <w:t>Autorități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A42AE4" w14:textId="77777777" w:rsidR="00156693" w:rsidRDefault="00000000">
            <w:pPr>
              <w:spacing w:after="40" w:line="240" w:lineRule="auto"/>
              <w:ind w:left="-20"/>
              <w:jc w:val="center"/>
              <w:rPr>
                <w:sz w:val="20"/>
                <w:szCs w:val="20"/>
              </w:rPr>
            </w:pPr>
            <w:r>
              <w:rPr>
                <w:sz w:val="20"/>
                <w:szCs w:val="20"/>
              </w:rPr>
              <w:t>120,0</w:t>
            </w:r>
          </w:p>
          <w:p w14:paraId="210E4AA4" w14:textId="77777777" w:rsidR="00156693" w:rsidRDefault="00000000">
            <w:pPr>
              <w:spacing w:after="40" w:line="240" w:lineRule="auto"/>
              <w:ind w:left="-20"/>
              <w:jc w:val="center"/>
              <w:rPr>
                <w:sz w:val="20"/>
                <w:szCs w:val="20"/>
              </w:rPr>
            </w:pPr>
            <w:r>
              <w:rPr>
                <w:sz w:val="20"/>
                <w:szCs w:val="20"/>
              </w:rPr>
              <w:t>(anual)</w:t>
            </w:r>
          </w:p>
          <w:p w14:paraId="3C5238F0" w14:textId="77777777" w:rsidR="00156693" w:rsidRDefault="00000000">
            <w:pPr>
              <w:spacing w:after="40" w:line="240" w:lineRule="auto"/>
              <w:ind w:left="-20"/>
              <w:jc w:val="center"/>
              <w:rPr>
                <w:sz w:val="20"/>
                <w:szCs w:val="20"/>
              </w:rPr>
            </w:pPr>
            <w:r>
              <w:rPr>
                <w:sz w:val="20"/>
                <w:szCs w:val="20"/>
              </w:rPr>
              <w:t>2028-2029</w:t>
            </w:r>
          </w:p>
          <w:p w14:paraId="395F3457"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67CFB1"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D9763DC" w14:textId="77777777" w:rsidR="00156693" w:rsidRDefault="00000000">
            <w:pPr>
              <w:spacing w:after="0" w:line="240" w:lineRule="auto"/>
              <w:ind w:left="-20"/>
              <w:jc w:val="center"/>
              <w:rPr>
                <w:sz w:val="20"/>
                <w:szCs w:val="20"/>
              </w:rPr>
            </w:pPr>
            <w:r>
              <w:rPr>
                <w:sz w:val="20"/>
                <w:szCs w:val="20"/>
              </w:rPr>
              <w:t>20</w:t>
            </w:r>
          </w:p>
          <w:p w14:paraId="63DECF5A"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C5A734" w14:textId="77777777" w:rsidR="00156693" w:rsidRDefault="00000000">
            <w:pPr>
              <w:spacing w:after="0" w:line="240" w:lineRule="auto"/>
              <w:ind w:left="-20"/>
              <w:jc w:val="center"/>
              <w:rPr>
                <w:sz w:val="20"/>
                <w:szCs w:val="20"/>
              </w:rPr>
            </w:pPr>
            <w:r>
              <w:rPr>
                <w:sz w:val="20"/>
                <w:szCs w:val="20"/>
              </w:rPr>
              <w:t>20</w:t>
            </w:r>
          </w:p>
          <w:p w14:paraId="3AAC6B3B"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39A7B4C" w14:textId="77777777" w:rsidR="00156693" w:rsidRDefault="00000000">
            <w:pPr>
              <w:spacing w:after="0" w:line="240" w:lineRule="auto"/>
              <w:ind w:left="-20"/>
              <w:jc w:val="center"/>
              <w:rPr>
                <w:sz w:val="20"/>
                <w:szCs w:val="20"/>
              </w:rPr>
            </w:pPr>
            <w:r>
              <w:rPr>
                <w:sz w:val="20"/>
                <w:szCs w:val="20"/>
              </w:rPr>
              <w:t>20</w:t>
            </w:r>
          </w:p>
          <w:p w14:paraId="5878C350" w14:textId="77777777" w:rsidR="00156693" w:rsidRDefault="00156693">
            <w:pPr>
              <w:spacing w:after="0" w:line="240" w:lineRule="auto"/>
              <w:ind w:left="-20"/>
              <w:jc w:val="center"/>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E9B073" w14:textId="77777777" w:rsidR="00156693" w:rsidRDefault="00000000">
            <w:pPr>
              <w:spacing w:after="0" w:line="240" w:lineRule="auto"/>
              <w:ind w:left="-20"/>
              <w:jc w:val="center"/>
              <w:rPr>
                <w:sz w:val="20"/>
                <w:szCs w:val="20"/>
              </w:rPr>
            </w:pPr>
            <w:r>
              <w:rPr>
                <w:sz w:val="20"/>
                <w:szCs w:val="20"/>
              </w:rPr>
              <w:t>20</w:t>
            </w:r>
          </w:p>
        </w:tc>
      </w:tr>
      <w:tr w:rsidR="00156693" w14:paraId="35648718" w14:textId="77777777">
        <w:trPr>
          <w:trHeight w:val="196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D64B287"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21C001" w14:textId="77777777" w:rsidR="00156693" w:rsidRDefault="00000000">
            <w:pPr>
              <w:widowControl w:val="0"/>
              <w:spacing w:after="0" w:line="240" w:lineRule="auto"/>
              <w:rPr>
                <w:sz w:val="20"/>
                <w:szCs w:val="20"/>
              </w:rPr>
            </w:pPr>
            <w:r>
              <w:rPr>
                <w:sz w:val="20"/>
                <w:szCs w:val="20"/>
              </w:rPr>
              <w:t>2.2.2.3. Derularea unei campanii multianuale de promovare a implicării comunitare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CFD3D6" w14:textId="77777777" w:rsidR="00156693" w:rsidRDefault="00000000">
            <w:pPr>
              <w:spacing w:after="0" w:line="240" w:lineRule="auto"/>
              <w:ind w:left="-20"/>
              <w:rPr>
                <w:sz w:val="20"/>
                <w:szCs w:val="20"/>
              </w:rPr>
            </w:pPr>
            <w:r>
              <w:rPr>
                <w:sz w:val="20"/>
                <w:szCs w:val="20"/>
              </w:rPr>
              <w:t>Numărul campaniilor implementate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FE7AAF" w14:textId="77777777" w:rsidR="00156693" w:rsidRDefault="00000000">
            <w:pPr>
              <w:spacing w:after="0" w:line="240" w:lineRule="auto"/>
              <w:ind w:left="-20"/>
              <w:rPr>
                <w:sz w:val="20"/>
                <w:szCs w:val="20"/>
              </w:rPr>
            </w:pPr>
            <w:r>
              <w:rPr>
                <w:sz w:val="20"/>
                <w:szCs w:val="20"/>
              </w:rPr>
              <w:t>Trim. II, anual,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B5390F" w14:textId="77777777" w:rsidR="00156693" w:rsidRDefault="00000000">
            <w:pPr>
              <w:spacing w:after="40" w:line="240" w:lineRule="auto"/>
              <w:ind w:left="-20"/>
              <w:rPr>
                <w:sz w:val="20"/>
                <w:szCs w:val="20"/>
              </w:rPr>
            </w:pPr>
            <w:r>
              <w:rPr>
                <w:sz w:val="20"/>
                <w:szCs w:val="20"/>
              </w:rPr>
              <w:t>Agenția Națională Tineret</w:t>
            </w:r>
          </w:p>
          <w:p w14:paraId="7B5AB1BD" w14:textId="77777777" w:rsidR="00156693" w:rsidRDefault="00156693">
            <w:pPr>
              <w:spacing w:after="0" w:line="240" w:lineRule="auto"/>
              <w:ind w:left="-20"/>
              <w:rPr>
                <w:sz w:val="20"/>
                <w:szCs w:val="20"/>
              </w:rPr>
            </w:pPr>
          </w:p>
          <w:p w14:paraId="61618FD3" w14:textId="77777777" w:rsidR="00156693" w:rsidRDefault="00000000">
            <w:pPr>
              <w:spacing w:after="0" w:line="240" w:lineRule="auto"/>
              <w:ind w:left="-20"/>
              <w:rPr>
                <w:sz w:val="20"/>
                <w:szCs w:val="20"/>
              </w:rPr>
            </w:pPr>
            <w:r>
              <w:rPr>
                <w:sz w:val="20"/>
                <w:szCs w:val="20"/>
              </w:rPr>
              <w:t xml:space="preserve">Consiliul Național al Tineretului;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D78EB4" w14:textId="77777777" w:rsidR="00156693" w:rsidRDefault="00000000">
            <w:pPr>
              <w:spacing w:after="40" w:line="240" w:lineRule="auto"/>
              <w:ind w:left="-20"/>
              <w:jc w:val="center"/>
              <w:rPr>
                <w:sz w:val="20"/>
                <w:szCs w:val="20"/>
              </w:rPr>
            </w:pPr>
            <w:r>
              <w:rPr>
                <w:sz w:val="20"/>
                <w:szCs w:val="20"/>
              </w:rPr>
              <w:t>150,0</w:t>
            </w:r>
          </w:p>
          <w:p w14:paraId="468A95A9" w14:textId="77777777" w:rsidR="00156693" w:rsidRDefault="00000000">
            <w:pPr>
              <w:spacing w:after="40" w:line="240" w:lineRule="auto"/>
              <w:ind w:left="-20"/>
              <w:jc w:val="center"/>
              <w:rPr>
                <w:sz w:val="20"/>
                <w:szCs w:val="20"/>
              </w:rPr>
            </w:pPr>
            <w:r>
              <w:rPr>
                <w:sz w:val="20"/>
                <w:szCs w:val="20"/>
              </w:rPr>
              <w:t>(anual)</w:t>
            </w:r>
          </w:p>
          <w:p w14:paraId="4D9C616A" w14:textId="77777777" w:rsidR="00156693" w:rsidRDefault="00000000">
            <w:pPr>
              <w:spacing w:after="40" w:line="240" w:lineRule="auto"/>
              <w:ind w:left="-20"/>
              <w:jc w:val="center"/>
              <w:rPr>
                <w:sz w:val="20"/>
                <w:szCs w:val="20"/>
              </w:rPr>
            </w:pPr>
            <w:r>
              <w:rPr>
                <w:sz w:val="20"/>
                <w:szCs w:val="20"/>
              </w:rPr>
              <w:t>2029-2030</w:t>
            </w:r>
          </w:p>
          <w:p w14:paraId="0352045E" w14:textId="77777777" w:rsidR="00156693" w:rsidRDefault="00000000">
            <w:pPr>
              <w:spacing w:after="4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7E29FD" w14:textId="77777777" w:rsidR="00156693" w:rsidRDefault="00000000">
            <w:pPr>
              <w:spacing w:after="0" w:line="240" w:lineRule="auto"/>
              <w:ind w:left="-20"/>
              <w:jc w:val="center"/>
              <w:rPr>
                <w:sz w:val="20"/>
                <w:szCs w:val="20"/>
              </w:rPr>
            </w:pPr>
            <w:r>
              <w:rPr>
                <w:sz w:val="20"/>
                <w:szCs w:val="20"/>
              </w:rPr>
              <w:t>1</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1DD6B0"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C1C73A"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04B2C4"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4AF9F8" w14:textId="77777777" w:rsidR="00156693" w:rsidRDefault="00000000">
            <w:pPr>
              <w:spacing w:after="0" w:line="240" w:lineRule="auto"/>
              <w:ind w:left="-20"/>
              <w:jc w:val="center"/>
              <w:rPr>
                <w:sz w:val="20"/>
                <w:szCs w:val="20"/>
              </w:rPr>
            </w:pPr>
            <w:r>
              <w:rPr>
                <w:sz w:val="20"/>
                <w:szCs w:val="20"/>
              </w:rPr>
              <w:t>1</w:t>
            </w:r>
          </w:p>
        </w:tc>
      </w:tr>
      <w:tr w:rsidR="00156693" w14:paraId="0DC15416" w14:textId="77777777">
        <w:trPr>
          <w:trHeight w:val="1874"/>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C9F820D" w14:textId="77777777" w:rsidR="00156693" w:rsidRDefault="00000000">
            <w:pPr>
              <w:spacing w:after="40" w:line="240" w:lineRule="auto"/>
              <w:ind w:left="-20"/>
              <w:rPr>
                <w:sz w:val="20"/>
                <w:szCs w:val="20"/>
              </w:rPr>
            </w:pPr>
            <w:r>
              <w:rPr>
                <w:b/>
                <w:bCs/>
                <w:i/>
                <w:iCs/>
                <w:sz w:val="20"/>
                <w:szCs w:val="20"/>
              </w:rPr>
              <w:lastRenderedPageBreak/>
              <w:t>Rezultat anticipat</w:t>
            </w:r>
            <w:r>
              <w:rPr>
                <w:sz w:val="20"/>
                <w:szCs w:val="20"/>
              </w:rPr>
              <w:t xml:space="preserve"> 2.2.3. Se extinde numărul de organizații de tineret active și se consolidează colaborarea intersectorială</w:t>
            </w:r>
          </w:p>
          <w:p w14:paraId="3E4D20DD" w14:textId="77777777" w:rsidR="00156693" w:rsidRDefault="00156693">
            <w:pPr>
              <w:spacing w:after="40" w:line="240" w:lineRule="auto"/>
              <w:ind w:left="-20"/>
              <w:rPr>
                <w:sz w:val="20"/>
                <w:szCs w:val="20"/>
              </w:rPr>
            </w:pPr>
          </w:p>
          <w:p w14:paraId="2FF286BE" w14:textId="77777777" w:rsidR="00156693" w:rsidRDefault="00000000">
            <w:pPr>
              <w:spacing w:after="0" w:line="240" w:lineRule="auto"/>
              <w:ind w:left="-20"/>
              <w:rPr>
                <w:sz w:val="20"/>
                <w:szCs w:val="20"/>
              </w:rPr>
            </w:pPr>
            <w:r>
              <w:rPr>
                <w:b/>
                <w:bCs/>
                <w:i/>
                <w:iCs/>
                <w:sz w:val="20"/>
                <w:szCs w:val="20"/>
              </w:rPr>
              <w:t>Indicator de rezultat:</w:t>
            </w:r>
            <w:r>
              <w:rPr>
                <w:sz w:val="20"/>
                <w:szCs w:val="20"/>
              </w:rPr>
              <w:t xml:space="preserve"> Numărul organizațiilor de tineret active și al grupurilor informale sprijinite prin diverse mecanisme</w:t>
            </w:r>
          </w:p>
          <w:p w14:paraId="0627F34E"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ADA75D" w14:textId="77777777" w:rsidR="00156693" w:rsidRDefault="00000000">
            <w:pPr>
              <w:spacing w:after="0" w:line="240" w:lineRule="auto"/>
              <w:ind w:left="-20"/>
              <w:rPr>
                <w:sz w:val="20"/>
                <w:szCs w:val="20"/>
              </w:rPr>
            </w:pPr>
            <w:r>
              <w:rPr>
                <w:sz w:val="20"/>
                <w:szCs w:val="20"/>
              </w:rPr>
              <w:t>2.2.3.1. Continuarea programului de granturi pentru organizațiile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FA852F" w14:textId="77777777" w:rsidR="00156693" w:rsidRDefault="00000000">
            <w:pPr>
              <w:spacing w:after="0" w:line="240" w:lineRule="auto"/>
              <w:ind w:left="-20"/>
              <w:rPr>
                <w:sz w:val="20"/>
                <w:szCs w:val="20"/>
              </w:rPr>
            </w:pPr>
            <w:r>
              <w:rPr>
                <w:sz w:val="20"/>
                <w:szCs w:val="20"/>
              </w:rPr>
              <w:t xml:space="preserve">Numărul de organizații de tineret beneficiare </w:t>
            </w:r>
          </w:p>
          <w:p w14:paraId="72D43337" w14:textId="77777777" w:rsidR="00156693" w:rsidRDefault="00156693">
            <w:pPr>
              <w:spacing w:after="0" w:line="240" w:lineRule="auto"/>
              <w:ind w:left="-20"/>
              <w:rPr>
                <w:sz w:val="20"/>
                <w:szCs w:val="20"/>
              </w:rPr>
            </w:pPr>
          </w:p>
          <w:p w14:paraId="51BDA856"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3EFBFAF"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F99919D" w14:textId="77777777" w:rsidR="00156693" w:rsidRDefault="00000000">
            <w:pPr>
              <w:spacing w:after="40" w:line="240" w:lineRule="auto"/>
              <w:ind w:left="-20"/>
              <w:rPr>
                <w:sz w:val="20"/>
                <w:szCs w:val="20"/>
              </w:rPr>
            </w:pPr>
            <w:r>
              <w:rPr>
                <w:sz w:val="20"/>
                <w:szCs w:val="20"/>
              </w:rPr>
              <w:t>Agenția Națională Tineret</w:t>
            </w:r>
          </w:p>
          <w:p w14:paraId="51740362" w14:textId="77777777" w:rsidR="00156693" w:rsidRDefault="00156693">
            <w:pPr>
              <w:spacing w:after="0" w:line="240" w:lineRule="auto"/>
              <w:ind w:left="-20"/>
              <w:rPr>
                <w:sz w:val="20"/>
                <w:szCs w:val="20"/>
              </w:rPr>
            </w:pPr>
          </w:p>
          <w:p w14:paraId="6AB2AE26" w14:textId="77777777" w:rsidR="00156693" w:rsidRDefault="00000000">
            <w:pPr>
              <w:spacing w:after="0" w:line="240" w:lineRule="auto"/>
              <w:ind w:left="-20"/>
              <w:rPr>
                <w:sz w:val="20"/>
                <w:szCs w:val="20"/>
              </w:rPr>
            </w:pPr>
            <w:r>
              <w:rPr>
                <w:sz w:val="20"/>
                <w:szCs w:val="20"/>
              </w:rPr>
              <w:t>Ministerul Educației și Cercetării;</w:t>
            </w:r>
          </w:p>
          <w:p w14:paraId="63CFE90E" w14:textId="77777777" w:rsidR="00156693" w:rsidRDefault="00000000">
            <w:pPr>
              <w:spacing w:after="0" w:line="240" w:lineRule="auto"/>
              <w:ind w:left="-20"/>
              <w:rPr>
                <w:sz w:val="20"/>
                <w:szCs w:val="20"/>
              </w:rPr>
            </w:pPr>
            <w:r>
              <w:rPr>
                <w:sz w:val="20"/>
                <w:szCs w:val="20"/>
              </w:rPr>
              <w:t>Organizații ale societății civile;</w:t>
            </w:r>
          </w:p>
          <w:p w14:paraId="3A2CA497" w14:textId="77777777" w:rsidR="00156693" w:rsidRDefault="00000000">
            <w:pPr>
              <w:spacing w:after="0" w:line="240" w:lineRule="auto"/>
              <w:ind w:left="-20"/>
              <w:rPr>
                <w:sz w:val="20"/>
                <w:szCs w:val="20"/>
              </w:rPr>
            </w:pPr>
            <w:r>
              <w:rPr>
                <w:sz w:val="20"/>
                <w:szCs w:val="20"/>
              </w:rPr>
              <w:t xml:space="preserve">Autorități publice locale;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DB2FAE9" w14:textId="77777777" w:rsidR="00156693" w:rsidRDefault="00000000">
            <w:pPr>
              <w:spacing w:after="40" w:line="240" w:lineRule="auto"/>
              <w:ind w:left="-20"/>
              <w:jc w:val="center"/>
              <w:rPr>
                <w:sz w:val="20"/>
                <w:szCs w:val="20"/>
              </w:rPr>
            </w:pPr>
            <w:r>
              <w:rPr>
                <w:sz w:val="20"/>
                <w:szCs w:val="20"/>
              </w:rPr>
              <w:t>11 000,0</w:t>
            </w:r>
          </w:p>
          <w:p w14:paraId="3650B67B" w14:textId="77777777" w:rsidR="00156693" w:rsidRDefault="00000000">
            <w:pPr>
              <w:spacing w:after="40" w:line="240" w:lineRule="auto"/>
              <w:ind w:left="-20"/>
              <w:jc w:val="center"/>
              <w:rPr>
                <w:sz w:val="20"/>
                <w:szCs w:val="20"/>
              </w:rPr>
            </w:pPr>
            <w:r>
              <w:rPr>
                <w:sz w:val="20"/>
                <w:szCs w:val="20"/>
              </w:rPr>
              <w:t>(anual)</w:t>
            </w:r>
          </w:p>
          <w:p w14:paraId="51754D7F" w14:textId="77777777" w:rsidR="00156693" w:rsidRDefault="00000000">
            <w:pPr>
              <w:spacing w:after="40" w:line="240" w:lineRule="auto"/>
              <w:ind w:left="-20"/>
              <w:jc w:val="center"/>
              <w:rPr>
                <w:sz w:val="20"/>
                <w:szCs w:val="20"/>
              </w:rPr>
            </w:pPr>
            <w:r>
              <w:rPr>
                <w:sz w:val="20"/>
                <w:szCs w:val="20"/>
              </w:rPr>
              <w:t>2027-2030</w:t>
            </w:r>
          </w:p>
          <w:p w14:paraId="1C2ADF8D"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CED29B" w14:textId="77777777" w:rsidR="00156693" w:rsidRDefault="00000000">
            <w:pPr>
              <w:spacing w:after="0" w:line="240" w:lineRule="auto"/>
              <w:ind w:left="-20"/>
              <w:jc w:val="center"/>
              <w:rPr>
                <w:sz w:val="20"/>
                <w:szCs w:val="20"/>
              </w:rPr>
            </w:pPr>
            <w:r>
              <w:rPr>
                <w:sz w:val="20"/>
                <w:szCs w:val="20"/>
              </w:rPr>
              <w:t>35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72487F" w14:textId="77777777" w:rsidR="00156693" w:rsidRDefault="00000000">
            <w:pPr>
              <w:spacing w:after="0" w:line="240" w:lineRule="auto"/>
              <w:ind w:left="-20"/>
              <w:jc w:val="center"/>
              <w:rPr>
                <w:sz w:val="20"/>
                <w:szCs w:val="20"/>
              </w:rPr>
            </w:pPr>
            <w:r>
              <w:rPr>
                <w:sz w:val="20"/>
                <w:szCs w:val="20"/>
              </w:rPr>
              <w:t>35</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53EEDA" w14:textId="77777777" w:rsidR="00156693" w:rsidRDefault="00000000">
            <w:pPr>
              <w:spacing w:after="0" w:line="240" w:lineRule="auto"/>
              <w:ind w:left="-20"/>
              <w:jc w:val="center"/>
              <w:rPr>
                <w:sz w:val="20"/>
                <w:szCs w:val="20"/>
              </w:rPr>
            </w:pPr>
            <w:r>
              <w:rPr>
                <w:sz w:val="20"/>
                <w:szCs w:val="20"/>
              </w:rPr>
              <w:t>35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FEFC4F" w14:textId="77777777" w:rsidR="00156693" w:rsidRDefault="00000000">
            <w:pPr>
              <w:spacing w:after="0" w:line="240" w:lineRule="auto"/>
              <w:ind w:left="-20"/>
              <w:jc w:val="center"/>
              <w:rPr>
                <w:sz w:val="20"/>
                <w:szCs w:val="20"/>
              </w:rPr>
            </w:pPr>
            <w:r>
              <w:rPr>
                <w:sz w:val="20"/>
                <w:szCs w:val="20"/>
              </w:rPr>
              <w:t>40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2237BD" w14:textId="77777777" w:rsidR="00156693" w:rsidRDefault="00000000">
            <w:pPr>
              <w:spacing w:after="0" w:line="240" w:lineRule="auto"/>
              <w:ind w:left="-20"/>
              <w:jc w:val="center"/>
              <w:rPr>
                <w:sz w:val="20"/>
                <w:szCs w:val="20"/>
              </w:rPr>
            </w:pPr>
            <w:r>
              <w:rPr>
                <w:sz w:val="20"/>
                <w:szCs w:val="20"/>
              </w:rPr>
              <w:t>40</w:t>
            </w:r>
          </w:p>
        </w:tc>
      </w:tr>
      <w:tr w:rsidR="00156693" w14:paraId="0FDC9F48" w14:textId="77777777">
        <w:trPr>
          <w:trHeight w:val="2385"/>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CC37E5F"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2D3ED10" w14:textId="77777777" w:rsidR="00156693" w:rsidRDefault="00000000">
            <w:pPr>
              <w:spacing w:after="0" w:line="240" w:lineRule="auto"/>
              <w:ind w:left="-20"/>
              <w:rPr>
                <w:sz w:val="20"/>
                <w:szCs w:val="20"/>
              </w:rPr>
            </w:pPr>
            <w:r>
              <w:rPr>
                <w:sz w:val="20"/>
                <w:szCs w:val="20"/>
              </w:rPr>
              <w:t>2.2.3.2. Facilitarea schimbului de practici între grupuri și organizații prin platformele și structurile existente, cu mentorat între colegi și preluarea soluțiilor comunitare</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3A3D88" w14:textId="77777777" w:rsidR="00156693" w:rsidRDefault="00000000">
            <w:pPr>
              <w:spacing w:after="0" w:line="240" w:lineRule="auto"/>
              <w:ind w:left="-20"/>
              <w:rPr>
                <w:sz w:val="20"/>
                <w:szCs w:val="20"/>
              </w:rPr>
            </w:pPr>
            <w:r>
              <w:rPr>
                <w:sz w:val="20"/>
                <w:szCs w:val="20"/>
              </w:rPr>
              <w:t xml:space="preserve">Minimum 8 transferuri de practici documentate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573F29"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1ECD95" w14:textId="77777777" w:rsidR="00156693" w:rsidRDefault="00000000">
            <w:pPr>
              <w:spacing w:after="40" w:line="240" w:lineRule="auto"/>
              <w:ind w:left="-20"/>
              <w:rPr>
                <w:sz w:val="20"/>
                <w:szCs w:val="20"/>
              </w:rPr>
            </w:pPr>
            <w:r>
              <w:rPr>
                <w:sz w:val="20"/>
                <w:szCs w:val="20"/>
              </w:rPr>
              <w:t>Agenția Națională Tineret</w:t>
            </w:r>
          </w:p>
          <w:p w14:paraId="1EC17DC2" w14:textId="77777777" w:rsidR="00156693" w:rsidRDefault="00156693">
            <w:pPr>
              <w:spacing w:after="0" w:line="240" w:lineRule="auto"/>
              <w:ind w:left="-20"/>
              <w:rPr>
                <w:sz w:val="20"/>
                <w:szCs w:val="20"/>
              </w:rPr>
            </w:pPr>
          </w:p>
          <w:p w14:paraId="000250E6" w14:textId="77777777" w:rsidR="00156693" w:rsidRDefault="00000000">
            <w:pPr>
              <w:spacing w:after="0" w:line="240" w:lineRule="auto"/>
              <w:ind w:left="-20"/>
              <w:rPr>
                <w:sz w:val="20"/>
                <w:szCs w:val="20"/>
              </w:rPr>
            </w:pPr>
            <w:r>
              <w:rPr>
                <w:sz w:val="20"/>
                <w:szCs w:val="20"/>
              </w:rPr>
              <w:t>organizații ale societății civile;</w:t>
            </w:r>
          </w:p>
          <w:p w14:paraId="73E63DBA" w14:textId="77777777" w:rsidR="00156693" w:rsidRDefault="00156693">
            <w:pPr>
              <w:spacing w:after="0" w:line="240" w:lineRule="auto"/>
              <w:ind w:left="-20"/>
              <w:rPr>
                <w:sz w:val="20"/>
                <w:szCs w:val="20"/>
              </w:rPr>
            </w:pPr>
          </w:p>
          <w:p w14:paraId="62DAEEEC" w14:textId="77777777" w:rsidR="00156693" w:rsidRDefault="00000000">
            <w:pPr>
              <w:spacing w:after="0" w:line="240" w:lineRule="auto"/>
              <w:ind w:left="-20"/>
              <w:rPr>
                <w:sz w:val="20"/>
                <w:szCs w:val="20"/>
              </w:rPr>
            </w:pPr>
            <w:r>
              <w:rPr>
                <w:sz w:val="20"/>
                <w:szCs w:val="20"/>
              </w:rPr>
              <w:t>centre de tineret;</w:t>
            </w:r>
          </w:p>
          <w:p w14:paraId="040CC029" w14:textId="77777777" w:rsidR="00156693" w:rsidRDefault="00156693">
            <w:pPr>
              <w:spacing w:after="0" w:line="240" w:lineRule="auto"/>
              <w:ind w:left="-20"/>
              <w:rPr>
                <w:sz w:val="20"/>
                <w:szCs w:val="20"/>
              </w:rPr>
            </w:pPr>
          </w:p>
          <w:p w14:paraId="78349200" w14:textId="77777777" w:rsidR="00156693" w:rsidRDefault="00000000">
            <w:pPr>
              <w:spacing w:after="0" w:line="240" w:lineRule="auto"/>
              <w:ind w:left="-20"/>
              <w:rPr>
                <w:sz w:val="20"/>
                <w:szCs w:val="20"/>
              </w:rPr>
            </w:pPr>
            <w:r>
              <w:rPr>
                <w:sz w:val="20"/>
                <w:szCs w:val="20"/>
              </w:rPr>
              <w:t>organizatori comunitari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3D1F12E" w14:textId="77777777" w:rsidR="00156693" w:rsidRDefault="00000000">
            <w:pPr>
              <w:spacing w:after="40" w:line="240" w:lineRule="auto"/>
              <w:ind w:left="-20"/>
              <w:jc w:val="center"/>
              <w:rPr>
                <w:sz w:val="20"/>
                <w:szCs w:val="20"/>
              </w:rPr>
            </w:pPr>
            <w:r>
              <w:rPr>
                <w:sz w:val="20"/>
                <w:szCs w:val="20"/>
              </w:rPr>
              <w:t>83,0</w:t>
            </w:r>
          </w:p>
          <w:p w14:paraId="781E29D4" w14:textId="77777777" w:rsidR="00156693" w:rsidRDefault="00000000">
            <w:pPr>
              <w:spacing w:after="40" w:line="240" w:lineRule="auto"/>
              <w:ind w:left="-20"/>
              <w:jc w:val="center"/>
              <w:rPr>
                <w:sz w:val="20"/>
                <w:szCs w:val="20"/>
              </w:rPr>
            </w:pPr>
            <w:r>
              <w:rPr>
                <w:sz w:val="20"/>
                <w:szCs w:val="20"/>
              </w:rPr>
              <w:t xml:space="preserve">(anual) </w:t>
            </w:r>
          </w:p>
          <w:p w14:paraId="3837AC18" w14:textId="77777777" w:rsidR="00156693" w:rsidRDefault="00000000">
            <w:pPr>
              <w:spacing w:after="40" w:line="240" w:lineRule="auto"/>
              <w:ind w:left="-20"/>
              <w:jc w:val="center"/>
              <w:rPr>
                <w:sz w:val="20"/>
                <w:szCs w:val="20"/>
              </w:rPr>
            </w:pPr>
            <w:r>
              <w:rPr>
                <w:sz w:val="20"/>
                <w:szCs w:val="20"/>
              </w:rPr>
              <w:t>2027-2030</w:t>
            </w:r>
          </w:p>
          <w:p w14:paraId="4AD1D4C8"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DCE21B" w14:textId="77777777" w:rsidR="00156693" w:rsidRDefault="00000000">
            <w:pPr>
              <w:spacing w:after="0" w:line="240" w:lineRule="auto"/>
              <w:ind w:left="-20"/>
              <w:jc w:val="center"/>
              <w:rPr>
                <w:sz w:val="20"/>
                <w:szCs w:val="20"/>
              </w:rPr>
            </w:pPr>
            <w:r>
              <w:rPr>
                <w:sz w:val="20"/>
                <w:szCs w:val="20"/>
              </w:rPr>
              <w:t>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DB23C4" w14:textId="77777777" w:rsidR="00156693" w:rsidRDefault="00000000">
            <w:pPr>
              <w:spacing w:after="0" w:line="240" w:lineRule="auto"/>
              <w:ind w:left="-20"/>
              <w:jc w:val="center"/>
              <w:rPr>
                <w:sz w:val="20"/>
                <w:szCs w:val="20"/>
              </w:rPr>
            </w:pPr>
            <w:r>
              <w:rPr>
                <w:sz w:val="20"/>
                <w:szCs w:val="20"/>
              </w:rPr>
              <w:t>6</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F7D6B8" w14:textId="77777777" w:rsidR="00156693" w:rsidRDefault="00000000">
            <w:pPr>
              <w:spacing w:after="0" w:line="240" w:lineRule="auto"/>
              <w:ind w:left="-20"/>
              <w:jc w:val="center"/>
              <w:rPr>
                <w:sz w:val="20"/>
                <w:szCs w:val="20"/>
              </w:rPr>
            </w:pPr>
            <w:r>
              <w:rPr>
                <w:sz w:val="20"/>
                <w:szCs w:val="20"/>
              </w:rPr>
              <w:t>8</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F51361" w14:textId="77777777" w:rsidR="00156693" w:rsidRDefault="00000000">
            <w:pPr>
              <w:spacing w:after="0" w:line="240" w:lineRule="auto"/>
              <w:ind w:left="-20"/>
              <w:jc w:val="center"/>
              <w:rPr>
                <w:sz w:val="20"/>
                <w:szCs w:val="20"/>
              </w:rPr>
            </w:pPr>
            <w:r>
              <w:rPr>
                <w:sz w:val="20"/>
                <w:szCs w:val="20"/>
              </w:rPr>
              <w:t>8</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F55577" w14:textId="77777777" w:rsidR="00156693" w:rsidRDefault="00000000">
            <w:pPr>
              <w:spacing w:after="0" w:line="240" w:lineRule="auto"/>
              <w:ind w:left="-20"/>
              <w:jc w:val="center"/>
              <w:rPr>
                <w:sz w:val="20"/>
                <w:szCs w:val="20"/>
              </w:rPr>
            </w:pPr>
            <w:r>
              <w:rPr>
                <w:sz w:val="20"/>
                <w:szCs w:val="20"/>
              </w:rPr>
              <w:t>10</w:t>
            </w:r>
          </w:p>
        </w:tc>
      </w:tr>
      <w:tr w:rsidR="00156693" w14:paraId="4C362689" w14:textId="77777777">
        <w:trPr>
          <w:trHeight w:val="129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DD759F6"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9A2ECCF" w14:textId="77777777" w:rsidR="00156693" w:rsidRDefault="00000000">
            <w:pPr>
              <w:spacing w:after="0" w:line="240" w:lineRule="auto"/>
              <w:ind w:left="-20"/>
              <w:rPr>
                <w:sz w:val="20"/>
                <w:szCs w:val="20"/>
              </w:rPr>
            </w:pPr>
            <w:r>
              <w:rPr>
                <w:sz w:val="20"/>
                <w:szCs w:val="20"/>
              </w:rPr>
              <w:t>2.2.3.3. Organizarea conferinței naționale a organizațiilor de tineret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63B51D" w14:textId="77777777" w:rsidR="00156693" w:rsidRDefault="00000000">
            <w:pPr>
              <w:spacing w:after="0" w:line="240" w:lineRule="auto"/>
              <w:ind w:left="-20"/>
              <w:rPr>
                <w:sz w:val="20"/>
                <w:szCs w:val="20"/>
              </w:rPr>
            </w:pPr>
            <w:r>
              <w:rPr>
                <w:sz w:val="20"/>
                <w:szCs w:val="20"/>
              </w:rPr>
              <w:t>Conferință organizată</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E27F34C" w14:textId="77777777" w:rsidR="00156693" w:rsidRDefault="00000000">
            <w:pPr>
              <w:spacing w:after="0" w:line="240" w:lineRule="auto"/>
              <w:ind w:left="-20"/>
              <w:rPr>
                <w:sz w:val="20"/>
                <w:szCs w:val="20"/>
              </w:rPr>
            </w:pPr>
            <w:r>
              <w:rPr>
                <w:sz w:val="20"/>
                <w:szCs w:val="20"/>
              </w:rPr>
              <w:t>Trim. II,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DAD9BAC" w14:textId="77777777" w:rsidR="00156693" w:rsidRDefault="00000000">
            <w:pPr>
              <w:spacing w:after="40" w:line="240" w:lineRule="auto"/>
              <w:ind w:left="-20"/>
              <w:rPr>
                <w:sz w:val="20"/>
                <w:szCs w:val="20"/>
              </w:rPr>
            </w:pPr>
            <w:r>
              <w:rPr>
                <w:sz w:val="20"/>
                <w:szCs w:val="20"/>
              </w:rPr>
              <w:t>Agenția Națională Tineret</w:t>
            </w:r>
          </w:p>
          <w:p w14:paraId="383A195C" w14:textId="77777777" w:rsidR="00156693" w:rsidRDefault="00156693">
            <w:pPr>
              <w:spacing w:after="40" w:line="240" w:lineRule="auto"/>
              <w:ind w:left="-20"/>
              <w:rPr>
                <w:sz w:val="20"/>
                <w:szCs w:val="20"/>
              </w:rPr>
            </w:pPr>
          </w:p>
          <w:p w14:paraId="27EBAC46" w14:textId="77777777" w:rsidR="00156693" w:rsidRDefault="00000000">
            <w:pPr>
              <w:spacing w:after="40" w:line="240" w:lineRule="auto"/>
              <w:ind w:left="-20"/>
              <w:rPr>
                <w:sz w:val="20"/>
                <w:szCs w:val="20"/>
              </w:rPr>
            </w:pPr>
            <w:r>
              <w:rPr>
                <w:sz w:val="20"/>
                <w:szCs w:val="20"/>
              </w:rPr>
              <w:t>Consiliul Național al Tineretului din Moldova</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73CC8B5" w14:textId="77777777" w:rsidR="00156693" w:rsidRDefault="00000000">
            <w:pPr>
              <w:spacing w:after="40" w:line="240" w:lineRule="auto"/>
              <w:ind w:left="-20"/>
              <w:jc w:val="center"/>
              <w:rPr>
                <w:sz w:val="20"/>
                <w:szCs w:val="20"/>
              </w:rPr>
            </w:pPr>
            <w:r>
              <w:rPr>
                <w:sz w:val="20"/>
                <w:szCs w:val="20"/>
              </w:rPr>
              <w:t>150,0</w:t>
            </w:r>
          </w:p>
          <w:p w14:paraId="11EC81FA" w14:textId="77777777" w:rsidR="00156693" w:rsidRDefault="00000000">
            <w:pPr>
              <w:spacing w:after="0" w:line="240" w:lineRule="auto"/>
              <w:ind w:left="-20"/>
              <w:jc w:val="center"/>
              <w:rPr>
                <w:sz w:val="20"/>
                <w:szCs w:val="20"/>
              </w:rPr>
            </w:pPr>
            <w:r>
              <w:rPr>
                <w:sz w:val="20"/>
                <w:szCs w:val="20"/>
              </w:rPr>
              <w:t>(anual)</w:t>
            </w:r>
          </w:p>
          <w:p w14:paraId="39430C78" w14:textId="77777777" w:rsidR="00156693" w:rsidRDefault="00000000">
            <w:pPr>
              <w:spacing w:after="0" w:line="240" w:lineRule="auto"/>
              <w:ind w:left="-20"/>
              <w:jc w:val="center"/>
              <w:rPr>
                <w:sz w:val="20"/>
                <w:szCs w:val="20"/>
              </w:rPr>
            </w:pPr>
            <w:r>
              <w:rPr>
                <w:sz w:val="20"/>
                <w:szCs w:val="20"/>
              </w:rPr>
              <w:t>2027-2030</w:t>
            </w:r>
          </w:p>
          <w:p w14:paraId="5C42175B"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86EE00"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655E13"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D6E448"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F006EC7"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A6B338" w14:textId="77777777" w:rsidR="00156693" w:rsidRDefault="00000000">
            <w:pPr>
              <w:spacing w:after="0" w:line="240" w:lineRule="auto"/>
              <w:ind w:left="-20"/>
              <w:jc w:val="center"/>
              <w:rPr>
                <w:sz w:val="20"/>
                <w:szCs w:val="20"/>
              </w:rPr>
            </w:pPr>
            <w:r>
              <w:rPr>
                <w:sz w:val="20"/>
                <w:szCs w:val="20"/>
              </w:rPr>
              <w:t>1</w:t>
            </w:r>
          </w:p>
        </w:tc>
      </w:tr>
      <w:tr w:rsidR="00156693" w14:paraId="1816647F"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547142A4" w14:textId="77777777" w:rsidR="00156693" w:rsidRDefault="00000000">
            <w:pPr>
              <w:spacing w:after="0" w:line="240" w:lineRule="auto"/>
              <w:ind w:left="-20"/>
              <w:jc w:val="both"/>
              <w:rPr>
                <w:b/>
                <w:bCs/>
                <w:sz w:val="20"/>
                <w:szCs w:val="20"/>
              </w:rPr>
            </w:pPr>
            <w:r>
              <w:rPr>
                <w:b/>
                <w:bCs/>
                <w:sz w:val="20"/>
                <w:szCs w:val="20"/>
              </w:rPr>
              <w:t>Obiectivul specific 2.3. Extinderea accesului la programe de voluntariat și a participării efective, incluzive și continue a tinerilor</w:t>
            </w:r>
          </w:p>
        </w:tc>
      </w:tr>
      <w:tr w:rsidR="00156693" w14:paraId="290B7EB0"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E1A2A97" w14:textId="77777777" w:rsidR="00156693" w:rsidRDefault="00000000">
            <w:pPr>
              <w:spacing w:after="40" w:line="240" w:lineRule="auto"/>
              <w:ind w:left="-20"/>
              <w:rPr>
                <w:sz w:val="20"/>
                <w:szCs w:val="20"/>
              </w:rPr>
            </w:pPr>
            <w:r>
              <w:rPr>
                <w:b/>
                <w:bCs/>
                <w:i/>
                <w:iCs/>
                <w:sz w:val="20"/>
                <w:szCs w:val="20"/>
              </w:rPr>
              <w:t xml:space="preserve">Rezultat anticipat </w:t>
            </w:r>
            <w:r>
              <w:rPr>
                <w:sz w:val="20"/>
                <w:szCs w:val="20"/>
              </w:rPr>
              <w:t>2.3.1. Cadrul normativ privind activitatea de voluntariat elaborat, aprobat și aplicat</w:t>
            </w:r>
          </w:p>
          <w:p w14:paraId="3CE09D26" w14:textId="77777777" w:rsidR="00156693" w:rsidRDefault="00156693">
            <w:pPr>
              <w:spacing w:after="40" w:line="240" w:lineRule="auto"/>
              <w:ind w:left="-20"/>
              <w:rPr>
                <w:sz w:val="20"/>
                <w:szCs w:val="20"/>
              </w:rPr>
            </w:pPr>
          </w:p>
          <w:p w14:paraId="0FF9A0C9" w14:textId="77777777" w:rsidR="00156693" w:rsidRDefault="00000000">
            <w:pPr>
              <w:spacing w:after="0" w:line="240" w:lineRule="auto"/>
              <w:ind w:left="-20"/>
              <w:rPr>
                <w:sz w:val="20"/>
                <w:szCs w:val="20"/>
              </w:rPr>
            </w:pPr>
            <w:r>
              <w:rPr>
                <w:b/>
                <w:bCs/>
                <w:i/>
                <w:iCs/>
                <w:sz w:val="20"/>
                <w:szCs w:val="20"/>
              </w:rPr>
              <w:t xml:space="preserve">Indicator de rezultat: </w:t>
            </w:r>
            <w:r>
              <w:rPr>
                <w:sz w:val="20"/>
                <w:szCs w:val="20"/>
              </w:rPr>
              <w:t xml:space="preserve">Sistem de certificare a programelor, coordonare a politicilor de voluntariat și certificare a competențelor funcțional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699FAA9" w14:textId="77777777" w:rsidR="00156693" w:rsidRDefault="00000000">
            <w:pPr>
              <w:spacing w:after="0" w:line="240" w:lineRule="auto"/>
              <w:ind w:left="-20"/>
              <w:rPr>
                <w:sz w:val="20"/>
                <w:szCs w:val="20"/>
              </w:rPr>
            </w:pPr>
            <w:r>
              <w:rPr>
                <w:sz w:val="20"/>
                <w:szCs w:val="20"/>
              </w:rPr>
              <w:t>2.3.1.1. Elaborarea și aplicarea mecanismelor stipulate de Legea nr.326/2025</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3215B7" w14:textId="77777777" w:rsidR="00156693" w:rsidRDefault="00000000">
            <w:pPr>
              <w:spacing w:after="0" w:line="240" w:lineRule="auto"/>
              <w:ind w:left="-20"/>
              <w:rPr>
                <w:sz w:val="20"/>
                <w:szCs w:val="20"/>
              </w:rPr>
            </w:pPr>
            <w:r>
              <w:rPr>
                <w:sz w:val="20"/>
                <w:szCs w:val="20"/>
              </w:rPr>
              <w:t xml:space="preserve">Metodologie de certificare a programelor aprobată </w:t>
            </w:r>
          </w:p>
          <w:p w14:paraId="7877CBBE" w14:textId="77777777" w:rsidR="00156693" w:rsidRDefault="00156693">
            <w:pPr>
              <w:spacing w:after="0" w:line="240" w:lineRule="auto"/>
              <w:ind w:left="-20"/>
              <w:rPr>
                <w:sz w:val="20"/>
                <w:szCs w:val="20"/>
              </w:rPr>
            </w:pPr>
          </w:p>
          <w:p w14:paraId="26D0360E" w14:textId="77777777" w:rsidR="00156693" w:rsidRDefault="00000000">
            <w:pPr>
              <w:spacing w:after="0" w:line="240" w:lineRule="auto"/>
              <w:ind w:left="-20"/>
              <w:rPr>
                <w:sz w:val="20"/>
                <w:szCs w:val="20"/>
              </w:rPr>
            </w:pPr>
            <w:r>
              <w:rPr>
                <w:sz w:val="20"/>
                <w:szCs w:val="20"/>
              </w:rPr>
              <w:t xml:space="preserve">Metodologie de certificare a competențelor aprobată </w:t>
            </w:r>
          </w:p>
          <w:p w14:paraId="1CB67EA5" w14:textId="77777777" w:rsidR="00156693" w:rsidRDefault="00156693">
            <w:pPr>
              <w:spacing w:after="0" w:line="240" w:lineRule="auto"/>
              <w:ind w:left="-20"/>
              <w:rPr>
                <w:sz w:val="20"/>
                <w:szCs w:val="20"/>
              </w:rPr>
            </w:pPr>
          </w:p>
          <w:p w14:paraId="20254554" w14:textId="77777777" w:rsidR="00156693" w:rsidRDefault="00000000">
            <w:pPr>
              <w:spacing w:after="0" w:line="240" w:lineRule="auto"/>
              <w:ind w:left="-20"/>
              <w:rPr>
                <w:sz w:val="20"/>
                <w:szCs w:val="20"/>
              </w:rPr>
            </w:pPr>
            <w:r>
              <w:rPr>
                <w:sz w:val="20"/>
                <w:szCs w:val="20"/>
              </w:rPr>
              <w:t xml:space="preserve">Cadru de competențe aprobat </w:t>
            </w:r>
          </w:p>
          <w:p w14:paraId="50E162A2" w14:textId="77777777" w:rsidR="00156693" w:rsidRDefault="00156693">
            <w:pPr>
              <w:spacing w:after="0" w:line="240" w:lineRule="auto"/>
              <w:ind w:left="-20"/>
              <w:rPr>
                <w:sz w:val="20"/>
                <w:szCs w:val="20"/>
              </w:rPr>
            </w:pPr>
          </w:p>
          <w:p w14:paraId="7191C6C0" w14:textId="77777777" w:rsidR="00156693" w:rsidRDefault="00000000">
            <w:pPr>
              <w:spacing w:after="0" w:line="240" w:lineRule="auto"/>
              <w:ind w:left="-20"/>
              <w:rPr>
                <w:sz w:val="20"/>
                <w:szCs w:val="20"/>
              </w:rPr>
            </w:pPr>
            <w:r>
              <w:rPr>
                <w:sz w:val="20"/>
                <w:szCs w:val="20"/>
              </w:rPr>
              <w:t>Comisie de coordonare a politicilor aprobată și funcțională</w:t>
            </w:r>
          </w:p>
          <w:p w14:paraId="0082B528"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6C6752" w14:textId="77777777" w:rsidR="00156693" w:rsidRDefault="00000000">
            <w:pPr>
              <w:spacing w:after="0" w:line="240" w:lineRule="auto"/>
              <w:ind w:left="-20"/>
              <w:rPr>
                <w:sz w:val="20"/>
                <w:szCs w:val="20"/>
              </w:rPr>
            </w:pPr>
            <w:r>
              <w:rPr>
                <w:sz w:val="20"/>
                <w:szCs w:val="20"/>
              </w:rPr>
              <w:lastRenderedPageBreak/>
              <w:t xml:space="preserve">Trim. I, 2027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C47994" w14:textId="77777777" w:rsidR="00156693" w:rsidRDefault="00000000">
            <w:pPr>
              <w:spacing w:after="40" w:line="240" w:lineRule="auto"/>
              <w:ind w:left="-20"/>
              <w:jc w:val="center"/>
              <w:rPr>
                <w:sz w:val="20"/>
                <w:szCs w:val="20"/>
              </w:rPr>
            </w:pPr>
            <w:r>
              <w:rPr>
                <w:sz w:val="20"/>
                <w:szCs w:val="20"/>
              </w:rPr>
              <w:t>Ministerul Educației și Cercetării</w:t>
            </w:r>
          </w:p>
          <w:p w14:paraId="5A78D800" w14:textId="77777777" w:rsidR="00156693" w:rsidRDefault="00156693">
            <w:pPr>
              <w:spacing w:after="0" w:line="240" w:lineRule="auto"/>
              <w:ind w:left="-20"/>
              <w:jc w:val="center"/>
              <w:rPr>
                <w:sz w:val="20"/>
                <w:szCs w:val="20"/>
              </w:rPr>
            </w:pPr>
          </w:p>
          <w:p w14:paraId="69036727" w14:textId="77777777" w:rsidR="00156693" w:rsidRDefault="00000000">
            <w:pPr>
              <w:spacing w:after="0" w:line="240" w:lineRule="auto"/>
              <w:ind w:left="-20"/>
              <w:jc w:val="center"/>
              <w:rPr>
                <w:sz w:val="20"/>
                <w:szCs w:val="20"/>
              </w:rPr>
            </w:pPr>
            <w:r>
              <w:rPr>
                <w:sz w:val="20"/>
                <w:szCs w:val="20"/>
              </w:rPr>
              <w:t xml:space="preserve">Ministerul Muncii și Protecției Sociale; </w:t>
            </w:r>
          </w:p>
          <w:p w14:paraId="429941F2" w14:textId="77777777" w:rsidR="00156693" w:rsidRDefault="00156693">
            <w:pPr>
              <w:spacing w:after="0" w:line="240" w:lineRule="auto"/>
              <w:ind w:left="-20"/>
              <w:jc w:val="center"/>
              <w:rPr>
                <w:sz w:val="20"/>
                <w:szCs w:val="20"/>
              </w:rPr>
            </w:pPr>
          </w:p>
          <w:p w14:paraId="0C83C7A5" w14:textId="77777777" w:rsidR="00156693" w:rsidRDefault="00000000">
            <w:pPr>
              <w:spacing w:after="0" w:line="240" w:lineRule="auto"/>
              <w:ind w:left="-20"/>
              <w:jc w:val="center"/>
              <w:rPr>
                <w:sz w:val="20"/>
                <w:szCs w:val="20"/>
              </w:rPr>
            </w:pPr>
            <w:r>
              <w:rPr>
                <w:sz w:val="20"/>
                <w:szCs w:val="20"/>
              </w:rPr>
              <w:t xml:space="preserve">Agenția Națională Tineret; </w:t>
            </w:r>
          </w:p>
          <w:p w14:paraId="368EB98B" w14:textId="77777777" w:rsidR="00156693" w:rsidRDefault="00156693">
            <w:pPr>
              <w:spacing w:after="0" w:line="240" w:lineRule="auto"/>
              <w:ind w:left="-20"/>
              <w:jc w:val="center"/>
              <w:rPr>
                <w:sz w:val="20"/>
                <w:szCs w:val="20"/>
              </w:rPr>
            </w:pPr>
          </w:p>
          <w:p w14:paraId="1C70D09B"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FF8C3F" w14:textId="77777777" w:rsidR="00156693" w:rsidRDefault="00000000">
            <w:pPr>
              <w:spacing w:after="40" w:line="240" w:lineRule="auto"/>
              <w:ind w:left="-20"/>
              <w:jc w:val="center"/>
              <w:rPr>
                <w:sz w:val="20"/>
                <w:szCs w:val="20"/>
              </w:rPr>
            </w:pPr>
            <w:r>
              <w:rPr>
                <w:sz w:val="20"/>
                <w:szCs w:val="20"/>
              </w:rPr>
              <w:t>-</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B420BC" w14:textId="77777777" w:rsidR="00156693" w:rsidRDefault="00156693">
            <w:pPr>
              <w:spacing w:after="0" w:line="240" w:lineRule="auto"/>
              <w:ind w:left="-20"/>
              <w:jc w:val="center"/>
              <w:rPr>
                <w:sz w:val="20"/>
                <w:szCs w:val="20"/>
              </w:rPr>
            </w:pP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588997"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0A32FA8"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F683D03" w14:textId="77777777" w:rsidR="00156693" w:rsidRDefault="00156693">
            <w:pPr>
              <w:spacing w:after="0" w:line="240" w:lineRule="auto"/>
              <w:ind w:left="-20"/>
              <w:jc w:val="center"/>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F97508" w14:textId="77777777" w:rsidR="00156693" w:rsidRDefault="00156693">
            <w:pPr>
              <w:spacing w:after="0" w:line="240" w:lineRule="auto"/>
              <w:ind w:left="-20"/>
              <w:jc w:val="center"/>
              <w:rPr>
                <w:sz w:val="20"/>
                <w:szCs w:val="20"/>
              </w:rPr>
            </w:pPr>
          </w:p>
        </w:tc>
      </w:tr>
      <w:tr w:rsidR="00156693" w14:paraId="66A9629E"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907E40E" w14:textId="77777777" w:rsidR="00156693" w:rsidRDefault="00156693">
            <w:pPr>
              <w:spacing w:after="40" w:line="240" w:lineRule="auto"/>
              <w:ind w:left="-20"/>
              <w:rPr>
                <w:b/>
                <w:bCs/>
                <w:i/>
                <w:iCs/>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C4B6D0" w14:textId="77777777" w:rsidR="00156693" w:rsidRDefault="00000000">
            <w:pPr>
              <w:spacing w:after="0" w:line="240" w:lineRule="auto"/>
              <w:ind w:left="-20"/>
              <w:rPr>
                <w:sz w:val="20"/>
                <w:szCs w:val="20"/>
              </w:rPr>
            </w:pPr>
            <w:r>
              <w:rPr>
                <w:sz w:val="20"/>
                <w:szCs w:val="20"/>
              </w:rPr>
              <w:t>2.3.1.2. Desfășurarea instruirilor pentru organizațiile necomerciale, entitățile gazdă și coordonatorii de voluntari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A63F93" w14:textId="77777777" w:rsidR="00156693" w:rsidRDefault="00000000">
            <w:pPr>
              <w:spacing w:after="0" w:line="240" w:lineRule="auto"/>
              <w:ind w:left="-20"/>
              <w:rPr>
                <w:sz w:val="20"/>
                <w:szCs w:val="20"/>
              </w:rPr>
            </w:pPr>
            <w:r>
              <w:rPr>
                <w:sz w:val="20"/>
                <w:szCs w:val="20"/>
              </w:rPr>
              <w:t>Cel puțin 4 instruiri anual cu privire la funcționarea cadrului normativ</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3E1C78B" w14:textId="77777777" w:rsidR="00156693" w:rsidRDefault="00000000">
            <w:pPr>
              <w:spacing w:after="0" w:line="240" w:lineRule="auto"/>
              <w:ind w:left="-20"/>
              <w:rPr>
                <w:sz w:val="20"/>
                <w:szCs w:val="20"/>
              </w:rPr>
            </w:pPr>
            <w:r>
              <w:rPr>
                <w:sz w:val="20"/>
                <w:szCs w:val="20"/>
              </w:rPr>
              <w:t xml:space="preserve">Trim. III </w:t>
            </w:r>
          </w:p>
          <w:p w14:paraId="57B0CA81" w14:textId="77777777" w:rsidR="00156693" w:rsidRDefault="00000000">
            <w:pPr>
              <w:spacing w:after="0" w:line="240" w:lineRule="auto"/>
              <w:ind w:left="-20"/>
              <w:rPr>
                <w:sz w:val="20"/>
                <w:szCs w:val="20"/>
              </w:rPr>
            </w:pPr>
            <w:r>
              <w:rPr>
                <w:sz w:val="20"/>
                <w:szCs w:val="20"/>
              </w:rPr>
              <w:t>2027-2028</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559ABE" w14:textId="77777777" w:rsidR="00156693" w:rsidRDefault="00000000">
            <w:pPr>
              <w:spacing w:after="0" w:line="240" w:lineRule="auto"/>
              <w:ind w:left="-20"/>
              <w:jc w:val="center"/>
              <w:rPr>
                <w:sz w:val="20"/>
                <w:szCs w:val="20"/>
              </w:rPr>
            </w:pPr>
            <w:r>
              <w:rPr>
                <w:sz w:val="20"/>
                <w:szCs w:val="20"/>
              </w:rPr>
              <w:t xml:space="preserve">Agenția Națională Tineret </w:t>
            </w:r>
          </w:p>
          <w:p w14:paraId="531E49BB" w14:textId="77777777" w:rsidR="00156693" w:rsidRDefault="00156693">
            <w:pPr>
              <w:spacing w:after="0" w:line="240" w:lineRule="auto"/>
              <w:ind w:left="-20"/>
              <w:jc w:val="center"/>
              <w:rPr>
                <w:sz w:val="20"/>
                <w:szCs w:val="20"/>
              </w:rPr>
            </w:pPr>
          </w:p>
          <w:p w14:paraId="4BFF7B8D" w14:textId="77777777" w:rsidR="00156693" w:rsidRDefault="00000000">
            <w:pPr>
              <w:spacing w:after="40" w:line="240" w:lineRule="auto"/>
              <w:ind w:left="-20"/>
              <w:jc w:val="center"/>
              <w:rPr>
                <w:sz w:val="20"/>
                <w:szCs w:val="20"/>
              </w:rPr>
            </w:pPr>
            <w:r>
              <w:rPr>
                <w:sz w:val="20"/>
                <w:szCs w:val="20"/>
              </w:rPr>
              <w:t>Ministerul Educației și Cercetării</w:t>
            </w:r>
          </w:p>
          <w:p w14:paraId="2333AA4A" w14:textId="77777777" w:rsidR="00156693" w:rsidRDefault="00156693">
            <w:pPr>
              <w:spacing w:after="40" w:line="240" w:lineRule="auto"/>
              <w:ind w:left="-20"/>
              <w:jc w:val="center"/>
              <w:rPr>
                <w:sz w:val="20"/>
                <w:szCs w:val="20"/>
              </w:rPr>
            </w:pPr>
          </w:p>
          <w:p w14:paraId="1018991A" w14:textId="77777777" w:rsidR="00156693" w:rsidRDefault="00000000">
            <w:pPr>
              <w:spacing w:after="40" w:line="240" w:lineRule="auto"/>
              <w:ind w:left="-20"/>
              <w:jc w:val="center"/>
              <w:rPr>
                <w:sz w:val="20"/>
                <w:szCs w:val="20"/>
              </w:rPr>
            </w:pPr>
            <w:r>
              <w:rPr>
                <w:sz w:val="20"/>
                <w:szCs w:val="20"/>
              </w:rPr>
              <w:t xml:space="preserve">Organizații ale societății civile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B6211C" w14:textId="77777777" w:rsidR="00156693" w:rsidRDefault="00000000">
            <w:pPr>
              <w:spacing w:after="40" w:line="240" w:lineRule="auto"/>
              <w:ind w:left="-20"/>
              <w:jc w:val="center"/>
              <w:rPr>
                <w:sz w:val="20"/>
                <w:szCs w:val="20"/>
              </w:rPr>
            </w:pPr>
            <w:r>
              <w:rPr>
                <w:sz w:val="20"/>
                <w:szCs w:val="20"/>
              </w:rPr>
              <w:t xml:space="preserve">96,0 </w:t>
            </w:r>
          </w:p>
          <w:p w14:paraId="5820FE85" w14:textId="77777777" w:rsidR="00156693" w:rsidRDefault="00000000">
            <w:pPr>
              <w:spacing w:after="40" w:line="240" w:lineRule="auto"/>
              <w:ind w:left="-20"/>
              <w:jc w:val="center"/>
              <w:rPr>
                <w:sz w:val="20"/>
                <w:szCs w:val="20"/>
              </w:rPr>
            </w:pPr>
            <w:r>
              <w:rPr>
                <w:sz w:val="20"/>
                <w:szCs w:val="20"/>
              </w:rPr>
              <w:t xml:space="preserve">(anual) </w:t>
            </w:r>
          </w:p>
          <w:p w14:paraId="04D11BDF" w14:textId="77777777" w:rsidR="00156693" w:rsidRDefault="00000000">
            <w:pPr>
              <w:spacing w:after="40" w:line="240" w:lineRule="auto"/>
              <w:ind w:left="-20"/>
              <w:jc w:val="center"/>
              <w:rPr>
                <w:sz w:val="20"/>
                <w:szCs w:val="20"/>
              </w:rPr>
            </w:pPr>
            <w:r>
              <w:rPr>
                <w:sz w:val="20"/>
                <w:szCs w:val="20"/>
              </w:rPr>
              <w:t xml:space="preserve">2027-2028 </w:t>
            </w:r>
          </w:p>
          <w:p w14:paraId="6526EE89" w14:textId="77777777" w:rsidR="00156693" w:rsidRDefault="00000000">
            <w:pPr>
              <w:spacing w:after="4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199E446"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D7177D" w14:textId="77777777" w:rsidR="00156693" w:rsidRDefault="00000000">
            <w:pPr>
              <w:spacing w:after="0" w:line="240" w:lineRule="auto"/>
              <w:ind w:left="-20"/>
              <w:jc w:val="center"/>
              <w:rPr>
                <w:sz w:val="20"/>
                <w:szCs w:val="20"/>
              </w:rPr>
            </w:pPr>
            <w:r>
              <w:rPr>
                <w:sz w:val="20"/>
                <w:szCs w:val="20"/>
              </w:rPr>
              <w:t>4</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ACE9E2" w14:textId="77777777" w:rsidR="00156693" w:rsidRDefault="00000000">
            <w:pPr>
              <w:spacing w:after="0" w:line="240" w:lineRule="auto"/>
              <w:ind w:left="-20"/>
              <w:jc w:val="center"/>
              <w:rPr>
                <w:sz w:val="20"/>
                <w:szCs w:val="20"/>
              </w:rPr>
            </w:pPr>
            <w:r>
              <w:rPr>
                <w:sz w:val="20"/>
                <w:szCs w:val="20"/>
              </w:rPr>
              <w:t>4</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9543EA" w14:textId="77777777" w:rsidR="00156693" w:rsidRDefault="00000000">
            <w:pPr>
              <w:spacing w:after="0" w:line="240" w:lineRule="auto"/>
              <w:ind w:left="-20"/>
              <w:jc w:val="center"/>
              <w:rPr>
                <w:sz w:val="20"/>
                <w:szCs w:val="20"/>
              </w:rPr>
            </w:pPr>
            <w:r>
              <w:rPr>
                <w:sz w:val="20"/>
                <w:szCs w:val="20"/>
              </w:rPr>
              <w:t>4</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5B466C" w14:textId="77777777" w:rsidR="00156693" w:rsidRDefault="00000000">
            <w:pPr>
              <w:spacing w:after="0" w:line="240" w:lineRule="auto"/>
              <w:ind w:left="-20"/>
              <w:jc w:val="center"/>
              <w:rPr>
                <w:sz w:val="20"/>
                <w:szCs w:val="20"/>
              </w:rPr>
            </w:pPr>
            <w:r>
              <w:rPr>
                <w:sz w:val="20"/>
                <w:szCs w:val="20"/>
              </w:rPr>
              <w:t>4</w:t>
            </w:r>
          </w:p>
        </w:tc>
      </w:tr>
      <w:tr w:rsidR="00156693" w14:paraId="05424DE5"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0B3928E2" w14:textId="77777777" w:rsidR="00156693" w:rsidRDefault="00000000">
            <w:pPr>
              <w:spacing w:after="40" w:line="240" w:lineRule="auto"/>
              <w:ind w:left="-20"/>
              <w:rPr>
                <w:sz w:val="20"/>
                <w:szCs w:val="20"/>
              </w:rPr>
            </w:pPr>
            <w:r>
              <w:rPr>
                <w:b/>
                <w:bCs/>
                <w:i/>
                <w:iCs/>
                <w:sz w:val="20"/>
                <w:szCs w:val="20"/>
              </w:rPr>
              <w:t>Rezultat anticipat</w:t>
            </w:r>
            <w:r>
              <w:rPr>
                <w:sz w:val="20"/>
                <w:szCs w:val="20"/>
              </w:rPr>
              <w:t xml:space="preserve"> 2.3.2. Platforma națională a oportunităților de voluntariat este funcțională, administrată și utilizată</w:t>
            </w:r>
          </w:p>
          <w:p w14:paraId="2AE225A4" w14:textId="77777777" w:rsidR="00156693" w:rsidRDefault="00156693">
            <w:pPr>
              <w:spacing w:after="40" w:line="240" w:lineRule="auto"/>
              <w:ind w:left="-20"/>
              <w:rPr>
                <w:sz w:val="20"/>
                <w:szCs w:val="20"/>
              </w:rPr>
            </w:pPr>
          </w:p>
          <w:p w14:paraId="40CADF9E" w14:textId="77777777" w:rsidR="00156693" w:rsidRDefault="00000000">
            <w:pPr>
              <w:spacing w:after="0" w:line="240" w:lineRule="auto"/>
              <w:ind w:left="-20"/>
              <w:rPr>
                <w:sz w:val="20"/>
                <w:szCs w:val="20"/>
              </w:rPr>
            </w:pPr>
            <w:r>
              <w:rPr>
                <w:b/>
                <w:bCs/>
                <w:i/>
                <w:iCs/>
                <w:sz w:val="20"/>
                <w:szCs w:val="20"/>
              </w:rPr>
              <w:t>Indicator de rezultat</w:t>
            </w:r>
            <w:r>
              <w:rPr>
                <w:sz w:val="20"/>
                <w:szCs w:val="20"/>
              </w:rPr>
              <w:t>: Numărul cumulativ de oportunități de voluntariat disponibile pe platformă</w:t>
            </w:r>
          </w:p>
          <w:p w14:paraId="41F17E79"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88DCC22" w14:textId="77777777" w:rsidR="00156693" w:rsidRDefault="00000000">
            <w:pPr>
              <w:spacing w:after="0" w:line="240" w:lineRule="auto"/>
              <w:ind w:left="-20"/>
              <w:rPr>
                <w:sz w:val="20"/>
                <w:szCs w:val="20"/>
              </w:rPr>
            </w:pPr>
            <w:r>
              <w:rPr>
                <w:sz w:val="20"/>
                <w:szCs w:val="20"/>
              </w:rPr>
              <w:t>2.3.2.1. Operaționalizarea platformei oportunităților de voluntariat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DD2EF0" w14:textId="77777777" w:rsidR="00156693" w:rsidRDefault="00000000">
            <w:pPr>
              <w:spacing w:after="0" w:line="240" w:lineRule="auto"/>
              <w:ind w:left="-20"/>
              <w:rPr>
                <w:sz w:val="20"/>
                <w:szCs w:val="20"/>
              </w:rPr>
            </w:pPr>
            <w:r>
              <w:rPr>
                <w:sz w:val="20"/>
                <w:szCs w:val="20"/>
              </w:rPr>
              <w:t xml:space="preserve">Platformă funcțională și accesibilă utilizatorilor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5E66F6" w14:textId="77777777" w:rsidR="00156693" w:rsidRDefault="00000000">
            <w:pPr>
              <w:spacing w:after="0" w:line="240" w:lineRule="auto"/>
              <w:ind w:left="-20"/>
              <w:rPr>
                <w:sz w:val="20"/>
                <w:szCs w:val="20"/>
              </w:rPr>
            </w:pPr>
            <w:r>
              <w:rPr>
                <w:sz w:val="20"/>
                <w:szCs w:val="20"/>
              </w:rPr>
              <w:t>Trim. 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A0A091" w14:textId="77777777" w:rsidR="00156693" w:rsidRDefault="00000000">
            <w:pPr>
              <w:spacing w:after="40" w:line="240" w:lineRule="auto"/>
              <w:ind w:left="-20"/>
              <w:rPr>
                <w:sz w:val="20"/>
                <w:szCs w:val="20"/>
              </w:rPr>
            </w:pPr>
            <w:r>
              <w:rPr>
                <w:sz w:val="20"/>
                <w:szCs w:val="20"/>
              </w:rPr>
              <w:t>Ministerul Educației și Cercetării</w:t>
            </w:r>
          </w:p>
          <w:p w14:paraId="573CB32A" w14:textId="77777777" w:rsidR="00156693" w:rsidRDefault="00156693">
            <w:pPr>
              <w:spacing w:after="40" w:line="240" w:lineRule="auto"/>
              <w:ind w:left="-20"/>
              <w:rPr>
                <w:sz w:val="20"/>
                <w:szCs w:val="20"/>
              </w:rPr>
            </w:pPr>
          </w:p>
          <w:p w14:paraId="4EB23FF4" w14:textId="77777777" w:rsidR="00156693" w:rsidRDefault="00000000">
            <w:pPr>
              <w:spacing w:after="40" w:line="240" w:lineRule="auto"/>
              <w:ind w:left="-20"/>
              <w:rPr>
                <w:sz w:val="20"/>
                <w:szCs w:val="20"/>
              </w:rPr>
            </w:pPr>
            <w:r>
              <w:rPr>
                <w:sz w:val="20"/>
                <w:szCs w:val="20"/>
              </w:rPr>
              <w:t>Agenția Națională Tineret</w:t>
            </w:r>
          </w:p>
          <w:p w14:paraId="274C4A7C"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D23E88" w14:textId="77777777" w:rsidR="00156693" w:rsidRDefault="00000000">
            <w:pPr>
              <w:spacing w:after="40" w:line="240" w:lineRule="auto"/>
              <w:ind w:left="-20"/>
              <w:jc w:val="center"/>
              <w:rPr>
                <w:sz w:val="20"/>
                <w:szCs w:val="20"/>
              </w:rPr>
            </w:pPr>
            <w:r>
              <w:rPr>
                <w:sz w:val="20"/>
                <w:szCs w:val="20"/>
              </w:rPr>
              <w:t>320,0</w:t>
            </w:r>
          </w:p>
          <w:p w14:paraId="00B5A5D3"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A74EE4"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48A665B" w14:textId="77777777" w:rsidR="00156693" w:rsidRDefault="00000000">
            <w:pPr>
              <w:spacing w:after="0" w:line="240" w:lineRule="auto"/>
              <w:ind w:left="-20"/>
              <w:jc w:val="center"/>
              <w:rPr>
                <w:sz w:val="20"/>
                <w:szCs w:val="20"/>
              </w:rPr>
            </w:pPr>
            <w:r>
              <w:rPr>
                <w:sz w:val="20"/>
                <w:szCs w:val="20"/>
              </w:rPr>
              <w:t>250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859B15" w14:textId="77777777" w:rsidR="00156693" w:rsidRDefault="00000000">
            <w:pPr>
              <w:spacing w:after="0" w:line="240" w:lineRule="auto"/>
              <w:ind w:left="-20"/>
              <w:jc w:val="center"/>
              <w:rPr>
                <w:sz w:val="20"/>
                <w:szCs w:val="20"/>
              </w:rPr>
            </w:pPr>
            <w:r>
              <w:rPr>
                <w:sz w:val="20"/>
                <w:szCs w:val="20"/>
              </w:rPr>
              <w:t>500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9B4F4C" w14:textId="77777777" w:rsidR="00156693" w:rsidRDefault="00000000">
            <w:pPr>
              <w:spacing w:after="0" w:line="240" w:lineRule="auto"/>
              <w:ind w:left="-20"/>
              <w:jc w:val="center"/>
              <w:rPr>
                <w:sz w:val="20"/>
                <w:szCs w:val="20"/>
              </w:rPr>
            </w:pPr>
            <w:r>
              <w:rPr>
                <w:sz w:val="20"/>
                <w:szCs w:val="20"/>
              </w:rPr>
              <w:t>750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3DC1D8" w14:textId="77777777" w:rsidR="00156693" w:rsidRDefault="00000000">
            <w:pPr>
              <w:spacing w:after="0" w:line="240" w:lineRule="auto"/>
              <w:ind w:left="-20"/>
              <w:jc w:val="center"/>
              <w:rPr>
                <w:sz w:val="20"/>
                <w:szCs w:val="20"/>
              </w:rPr>
            </w:pPr>
            <w:r>
              <w:rPr>
                <w:sz w:val="20"/>
                <w:szCs w:val="20"/>
              </w:rPr>
              <w:t>1000</w:t>
            </w:r>
          </w:p>
        </w:tc>
      </w:tr>
      <w:tr w:rsidR="00156693" w14:paraId="08B90D3E" w14:textId="77777777">
        <w:trPr>
          <w:trHeight w:val="21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BB2F62C"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9AE7B9" w14:textId="77777777" w:rsidR="00156693" w:rsidRDefault="00000000">
            <w:pPr>
              <w:widowControl w:val="0"/>
              <w:spacing w:after="0" w:line="240" w:lineRule="auto"/>
              <w:rPr>
                <w:sz w:val="20"/>
                <w:szCs w:val="20"/>
              </w:rPr>
            </w:pPr>
            <w:r>
              <w:rPr>
                <w:sz w:val="20"/>
                <w:szCs w:val="20"/>
              </w:rPr>
              <w:t>2.3.2.2. Monitorizarea și oferirea suportului metodologic organizațiilor gazdă privind implementarea programelor de voluntariat</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B89A13" w14:textId="77777777" w:rsidR="00156693" w:rsidRDefault="00000000">
            <w:pPr>
              <w:widowControl w:val="0"/>
              <w:spacing w:after="0" w:line="240" w:lineRule="auto"/>
              <w:rPr>
                <w:sz w:val="20"/>
                <w:szCs w:val="20"/>
              </w:rPr>
            </w:pPr>
            <w:r>
              <w:rPr>
                <w:sz w:val="20"/>
                <w:szCs w:val="20"/>
              </w:rPr>
              <w:t>Minimum 10 organizații beneficiază anual de suport</w:t>
            </w:r>
          </w:p>
          <w:p w14:paraId="44FB73BD" w14:textId="77777777" w:rsidR="00156693" w:rsidRDefault="00156693">
            <w:pPr>
              <w:widowControl w:val="0"/>
              <w:spacing w:after="0" w:line="240" w:lineRule="auto"/>
              <w:rPr>
                <w:sz w:val="20"/>
                <w:szCs w:val="20"/>
              </w:rPr>
            </w:pPr>
          </w:p>
          <w:p w14:paraId="7D93F346" w14:textId="77777777" w:rsidR="00156693" w:rsidRDefault="00000000">
            <w:pPr>
              <w:widowControl w:val="0"/>
              <w:spacing w:after="0" w:line="240" w:lineRule="auto"/>
              <w:rPr>
                <w:sz w:val="20"/>
                <w:szCs w:val="20"/>
              </w:rPr>
            </w:pPr>
            <w:r>
              <w:rPr>
                <w:sz w:val="20"/>
                <w:szCs w:val="20"/>
              </w:rPr>
              <w:t>Minimum 10 programe de voluntariat monitorizate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E8B306"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28CAEB" w14:textId="77777777" w:rsidR="00156693" w:rsidRDefault="00000000">
            <w:pPr>
              <w:spacing w:after="40" w:line="240" w:lineRule="auto"/>
              <w:ind w:left="-20"/>
              <w:jc w:val="center"/>
              <w:rPr>
                <w:sz w:val="20"/>
                <w:szCs w:val="20"/>
              </w:rPr>
            </w:pPr>
            <w:r>
              <w:rPr>
                <w:sz w:val="20"/>
                <w:szCs w:val="20"/>
              </w:rPr>
              <w:t>Ministerul Educației și Cercetării</w:t>
            </w:r>
          </w:p>
          <w:p w14:paraId="70FD55C3" w14:textId="77777777" w:rsidR="00156693" w:rsidRDefault="00156693">
            <w:pPr>
              <w:spacing w:after="0" w:line="240" w:lineRule="auto"/>
              <w:ind w:left="-20"/>
              <w:jc w:val="center"/>
              <w:rPr>
                <w:sz w:val="20"/>
                <w:szCs w:val="20"/>
              </w:rPr>
            </w:pPr>
          </w:p>
          <w:p w14:paraId="41D0031D" w14:textId="77777777" w:rsidR="00156693" w:rsidRDefault="00000000">
            <w:pPr>
              <w:spacing w:after="0" w:line="240" w:lineRule="auto"/>
              <w:ind w:left="-20"/>
              <w:jc w:val="center"/>
              <w:rPr>
                <w:sz w:val="20"/>
                <w:szCs w:val="20"/>
              </w:rPr>
            </w:pPr>
            <w:r>
              <w:rPr>
                <w:sz w:val="20"/>
                <w:szCs w:val="20"/>
              </w:rPr>
              <w:t xml:space="preserve">Agenția Națională Tineret; </w:t>
            </w:r>
          </w:p>
          <w:p w14:paraId="64145151" w14:textId="77777777" w:rsidR="00156693" w:rsidRDefault="00156693">
            <w:pPr>
              <w:spacing w:after="0" w:line="240" w:lineRule="auto"/>
              <w:ind w:left="-20"/>
              <w:jc w:val="center"/>
              <w:rPr>
                <w:sz w:val="20"/>
                <w:szCs w:val="20"/>
              </w:rPr>
            </w:pPr>
          </w:p>
          <w:p w14:paraId="7A806BD6" w14:textId="77777777" w:rsidR="00156693" w:rsidRDefault="00000000">
            <w:pPr>
              <w:spacing w:after="0" w:line="240" w:lineRule="auto"/>
              <w:ind w:left="-20"/>
              <w:jc w:val="center"/>
              <w:rPr>
                <w:sz w:val="20"/>
                <w:szCs w:val="20"/>
              </w:rPr>
            </w:pPr>
            <w:r>
              <w:rPr>
                <w:sz w:val="20"/>
                <w:szCs w:val="20"/>
              </w:rPr>
              <w:t>Organizații Gazdă;</w:t>
            </w:r>
          </w:p>
          <w:p w14:paraId="2BB5E1A9" w14:textId="77777777" w:rsidR="00156693" w:rsidRDefault="00156693">
            <w:pPr>
              <w:spacing w:after="0" w:line="240" w:lineRule="auto"/>
              <w:ind w:left="-20"/>
              <w:jc w:val="center"/>
              <w:rPr>
                <w:sz w:val="20"/>
                <w:szCs w:val="20"/>
              </w:rPr>
            </w:pPr>
          </w:p>
          <w:p w14:paraId="7B9EE00A" w14:textId="77777777" w:rsidR="00156693" w:rsidRDefault="00000000">
            <w:pPr>
              <w:spacing w:after="0" w:line="240" w:lineRule="auto"/>
              <w:ind w:left="-20"/>
              <w:jc w:val="center"/>
              <w:rPr>
                <w:sz w:val="20"/>
                <w:szCs w:val="20"/>
              </w:rPr>
            </w:pPr>
            <w:r>
              <w:rPr>
                <w:sz w:val="20"/>
                <w:szCs w:val="20"/>
              </w:rPr>
              <w:t>Alte autorități competente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05E30F" w14:textId="77777777" w:rsidR="00156693" w:rsidRDefault="00000000">
            <w:pPr>
              <w:spacing w:after="40" w:line="240" w:lineRule="auto"/>
              <w:ind w:left="-20"/>
              <w:jc w:val="center"/>
              <w:rPr>
                <w:sz w:val="20"/>
                <w:szCs w:val="20"/>
              </w:rPr>
            </w:pPr>
            <w:r>
              <w:rPr>
                <w:sz w:val="20"/>
                <w:szCs w:val="20"/>
              </w:rPr>
              <w:t xml:space="preserve">21,0 </w:t>
            </w:r>
          </w:p>
          <w:p w14:paraId="11E48102" w14:textId="77777777" w:rsidR="00156693" w:rsidRDefault="00000000">
            <w:pPr>
              <w:spacing w:after="40" w:line="240" w:lineRule="auto"/>
              <w:ind w:left="-20"/>
              <w:jc w:val="center"/>
              <w:rPr>
                <w:sz w:val="20"/>
                <w:szCs w:val="20"/>
              </w:rPr>
            </w:pPr>
            <w:r>
              <w:rPr>
                <w:sz w:val="20"/>
                <w:szCs w:val="20"/>
              </w:rPr>
              <w:t>(anual)</w:t>
            </w:r>
          </w:p>
          <w:p w14:paraId="0635D2F1" w14:textId="77777777" w:rsidR="00156693" w:rsidRDefault="00000000">
            <w:pPr>
              <w:spacing w:after="40" w:line="240" w:lineRule="auto"/>
              <w:ind w:left="-20"/>
              <w:jc w:val="center"/>
              <w:rPr>
                <w:i/>
                <w:iCs/>
                <w:sz w:val="20"/>
                <w:szCs w:val="20"/>
              </w:rPr>
            </w:pPr>
            <w:r>
              <w:rPr>
                <w:sz w:val="20"/>
                <w:szCs w:val="20"/>
              </w:rPr>
              <w:t>2027-2030</w:t>
            </w:r>
            <w:r>
              <w:rPr>
                <w:sz w:val="20"/>
                <w:szCs w:val="20"/>
              </w:rPr>
              <w:br/>
            </w: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EA1747" w14:textId="77777777" w:rsidR="00156693" w:rsidRDefault="00000000">
            <w:pPr>
              <w:spacing w:after="0" w:line="240" w:lineRule="auto"/>
              <w:ind w:left="-20"/>
              <w:jc w:val="center"/>
              <w:rPr>
                <w:sz w:val="20"/>
                <w:szCs w:val="20"/>
              </w:rPr>
            </w:pPr>
            <w:r>
              <w:rPr>
                <w:sz w:val="20"/>
                <w:szCs w:val="20"/>
              </w:rPr>
              <w:t>10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8BF3AF" w14:textId="77777777" w:rsidR="00156693" w:rsidRDefault="00000000">
            <w:pPr>
              <w:spacing w:after="0" w:line="240" w:lineRule="auto"/>
              <w:ind w:left="-20"/>
              <w:jc w:val="center"/>
              <w:rPr>
                <w:sz w:val="20"/>
                <w:szCs w:val="20"/>
              </w:rPr>
            </w:pPr>
            <w:r>
              <w:rPr>
                <w:sz w:val="20"/>
                <w:szCs w:val="20"/>
              </w:rPr>
              <w:t>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81041D7" w14:textId="77777777" w:rsidR="00156693" w:rsidRDefault="00000000">
            <w:pPr>
              <w:spacing w:after="0" w:line="240" w:lineRule="auto"/>
              <w:ind w:left="-20"/>
              <w:jc w:val="center"/>
              <w:rPr>
                <w:sz w:val="20"/>
                <w:szCs w:val="20"/>
              </w:rPr>
            </w:pPr>
            <w:r>
              <w:rPr>
                <w:sz w:val="20"/>
                <w:szCs w:val="20"/>
              </w:rPr>
              <w:t>10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2BA9099" w14:textId="77777777" w:rsidR="00156693" w:rsidRDefault="00000000">
            <w:pPr>
              <w:spacing w:after="0" w:line="240" w:lineRule="auto"/>
              <w:ind w:left="-20"/>
              <w:jc w:val="center"/>
              <w:rPr>
                <w:sz w:val="20"/>
                <w:szCs w:val="20"/>
              </w:rPr>
            </w:pPr>
            <w:r>
              <w:rPr>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4A1FF6" w14:textId="77777777" w:rsidR="00156693" w:rsidRDefault="00000000">
            <w:pPr>
              <w:spacing w:after="0" w:line="240" w:lineRule="auto"/>
              <w:ind w:left="-20"/>
              <w:jc w:val="center"/>
              <w:rPr>
                <w:sz w:val="20"/>
                <w:szCs w:val="20"/>
              </w:rPr>
            </w:pPr>
            <w:r>
              <w:rPr>
                <w:sz w:val="20"/>
                <w:szCs w:val="20"/>
              </w:rPr>
              <w:t>10</w:t>
            </w:r>
          </w:p>
        </w:tc>
      </w:tr>
      <w:tr w:rsidR="00156693" w14:paraId="78F83354" w14:textId="77777777">
        <w:trPr>
          <w:trHeight w:val="21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E3DB427"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0351196" w14:textId="77777777" w:rsidR="00156693" w:rsidRDefault="00000000">
            <w:pPr>
              <w:widowControl w:val="0"/>
              <w:spacing w:after="0" w:line="240" w:lineRule="auto"/>
              <w:rPr>
                <w:sz w:val="20"/>
                <w:szCs w:val="20"/>
              </w:rPr>
            </w:pPr>
            <w:r>
              <w:rPr>
                <w:sz w:val="20"/>
                <w:szCs w:val="20"/>
              </w:rPr>
              <w:t xml:space="preserve">2.3.2.3. Elaborarea conceptului de program de suport pentru entitățile gazdă a activității de voluntariat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F08407" w14:textId="77777777" w:rsidR="00156693" w:rsidRDefault="00000000">
            <w:pPr>
              <w:widowControl w:val="0"/>
              <w:spacing w:after="0" w:line="240" w:lineRule="auto"/>
              <w:rPr>
                <w:sz w:val="20"/>
                <w:szCs w:val="20"/>
              </w:rPr>
            </w:pPr>
            <w:r>
              <w:rPr>
                <w:sz w:val="20"/>
                <w:szCs w:val="20"/>
              </w:rPr>
              <w:t xml:space="preserve">Program de suport pentru voluntari, entități gazdă și beneficiari ai activității de voluntariat elaborat și aprobat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05E6E6" w14:textId="77777777" w:rsidR="00156693" w:rsidRDefault="00000000">
            <w:pPr>
              <w:spacing w:after="0" w:line="240" w:lineRule="auto"/>
              <w:ind w:left="-20"/>
              <w:rPr>
                <w:sz w:val="20"/>
                <w:szCs w:val="20"/>
              </w:rPr>
            </w:pPr>
            <w:r>
              <w:rPr>
                <w:sz w:val="20"/>
                <w:szCs w:val="20"/>
              </w:rPr>
              <w:t xml:space="preserve">Trim IV. </w:t>
            </w:r>
          </w:p>
          <w:p w14:paraId="2977BDD4" w14:textId="77777777" w:rsidR="00156693" w:rsidRDefault="00000000">
            <w:pPr>
              <w:spacing w:after="0" w:line="240" w:lineRule="auto"/>
              <w:ind w:left="-20"/>
              <w:rPr>
                <w:sz w:val="20"/>
                <w:szCs w:val="20"/>
              </w:rPr>
            </w:pPr>
            <w:r>
              <w:rPr>
                <w:sz w:val="20"/>
                <w:szCs w:val="20"/>
              </w:rPr>
              <w:t xml:space="preserve">2027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BA314C" w14:textId="77777777" w:rsidR="00156693" w:rsidRDefault="00000000">
            <w:pPr>
              <w:spacing w:after="40" w:line="240" w:lineRule="auto"/>
              <w:ind w:left="-20"/>
              <w:jc w:val="center"/>
              <w:rPr>
                <w:sz w:val="20"/>
                <w:szCs w:val="20"/>
              </w:rPr>
            </w:pPr>
            <w:r>
              <w:rPr>
                <w:sz w:val="20"/>
                <w:szCs w:val="20"/>
              </w:rPr>
              <w:t>Ministerul Educației și Cercetării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F023529" w14:textId="77777777" w:rsidR="00156693" w:rsidRDefault="00000000">
            <w:pPr>
              <w:spacing w:after="40" w:line="240" w:lineRule="auto"/>
              <w:ind w:left="-20"/>
              <w:jc w:val="center"/>
              <w:rPr>
                <w:sz w:val="20"/>
                <w:szCs w:val="20"/>
              </w:rPr>
            </w:pPr>
            <w:r>
              <w:rPr>
                <w:sz w:val="20"/>
                <w:szCs w:val="20"/>
              </w:rPr>
              <w:t xml:space="preserve">52,0 </w:t>
            </w:r>
          </w:p>
          <w:p w14:paraId="62BE25CE" w14:textId="77777777" w:rsidR="00156693" w:rsidRDefault="00000000">
            <w:pPr>
              <w:spacing w:after="4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BD4DB7" w14:textId="77777777" w:rsidR="00156693" w:rsidRDefault="00156693">
            <w:pPr>
              <w:spacing w:after="0" w:line="240" w:lineRule="auto"/>
              <w:ind w:left="-20"/>
              <w:jc w:val="center"/>
              <w:rPr>
                <w:sz w:val="20"/>
                <w:szCs w:val="20"/>
              </w:rPr>
            </w:pP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5B4551"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7EF41D" w14:textId="77777777" w:rsidR="00156693" w:rsidRDefault="00156693">
            <w:pPr>
              <w:spacing w:after="0" w:line="240" w:lineRule="auto"/>
              <w:ind w:left="-20"/>
              <w:jc w:val="center"/>
              <w:rPr>
                <w:sz w:val="20"/>
                <w:szCs w:val="20"/>
              </w:rPr>
            </w:pP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67E583" w14:textId="77777777" w:rsidR="00156693" w:rsidRDefault="00156693">
            <w:pPr>
              <w:spacing w:after="0" w:line="240" w:lineRule="auto"/>
              <w:ind w:left="-20"/>
              <w:jc w:val="center"/>
              <w:rPr>
                <w:sz w:val="20"/>
                <w:szCs w:val="20"/>
              </w:rPr>
            </w:pP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DCA6CF" w14:textId="77777777" w:rsidR="00156693" w:rsidRDefault="00156693">
            <w:pPr>
              <w:spacing w:after="0" w:line="240" w:lineRule="auto"/>
              <w:ind w:left="-20"/>
              <w:jc w:val="center"/>
              <w:rPr>
                <w:sz w:val="20"/>
                <w:szCs w:val="20"/>
              </w:rPr>
            </w:pPr>
          </w:p>
        </w:tc>
      </w:tr>
      <w:tr w:rsidR="00156693" w14:paraId="57BC6B91" w14:textId="77777777">
        <w:trPr>
          <w:trHeight w:val="2310"/>
        </w:trPr>
        <w:tc>
          <w:tcPr>
            <w:tcW w:w="2535" w:type="dxa"/>
            <w:vMerge w:val="restart"/>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4D61F70" w14:textId="77777777" w:rsidR="00156693" w:rsidRDefault="00000000">
            <w:pPr>
              <w:spacing w:after="40" w:line="240" w:lineRule="auto"/>
              <w:ind w:left="-20"/>
              <w:rPr>
                <w:sz w:val="20"/>
                <w:szCs w:val="20"/>
              </w:rPr>
            </w:pPr>
            <w:r>
              <w:rPr>
                <w:b/>
                <w:bCs/>
                <w:i/>
                <w:iCs/>
                <w:sz w:val="20"/>
                <w:szCs w:val="20"/>
              </w:rPr>
              <w:t>Rezultat anticipat</w:t>
            </w:r>
            <w:r>
              <w:rPr>
                <w:sz w:val="20"/>
                <w:szCs w:val="20"/>
              </w:rPr>
              <w:t xml:space="preserve"> 2.3.3. Tinerii voluntari beneficiază de programe certificate și de recunoașterea competențelor dobândite</w:t>
            </w:r>
          </w:p>
          <w:p w14:paraId="05810AB2" w14:textId="77777777" w:rsidR="00156693" w:rsidRDefault="00156693">
            <w:pPr>
              <w:spacing w:after="40" w:line="240" w:lineRule="auto"/>
              <w:ind w:left="-20"/>
              <w:rPr>
                <w:sz w:val="20"/>
                <w:szCs w:val="20"/>
              </w:rPr>
            </w:pPr>
          </w:p>
          <w:p w14:paraId="4283FD92" w14:textId="77777777" w:rsidR="00156693" w:rsidRDefault="00000000">
            <w:pPr>
              <w:spacing w:after="0" w:line="240" w:lineRule="auto"/>
              <w:ind w:left="-20"/>
              <w:rPr>
                <w:sz w:val="20"/>
                <w:szCs w:val="20"/>
              </w:rPr>
            </w:pPr>
            <w:r>
              <w:rPr>
                <w:b/>
                <w:bCs/>
                <w:i/>
                <w:iCs/>
                <w:sz w:val="20"/>
                <w:szCs w:val="20"/>
              </w:rPr>
              <w:t xml:space="preserve">Indicator de rezultat: </w:t>
            </w:r>
            <w:r>
              <w:rPr>
                <w:sz w:val="20"/>
                <w:szCs w:val="20"/>
              </w:rPr>
              <w:t>Numărul beneficiarilor în cadrul programelor certificate de voluntariat, cu competențe certificate în conformitate cu cadrul normativ</w:t>
            </w:r>
          </w:p>
          <w:p w14:paraId="5CA398A3"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2393D0" w14:textId="77777777" w:rsidR="00156693" w:rsidRDefault="00000000">
            <w:pPr>
              <w:spacing w:after="0" w:line="240" w:lineRule="auto"/>
              <w:ind w:left="-20"/>
              <w:rPr>
                <w:sz w:val="20"/>
                <w:szCs w:val="20"/>
                <w:highlight w:val="white"/>
              </w:rPr>
            </w:pPr>
            <w:r>
              <w:rPr>
                <w:sz w:val="20"/>
                <w:szCs w:val="20"/>
                <w:highlight w:val="white"/>
              </w:rPr>
              <w:t xml:space="preserve">2.3.3.1. Desfășurarea campaniilor de informare, promovare și sensibilizare cu privire la activitatea de voluntariat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EA49EF" w14:textId="77777777" w:rsidR="00156693" w:rsidRDefault="00000000">
            <w:pPr>
              <w:spacing w:after="0" w:line="240" w:lineRule="auto"/>
              <w:ind w:left="-20"/>
              <w:rPr>
                <w:sz w:val="20"/>
                <w:szCs w:val="20"/>
              </w:rPr>
            </w:pPr>
            <w:r>
              <w:rPr>
                <w:sz w:val="20"/>
                <w:szCs w:val="20"/>
              </w:rPr>
              <w:t xml:space="preserve">Desfășurarea Zilei Faptelor Bune </w:t>
            </w:r>
          </w:p>
          <w:p w14:paraId="2D233895" w14:textId="77777777" w:rsidR="00156693" w:rsidRDefault="00156693">
            <w:pPr>
              <w:spacing w:after="0" w:line="240" w:lineRule="auto"/>
              <w:ind w:left="-20"/>
              <w:rPr>
                <w:sz w:val="20"/>
                <w:szCs w:val="20"/>
              </w:rPr>
            </w:pPr>
          </w:p>
          <w:p w14:paraId="3B3E6F31" w14:textId="77777777" w:rsidR="00156693" w:rsidRDefault="00000000">
            <w:pPr>
              <w:spacing w:after="0" w:line="240" w:lineRule="auto"/>
              <w:ind w:left="-20"/>
              <w:rPr>
                <w:sz w:val="20"/>
                <w:szCs w:val="20"/>
              </w:rPr>
            </w:pPr>
            <w:r>
              <w:rPr>
                <w:sz w:val="20"/>
                <w:szCs w:val="20"/>
              </w:rPr>
              <w:t xml:space="preserve">Cel puțin o campanie desfășurată anual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3C7414" w14:textId="77777777" w:rsidR="00156693" w:rsidRDefault="00000000">
            <w:pPr>
              <w:spacing w:after="0" w:line="240" w:lineRule="auto"/>
              <w:ind w:left="-20"/>
              <w:rPr>
                <w:sz w:val="20"/>
                <w:szCs w:val="20"/>
              </w:rPr>
            </w:pPr>
            <w:r>
              <w:rPr>
                <w:sz w:val="20"/>
                <w:szCs w:val="20"/>
              </w:rPr>
              <w:t>Trim. IV 2029–2030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3E15D4" w14:textId="77777777" w:rsidR="00156693" w:rsidRDefault="00000000">
            <w:pPr>
              <w:spacing w:after="40" w:line="240" w:lineRule="auto"/>
              <w:ind w:left="-20"/>
              <w:jc w:val="center"/>
              <w:rPr>
                <w:sz w:val="20"/>
                <w:szCs w:val="20"/>
              </w:rPr>
            </w:pPr>
            <w:r>
              <w:rPr>
                <w:sz w:val="20"/>
                <w:szCs w:val="20"/>
              </w:rPr>
              <w:t>Agenția Națională Tineret</w:t>
            </w:r>
          </w:p>
          <w:p w14:paraId="77D85BCD" w14:textId="77777777" w:rsidR="00156693" w:rsidRDefault="00156693">
            <w:pPr>
              <w:spacing w:after="0" w:line="240" w:lineRule="auto"/>
              <w:ind w:left="-20"/>
              <w:jc w:val="center"/>
              <w:rPr>
                <w:sz w:val="20"/>
                <w:szCs w:val="20"/>
              </w:rPr>
            </w:pPr>
          </w:p>
          <w:p w14:paraId="4246B5FE"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2DC0A81E" w14:textId="77777777" w:rsidR="00156693" w:rsidRDefault="00156693">
            <w:pPr>
              <w:spacing w:after="0" w:line="240" w:lineRule="auto"/>
              <w:ind w:left="-20"/>
              <w:jc w:val="center"/>
              <w:rPr>
                <w:sz w:val="20"/>
                <w:szCs w:val="20"/>
              </w:rPr>
            </w:pPr>
          </w:p>
          <w:p w14:paraId="52FE4E61" w14:textId="77777777" w:rsidR="00156693" w:rsidRDefault="00000000">
            <w:pPr>
              <w:spacing w:after="0" w:line="240" w:lineRule="auto"/>
              <w:ind w:left="-20"/>
              <w:jc w:val="center"/>
              <w:rPr>
                <w:sz w:val="20"/>
                <w:szCs w:val="20"/>
              </w:rPr>
            </w:pPr>
            <w:r>
              <w:rPr>
                <w:sz w:val="20"/>
                <w:szCs w:val="20"/>
              </w:rPr>
              <w:t>Organizații ale societății civile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11C405" w14:textId="77777777" w:rsidR="00156693" w:rsidRDefault="00000000">
            <w:pPr>
              <w:spacing w:after="40" w:line="240" w:lineRule="auto"/>
              <w:ind w:left="-20"/>
              <w:jc w:val="center"/>
              <w:rPr>
                <w:sz w:val="20"/>
                <w:szCs w:val="20"/>
              </w:rPr>
            </w:pPr>
            <w:r>
              <w:rPr>
                <w:sz w:val="20"/>
                <w:szCs w:val="20"/>
              </w:rPr>
              <w:t>200,0</w:t>
            </w:r>
          </w:p>
          <w:p w14:paraId="2199B30F" w14:textId="77777777" w:rsidR="00156693" w:rsidRDefault="00000000">
            <w:pPr>
              <w:spacing w:after="40" w:line="240" w:lineRule="auto"/>
              <w:ind w:left="-20"/>
              <w:jc w:val="center"/>
              <w:rPr>
                <w:i/>
                <w:iCs/>
                <w:sz w:val="20"/>
                <w:szCs w:val="20"/>
              </w:rPr>
            </w:pPr>
            <w:r>
              <w:rPr>
                <w:i/>
                <w:iCs/>
                <w:sz w:val="20"/>
                <w:szCs w:val="20"/>
              </w:rPr>
              <w:t>2029-2030</w:t>
            </w:r>
          </w:p>
          <w:p w14:paraId="2077059E"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1F4219"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37840B" w14:textId="77777777" w:rsidR="00156693" w:rsidRDefault="00000000">
            <w:pPr>
              <w:spacing w:after="0" w:line="240" w:lineRule="auto"/>
              <w:ind w:left="-20"/>
              <w:jc w:val="center"/>
              <w:rPr>
                <w:sz w:val="20"/>
                <w:szCs w:val="20"/>
              </w:rPr>
            </w:pPr>
            <w:r>
              <w:rPr>
                <w:sz w:val="20"/>
                <w:szCs w:val="20"/>
              </w:rPr>
              <w:t>100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D1A314" w14:textId="77777777" w:rsidR="00156693" w:rsidRDefault="00000000">
            <w:pPr>
              <w:spacing w:after="0" w:line="240" w:lineRule="auto"/>
              <w:ind w:left="-20"/>
              <w:jc w:val="center"/>
              <w:rPr>
                <w:sz w:val="20"/>
                <w:szCs w:val="20"/>
              </w:rPr>
            </w:pPr>
            <w:r>
              <w:rPr>
                <w:sz w:val="20"/>
                <w:szCs w:val="20"/>
              </w:rPr>
              <w:t>300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6A08EA" w14:textId="77777777" w:rsidR="00156693" w:rsidRDefault="00000000">
            <w:pPr>
              <w:spacing w:after="0" w:line="240" w:lineRule="auto"/>
              <w:ind w:left="-20"/>
              <w:rPr>
                <w:sz w:val="20"/>
                <w:szCs w:val="20"/>
              </w:rPr>
            </w:pPr>
            <w:r>
              <w:rPr>
                <w:sz w:val="20"/>
                <w:szCs w:val="20"/>
              </w:rPr>
              <w:t>400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E4B9E5" w14:textId="77777777" w:rsidR="00156693" w:rsidRDefault="00000000">
            <w:pPr>
              <w:spacing w:after="0" w:line="240" w:lineRule="auto"/>
              <w:ind w:left="-20"/>
              <w:jc w:val="center"/>
              <w:rPr>
                <w:sz w:val="20"/>
                <w:szCs w:val="20"/>
              </w:rPr>
            </w:pPr>
            <w:r>
              <w:rPr>
                <w:sz w:val="20"/>
                <w:szCs w:val="20"/>
              </w:rPr>
              <w:t>500</w:t>
            </w:r>
          </w:p>
        </w:tc>
      </w:tr>
      <w:tr w:rsidR="00156693" w14:paraId="26FB0752" w14:textId="77777777">
        <w:trPr>
          <w:trHeight w:val="2130"/>
        </w:trPr>
        <w:tc>
          <w:tcPr>
            <w:tcW w:w="2535" w:type="dxa"/>
            <w:vMerge/>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27790BC" w14:textId="77777777" w:rsidR="00156693" w:rsidRDefault="00156693">
            <w:pPr>
              <w:widowControl w:val="0"/>
              <w:pBdr>
                <w:top w:val="nil"/>
                <w:left w:val="nil"/>
                <w:bottom w:val="nil"/>
                <w:right w:val="nil"/>
                <w:between w:val="nil"/>
              </w:pBdr>
              <w:spacing w:after="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FF86E2F" w14:textId="77777777" w:rsidR="00156693" w:rsidRDefault="00000000">
            <w:pPr>
              <w:spacing w:after="0" w:line="240" w:lineRule="auto"/>
              <w:ind w:left="-20"/>
              <w:rPr>
                <w:sz w:val="20"/>
                <w:szCs w:val="20"/>
              </w:rPr>
            </w:pPr>
            <w:r>
              <w:rPr>
                <w:sz w:val="20"/>
                <w:szCs w:val="20"/>
              </w:rPr>
              <w:t>2.3.3.2. Desfășurarea activităților dedicate Zilei Internaționale a Voluntariatului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A804E0" w14:textId="77777777" w:rsidR="00156693" w:rsidRDefault="00000000">
            <w:pPr>
              <w:spacing w:after="0" w:line="240" w:lineRule="auto"/>
              <w:ind w:left="-20"/>
              <w:rPr>
                <w:sz w:val="20"/>
                <w:szCs w:val="20"/>
              </w:rPr>
            </w:pPr>
            <w:r>
              <w:rPr>
                <w:sz w:val="20"/>
                <w:szCs w:val="20"/>
              </w:rPr>
              <w:t xml:space="preserve">Cel puțin 2 activități cu caracter național desfășurate anual </w:t>
            </w:r>
          </w:p>
          <w:p w14:paraId="50CFCC55" w14:textId="77777777" w:rsidR="00156693" w:rsidRDefault="00156693">
            <w:pPr>
              <w:spacing w:after="0" w:line="240" w:lineRule="auto"/>
              <w:ind w:left="-20"/>
              <w:rPr>
                <w:sz w:val="20"/>
                <w:szCs w:val="20"/>
              </w:rPr>
            </w:pPr>
          </w:p>
          <w:p w14:paraId="4EDEB33E"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8F2D9C" w14:textId="77777777" w:rsidR="00156693" w:rsidRDefault="00000000">
            <w:pPr>
              <w:spacing w:after="0" w:line="240" w:lineRule="auto"/>
              <w:ind w:left="-20"/>
              <w:rPr>
                <w:sz w:val="20"/>
                <w:szCs w:val="20"/>
              </w:rPr>
            </w:pPr>
            <w:r>
              <w:rPr>
                <w:sz w:val="20"/>
                <w:szCs w:val="20"/>
              </w:rPr>
              <w:t>Trim. IV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D59C94" w14:textId="77777777" w:rsidR="00156693" w:rsidRDefault="00000000">
            <w:pPr>
              <w:spacing w:after="0" w:line="240" w:lineRule="auto"/>
              <w:ind w:left="-20"/>
              <w:jc w:val="center"/>
              <w:rPr>
                <w:sz w:val="20"/>
                <w:szCs w:val="20"/>
              </w:rPr>
            </w:pPr>
            <w:r>
              <w:rPr>
                <w:sz w:val="20"/>
                <w:szCs w:val="20"/>
              </w:rPr>
              <w:t>Agenția Națională Tineret</w:t>
            </w:r>
          </w:p>
          <w:p w14:paraId="60E4AA9D" w14:textId="77777777" w:rsidR="00156693" w:rsidRDefault="00156693">
            <w:pPr>
              <w:spacing w:after="0" w:line="240" w:lineRule="auto"/>
              <w:ind w:left="-20"/>
              <w:jc w:val="center"/>
              <w:rPr>
                <w:sz w:val="20"/>
                <w:szCs w:val="20"/>
              </w:rPr>
            </w:pPr>
          </w:p>
          <w:p w14:paraId="3F722280" w14:textId="77777777" w:rsidR="00156693" w:rsidRDefault="00000000">
            <w:pPr>
              <w:spacing w:after="40" w:line="240" w:lineRule="auto"/>
              <w:ind w:left="-20"/>
              <w:jc w:val="center"/>
              <w:rPr>
                <w:sz w:val="20"/>
                <w:szCs w:val="20"/>
              </w:rPr>
            </w:pPr>
            <w:r>
              <w:rPr>
                <w:sz w:val="20"/>
                <w:szCs w:val="20"/>
              </w:rPr>
              <w:t>Ministerul Educației și Cercetării</w:t>
            </w:r>
          </w:p>
          <w:p w14:paraId="18A25DB2"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F13D4C" w14:textId="77777777" w:rsidR="00156693" w:rsidRDefault="00000000">
            <w:pPr>
              <w:spacing w:after="40" w:line="240" w:lineRule="auto"/>
              <w:ind w:left="-20"/>
              <w:jc w:val="center"/>
              <w:rPr>
                <w:sz w:val="20"/>
                <w:szCs w:val="20"/>
              </w:rPr>
            </w:pPr>
            <w:r>
              <w:rPr>
                <w:sz w:val="20"/>
                <w:szCs w:val="20"/>
              </w:rPr>
              <w:t>380,0</w:t>
            </w:r>
          </w:p>
          <w:p w14:paraId="6CC958F5" w14:textId="77777777" w:rsidR="00156693" w:rsidRDefault="00000000">
            <w:pPr>
              <w:spacing w:after="40" w:line="240" w:lineRule="auto"/>
              <w:ind w:left="-20"/>
              <w:jc w:val="center"/>
              <w:rPr>
                <w:sz w:val="20"/>
                <w:szCs w:val="20"/>
              </w:rPr>
            </w:pPr>
            <w:r>
              <w:rPr>
                <w:sz w:val="20"/>
                <w:szCs w:val="20"/>
              </w:rPr>
              <w:t xml:space="preserve">(anual) </w:t>
            </w:r>
          </w:p>
          <w:p w14:paraId="0366B2BB" w14:textId="77777777" w:rsidR="00156693" w:rsidRDefault="00000000">
            <w:pPr>
              <w:spacing w:after="40" w:line="240" w:lineRule="auto"/>
              <w:ind w:left="-20"/>
              <w:jc w:val="center"/>
              <w:rPr>
                <w:sz w:val="20"/>
                <w:szCs w:val="20"/>
              </w:rPr>
            </w:pPr>
            <w:r>
              <w:rPr>
                <w:sz w:val="20"/>
                <w:szCs w:val="20"/>
              </w:rPr>
              <w:t>2028-2030</w:t>
            </w:r>
          </w:p>
          <w:p w14:paraId="15E37000" w14:textId="77777777" w:rsidR="00156693" w:rsidRDefault="00000000">
            <w:pPr>
              <w:spacing w:after="0" w:line="240" w:lineRule="auto"/>
              <w:ind w:left="-20"/>
              <w:jc w:val="center"/>
              <w:rPr>
                <w:sz w:val="20"/>
                <w:szCs w:val="20"/>
              </w:rPr>
            </w:pPr>
            <w:r>
              <w:rPr>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14C6F17"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4E9CF1" w14:textId="77777777" w:rsidR="00156693" w:rsidRDefault="00000000">
            <w:pPr>
              <w:spacing w:after="0" w:line="240" w:lineRule="auto"/>
              <w:ind w:left="-20"/>
              <w:jc w:val="center"/>
              <w:rPr>
                <w:sz w:val="20"/>
                <w:szCs w:val="20"/>
              </w:rPr>
            </w:pPr>
            <w:r>
              <w:rPr>
                <w:sz w:val="20"/>
                <w:szCs w:val="20"/>
              </w:rPr>
              <w:t>2</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EE7D6B7" w14:textId="77777777" w:rsidR="00156693" w:rsidRDefault="00000000">
            <w:pPr>
              <w:spacing w:after="0" w:line="240" w:lineRule="auto"/>
              <w:ind w:left="-20"/>
              <w:jc w:val="center"/>
              <w:rPr>
                <w:sz w:val="20"/>
                <w:szCs w:val="20"/>
              </w:rPr>
            </w:pPr>
            <w:r>
              <w:rPr>
                <w:sz w:val="20"/>
                <w:szCs w:val="20"/>
              </w:rPr>
              <w:t>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F250C69" w14:textId="77777777" w:rsidR="00156693" w:rsidRDefault="00000000">
            <w:pPr>
              <w:spacing w:after="0" w:line="240" w:lineRule="auto"/>
              <w:ind w:left="-20"/>
              <w:jc w:val="center"/>
              <w:rPr>
                <w:sz w:val="20"/>
                <w:szCs w:val="20"/>
              </w:rPr>
            </w:pPr>
            <w:r>
              <w:rPr>
                <w:sz w:val="20"/>
                <w:szCs w:val="20"/>
              </w:rPr>
              <w:t>2</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5A0191" w14:textId="77777777" w:rsidR="00156693" w:rsidRDefault="00000000">
            <w:pPr>
              <w:spacing w:after="0" w:line="240" w:lineRule="auto"/>
              <w:ind w:left="-20"/>
              <w:jc w:val="center"/>
              <w:rPr>
                <w:sz w:val="20"/>
                <w:szCs w:val="20"/>
              </w:rPr>
            </w:pPr>
            <w:r>
              <w:rPr>
                <w:sz w:val="20"/>
                <w:szCs w:val="20"/>
              </w:rPr>
              <w:t>2</w:t>
            </w:r>
          </w:p>
        </w:tc>
      </w:tr>
      <w:tr w:rsidR="00156693" w14:paraId="54B0FFB2"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E8E8E8"/>
            <w:tcMar>
              <w:top w:w="40" w:type="dxa"/>
              <w:left w:w="60" w:type="dxa"/>
              <w:bottom w:w="40" w:type="dxa"/>
              <w:right w:w="60" w:type="dxa"/>
            </w:tcMar>
          </w:tcPr>
          <w:p w14:paraId="0754A0FF" w14:textId="77777777" w:rsidR="00156693" w:rsidRDefault="00000000">
            <w:pPr>
              <w:spacing w:after="0" w:line="240" w:lineRule="auto"/>
              <w:ind w:left="-20"/>
              <w:jc w:val="both"/>
              <w:rPr>
                <w:b/>
                <w:bCs/>
                <w:sz w:val="20"/>
                <w:szCs w:val="20"/>
              </w:rPr>
            </w:pPr>
            <w:r>
              <w:rPr>
                <w:b/>
                <w:bCs/>
                <w:sz w:val="20"/>
                <w:szCs w:val="20"/>
              </w:rPr>
              <w:lastRenderedPageBreak/>
              <w:t>Obiectivul general 3. Valorificarea potențialului tinerilor de a realiza inițiative de inovație socială și dezvoltare comunitară prin instrumente de suport financiar și material</w:t>
            </w:r>
          </w:p>
        </w:tc>
      </w:tr>
      <w:tr w:rsidR="00156693" w14:paraId="45B467D7" w14:textId="77777777">
        <w:trPr>
          <w:trHeight w:val="315"/>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254E3E2F" w14:textId="77777777" w:rsidR="00156693" w:rsidRDefault="00000000">
            <w:pPr>
              <w:spacing w:after="0" w:line="240" w:lineRule="auto"/>
              <w:ind w:left="-20"/>
              <w:jc w:val="both"/>
              <w:rPr>
                <w:b/>
                <w:bCs/>
                <w:sz w:val="20"/>
                <w:szCs w:val="20"/>
              </w:rPr>
            </w:pPr>
            <w:r>
              <w:rPr>
                <w:b/>
                <w:bCs/>
                <w:sz w:val="20"/>
                <w:szCs w:val="20"/>
              </w:rPr>
              <w:t xml:space="preserve">Obiectivul specific 3.1. Extinderea programelor locale de suport pentru inițiativele tinerilor, pentru a atinge, până în anul 2030, numărul de 32 de autorități ale administrației publice locale de nivelul întâi care implementează astfel de programe </w:t>
            </w:r>
          </w:p>
        </w:tc>
      </w:tr>
      <w:tr w:rsidR="00156693" w14:paraId="05408B31" w14:textId="77777777">
        <w:trPr>
          <w:trHeight w:val="32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50089FC" w14:textId="77777777" w:rsidR="00156693" w:rsidRDefault="00000000">
            <w:pPr>
              <w:spacing w:after="0" w:line="240" w:lineRule="auto"/>
              <w:ind w:left="-20"/>
              <w:rPr>
                <w:sz w:val="20"/>
                <w:szCs w:val="20"/>
              </w:rPr>
            </w:pPr>
            <w:r>
              <w:rPr>
                <w:sz w:val="20"/>
                <w:szCs w:val="20"/>
              </w:rPr>
              <w:t>Rezultat anticipat 3.1.1</w:t>
            </w:r>
          </w:p>
          <w:p w14:paraId="70BA4B15" w14:textId="77777777" w:rsidR="00156693" w:rsidRDefault="00000000">
            <w:pPr>
              <w:spacing w:after="40" w:line="240" w:lineRule="auto"/>
              <w:ind w:left="-20"/>
              <w:rPr>
                <w:sz w:val="20"/>
                <w:szCs w:val="20"/>
              </w:rPr>
            </w:pPr>
            <w:r>
              <w:rPr>
                <w:sz w:val="20"/>
                <w:szCs w:val="20"/>
              </w:rPr>
              <w:t xml:space="preserve">Mai multe programe de suport pentru tineri sunt realizate și finanțate de autoritățile publice locale de nivelul întâi, în baza unui mecanism de cofinanțare aprobat, iar programele sprijinite sunt menținute în anul următor. </w:t>
            </w:r>
          </w:p>
          <w:p w14:paraId="35DF49DC" w14:textId="77777777" w:rsidR="00156693" w:rsidRDefault="00156693">
            <w:pPr>
              <w:spacing w:after="0" w:line="240" w:lineRule="auto"/>
              <w:ind w:left="-20"/>
              <w:rPr>
                <w:sz w:val="20"/>
                <w:szCs w:val="20"/>
              </w:rPr>
            </w:pPr>
          </w:p>
          <w:p w14:paraId="52213FAF" w14:textId="77777777" w:rsidR="00156693" w:rsidRDefault="00000000">
            <w:pPr>
              <w:spacing w:after="0" w:line="240" w:lineRule="auto"/>
              <w:ind w:left="-20"/>
              <w:rPr>
                <w:sz w:val="20"/>
                <w:szCs w:val="20"/>
              </w:rPr>
            </w:pPr>
            <w:r>
              <w:rPr>
                <w:sz w:val="20"/>
                <w:szCs w:val="20"/>
              </w:rPr>
              <w:t>Indicator de rezultat: Autoritățile publice locale de nivelul întâi participante la Programul Tineret 360 planifică și finanțează intervenții pentru tineri, pe baza datelor locale și cu participarea tinerilor, minimum 10</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094F058" w14:textId="77777777" w:rsidR="00156693" w:rsidRDefault="00000000">
            <w:pPr>
              <w:spacing w:after="0" w:line="240" w:lineRule="auto"/>
              <w:ind w:left="-20"/>
              <w:rPr>
                <w:sz w:val="20"/>
                <w:szCs w:val="20"/>
              </w:rPr>
            </w:pPr>
            <w:r>
              <w:rPr>
                <w:sz w:val="20"/>
                <w:szCs w:val="20"/>
              </w:rPr>
              <w:t>3.1.1.1. Elaborarea și aprobarea mecanismului de cofinanțare a programelor locale pentru tineri.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D53CA8" w14:textId="77777777" w:rsidR="00156693" w:rsidRDefault="00000000">
            <w:pPr>
              <w:spacing w:after="40" w:line="240" w:lineRule="auto"/>
              <w:ind w:left="-20"/>
              <w:rPr>
                <w:sz w:val="20"/>
                <w:szCs w:val="20"/>
              </w:rPr>
            </w:pPr>
            <w:r>
              <w:rPr>
                <w:sz w:val="20"/>
                <w:szCs w:val="20"/>
              </w:rPr>
              <w:t xml:space="preserve">Mecanism de cofinanțare aprobat </w:t>
            </w:r>
          </w:p>
          <w:p w14:paraId="2B84C6F5" w14:textId="77777777" w:rsidR="00156693" w:rsidRDefault="00156693">
            <w:pPr>
              <w:spacing w:after="40" w:line="240" w:lineRule="auto"/>
              <w:ind w:left="-20"/>
              <w:rPr>
                <w:sz w:val="20"/>
                <w:szCs w:val="20"/>
              </w:rPr>
            </w:pPr>
          </w:p>
          <w:p w14:paraId="1FD17B40" w14:textId="77777777" w:rsidR="00156693" w:rsidRDefault="00000000">
            <w:pPr>
              <w:spacing w:after="40" w:line="240" w:lineRule="auto"/>
              <w:ind w:left="-20"/>
              <w:rPr>
                <w:sz w:val="20"/>
                <w:szCs w:val="20"/>
              </w:rPr>
            </w:pPr>
            <w:r>
              <w:rPr>
                <w:sz w:val="20"/>
                <w:szCs w:val="20"/>
              </w:rPr>
              <w:t xml:space="preserve">Numărul tinerilor consultați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271FC59" w14:textId="77777777" w:rsidR="00156693" w:rsidRDefault="00000000">
            <w:pPr>
              <w:spacing w:after="0" w:line="240" w:lineRule="auto"/>
              <w:ind w:left="-20"/>
              <w:rPr>
                <w:sz w:val="20"/>
                <w:szCs w:val="20"/>
              </w:rPr>
            </w:pPr>
            <w:r>
              <w:rPr>
                <w:sz w:val="20"/>
                <w:szCs w:val="20"/>
              </w:rPr>
              <w:t>Trim. III,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9EAC1B8" w14:textId="77777777" w:rsidR="00156693" w:rsidRDefault="00000000">
            <w:pPr>
              <w:spacing w:after="0" w:line="240" w:lineRule="auto"/>
              <w:ind w:left="-20"/>
              <w:jc w:val="center"/>
              <w:rPr>
                <w:sz w:val="20"/>
                <w:szCs w:val="20"/>
              </w:rPr>
            </w:pPr>
            <w:r>
              <w:rPr>
                <w:sz w:val="20"/>
                <w:szCs w:val="20"/>
              </w:rPr>
              <w:t xml:space="preserve">Ministerul Educației și Cercetării; </w:t>
            </w:r>
          </w:p>
          <w:p w14:paraId="2E166C16" w14:textId="77777777" w:rsidR="00156693" w:rsidRDefault="00000000">
            <w:pPr>
              <w:spacing w:after="0" w:line="240" w:lineRule="auto"/>
              <w:ind w:left="-20"/>
              <w:jc w:val="center"/>
              <w:rPr>
                <w:sz w:val="20"/>
                <w:szCs w:val="20"/>
              </w:rPr>
            </w:pPr>
            <w:r>
              <w:rPr>
                <w:sz w:val="20"/>
                <w:szCs w:val="20"/>
              </w:rPr>
              <w:t xml:space="preserve">Ministerul Finanțelor </w:t>
            </w:r>
          </w:p>
          <w:p w14:paraId="2D3D6355" w14:textId="77777777" w:rsidR="00156693" w:rsidRDefault="00156693">
            <w:pPr>
              <w:spacing w:after="0" w:line="240" w:lineRule="auto"/>
              <w:ind w:left="-20"/>
              <w:jc w:val="center"/>
              <w:rPr>
                <w:sz w:val="20"/>
                <w:szCs w:val="20"/>
              </w:rPr>
            </w:pPr>
          </w:p>
          <w:p w14:paraId="27187777" w14:textId="77777777" w:rsidR="00156693" w:rsidRDefault="00000000">
            <w:pPr>
              <w:spacing w:after="0" w:line="240" w:lineRule="auto"/>
              <w:ind w:left="-20"/>
              <w:jc w:val="center"/>
              <w:rPr>
                <w:sz w:val="20"/>
                <w:szCs w:val="20"/>
              </w:rPr>
            </w:pPr>
            <w:r>
              <w:rPr>
                <w:sz w:val="20"/>
                <w:szCs w:val="20"/>
              </w:rPr>
              <w:t>Agenția Națională Tineret;</w:t>
            </w:r>
          </w:p>
          <w:p w14:paraId="70ABE3EC" w14:textId="77777777" w:rsidR="00156693" w:rsidRDefault="00000000">
            <w:pPr>
              <w:spacing w:after="0" w:line="240" w:lineRule="auto"/>
              <w:ind w:left="-20"/>
              <w:jc w:val="center"/>
              <w:rPr>
                <w:sz w:val="20"/>
                <w:szCs w:val="20"/>
              </w:rPr>
            </w:pPr>
            <w:r>
              <w:rPr>
                <w:sz w:val="20"/>
                <w:szCs w:val="20"/>
              </w:rPr>
              <w:t xml:space="preserve">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53D0D2" w14:textId="77777777" w:rsidR="00156693" w:rsidRDefault="00000000">
            <w:pPr>
              <w:spacing w:after="0" w:line="240" w:lineRule="auto"/>
              <w:ind w:left="-20"/>
              <w:jc w:val="center"/>
              <w:rPr>
                <w:sz w:val="20"/>
                <w:szCs w:val="20"/>
              </w:rPr>
            </w:pPr>
            <w:r>
              <w:rPr>
                <w:sz w:val="20"/>
                <w:szCs w:val="20"/>
              </w:rPr>
              <w:t>-</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7EB3F8"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CB2D54" w14:textId="77777777" w:rsidR="00156693" w:rsidRDefault="00000000">
            <w:pPr>
              <w:spacing w:after="4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96A923" w14:textId="77777777" w:rsidR="00156693" w:rsidRDefault="00000000">
            <w:pPr>
              <w:spacing w:after="4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E37157" w14:textId="77777777" w:rsidR="00156693" w:rsidRDefault="00000000">
            <w:pPr>
              <w:spacing w:after="4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7FF756" w14:textId="77777777" w:rsidR="00156693" w:rsidRDefault="00000000">
            <w:pPr>
              <w:spacing w:after="40" w:line="240" w:lineRule="auto"/>
              <w:ind w:left="-20"/>
              <w:jc w:val="center"/>
              <w:rPr>
                <w:sz w:val="20"/>
                <w:szCs w:val="20"/>
              </w:rPr>
            </w:pPr>
            <w:r>
              <w:rPr>
                <w:sz w:val="20"/>
                <w:szCs w:val="20"/>
              </w:rPr>
              <w:t>1</w:t>
            </w:r>
          </w:p>
        </w:tc>
      </w:tr>
      <w:tr w:rsidR="00156693" w14:paraId="3691518C" w14:textId="77777777">
        <w:trPr>
          <w:trHeight w:val="32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8288E53" w14:textId="77777777" w:rsidR="00156693" w:rsidRDefault="00156693">
            <w:pPr>
              <w:spacing w:after="0" w:line="240" w:lineRule="auto"/>
              <w:ind w:left="-2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6E8D07B" w14:textId="77777777" w:rsidR="00156693" w:rsidRDefault="00000000">
            <w:pPr>
              <w:spacing w:after="0" w:line="240" w:lineRule="auto"/>
              <w:rPr>
                <w:sz w:val="20"/>
                <w:szCs w:val="20"/>
              </w:rPr>
            </w:pPr>
            <w:r>
              <w:rPr>
                <w:sz w:val="20"/>
                <w:szCs w:val="20"/>
              </w:rPr>
              <w:t>3.1.1.2. Instruirea și mentorarea reprezentanților APL de nivelul întâi participante la Programul Tineret 360 în planificarea intervențiilor pentru tineri, bugetarea participativă și finanțarea inițiativelor acestora.</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92DFB8" w14:textId="77777777" w:rsidR="00156693" w:rsidRDefault="00000000">
            <w:pPr>
              <w:spacing w:after="40" w:line="240" w:lineRule="auto"/>
              <w:ind w:left="-20"/>
              <w:rPr>
                <w:sz w:val="20"/>
                <w:szCs w:val="20"/>
              </w:rPr>
            </w:pPr>
            <w:r>
              <w:rPr>
                <w:sz w:val="20"/>
                <w:szCs w:val="20"/>
              </w:rPr>
              <w:t>Numărul reprezentanților APL participante la Programul Tineret 360 care finalizează anual programul de instruire și mentorat</w:t>
            </w:r>
          </w:p>
          <w:p w14:paraId="799D51EF" w14:textId="77777777" w:rsidR="00156693" w:rsidRDefault="00156693">
            <w:pPr>
              <w:spacing w:after="40" w:line="240" w:lineRule="auto"/>
              <w:ind w:left="-20"/>
              <w:rPr>
                <w:sz w:val="20"/>
                <w:szCs w:val="20"/>
              </w:rPr>
            </w:pPr>
          </w:p>
          <w:p w14:paraId="235D3197" w14:textId="77777777" w:rsidR="00156693" w:rsidRDefault="00000000">
            <w:pPr>
              <w:spacing w:after="40" w:line="240" w:lineRule="auto"/>
              <w:ind w:left="-20"/>
              <w:rPr>
                <w:sz w:val="20"/>
                <w:szCs w:val="20"/>
              </w:rPr>
            </w:pPr>
            <w:r>
              <w:rPr>
                <w:sz w:val="20"/>
                <w:szCs w:val="20"/>
              </w:rPr>
              <w:t>Ponderea APL ai căror reprezentanți au finalizat instruirea și care aprobă alocări bugetare pentru tineri în anul următor</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4439C2" w14:textId="77777777" w:rsidR="00156693" w:rsidRDefault="00000000">
            <w:pPr>
              <w:spacing w:after="0" w:line="240" w:lineRule="auto"/>
              <w:ind w:left="-20"/>
              <w:rPr>
                <w:sz w:val="20"/>
                <w:szCs w:val="20"/>
              </w:rPr>
            </w:pPr>
            <w:r>
              <w:rPr>
                <w:sz w:val="20"/>
                <w:szCs w:val="20"/>
              </w:rPr>
              <w:t>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68A164" w14:textId="77777777" w:rsidR="00156693" w:rsidRDefault="00000000">
            <w:pPr>
              <w:spacing w:after="40" w:line="240" w:lineRule="auto"/>
              <w:ind w:left="-20"/>
              <w:jc w:val="center"/>
              <w:rPr>
                <w:sz w:val="20"/>
                <w:szCs w:val="20"/>
              </w:rPr>
            </w:pPr>
            <w:r>
              <w:rPr>
                <w:sz w:val="20"/>
                <w:szCs w:val="20"/>
              </w:rPr>
              <w:t>Agenția Națională Tineret și Autoritățile Publice Locale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0451F8" w14:textId="77777777" w:rsidR="00156693" w:rsidRDefault="00000000">
            <w:pPr>
              <w:spacing w:after="40" w:line="240" w:lineRule="auto"/>
              <w:ind w:left="-20"/>
              <w:jc w:val="center"/>
              <w:rPr>
                <w:i/>
                <w:iCs/>
                <w:sz w:val="20"/>
                <w:szCs w:val="20"/>
              </w:rPr>
            </w:pPr>
            <w:r>
              <w:rPr>
                <w:i/>
                <w:iCs/>
                <w:sz w:val="20"/>
                <w:szCs w:val="20"/>
              </w:rPr>
              <w:t>200,0</w:t>
            </w:r>
          </w:p>
          <w:p w14:paraId="26C96C5D" w14:textId="77777777" w:rsidR="00156693" w:rsidRDefault="00000000">
            <w:pPr>
              <w:spacing w:after="40" w:line="240" w:lineRule="auto"/>
              <w:ind w:left="-20"/>
              <w:jc w:val="center"/>
              <w:rPr>
                <w:i/>
                <w:iCs/>
                <w:sz w:val="20"/>
                <w:szCs w:val="20"/>
              </w:rPr>
            </w:pPr>
            <w:r>
              <w:rPr>
                <w:i/>
                <w:iCs/>
                <w:sz w:val="20"/>
                <w:szCs w:val="20"/>
              </w:rPr>
              <w:t>(anual)</w:t>
            </w:r>
          </w:p>
          <w:p w14:paraId="184EFA63" w14:textId="77777777" w:rsidR="00156693" w:rsidRDefault="00000000">
            <w:pPr>
              <w:spacing w:after="40" w:line="240" w:lineRule="auto"/>
              <w:ind w:left="-20"/>
              <w:jc w:val="center"/>
              <w:rPr>
                <w:i/>
                <w:iCs/>
                <w:sz w:val="20"/>
                <w:szCs w:val="20"/>
              </w:rPr>
            </w:pPr>
            <w:r>
              <w:rPr>
                <w:i/>
                <w:iCs/>
                <w:sz w:val="20"/>
                <w:szCs w:val="20"/>
              </w:rPr>
              <w:t>2027-2030</w:t>
            </w:r>
          </w:p>
          <w:p w14:paraId="28E87033" w14:textId="77777777" w:rsidR="00156693" w:rsidRDefault="00000000">
            <w:pPr>
              <w:spacing w:after="4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250BE5"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046594F" w14:textId="77777777" w:rsidR="00156693" w:rsidRDefault="00156693">
            <w:pPr>
              <w:spacing w:after="40" w:line="240" w:lineRule="auto"/>
              <w:ind w:left="-20"/>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DD151F" w14:textId="77777777" w:rsidR="00156693" w:rsidRDefault="00000000">
            <w:pPr>
              <w:spacing w:after="40" w:line="240" w:lineRule="auto"/>
              <w:ind w:left="-20"/>
              <w:rPr>
                <w:sz w:val="20"/>
                <w:szCs w:val="20"/>
              </w:rPr>
            </w:pPr>
            <w:r>
              <w:rPr>
                <w:sz w:val="20"/>
                <w:szCs w:val="20"/>
              </w:rPr>
              <w:t>10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D8035E7" w14:textId="77777777" w:rsidR="00156693" w:rsidRDefault="00000000">
            <w:pPr>
              <w:spacing w:after="40" w:line="240" w:lineRule="auto"/>
              <w:ind w:left="-20"/>
              <w:rPr>
                <w:sz w:val="20"/>
                <w:szCs w:val="20"/>
              </w:rPr>
            </w:pPr>
            <w:r>
              <w:rPr>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AA0D17B" w14:textId="77777777" w:rsidR="00156693" w:rsidRDefault="00000000">
            <w:pPr>
              <w:spacing w:after="40" w:line="240" w:lineRule="auto"/>
              <w:ind w:left="-20"/>
              <w:rPr>
                <w:sz w:val="20"/>
                <w:szCs w:val="20"/>
              </w:rPr>
            </w:pPr>
            <w:r>
              <w:rPr>
                <w:sz w:val="20"/>
                <w:szCs w:val="20"/>
              </w:rPr>
              <w:t>10</w:t>
            </w:r>
          </w:p>
        </w:tc>
      </w:tr>
      <w:tr w:rsidR="00156693" w14:paraId="24FE189D"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FF236FB" w14:textId="77777777" w:rsidR="00156693" w:rsidRDefault="00000000">
            <w:pPr>
              <w:spacing w:after="0" w:line="240" w:lineRule="auto"/>
              <w:ind w:left="-20"/>
              <w:jc w:val="both"/>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343432" w14:textId="77777777" w:rsidR="00156693" w:rsidRDefault="00000000">
            <w:pPr>
              <w:spacing w:after="0" w:line="240" w:lineRule="auto"/>
              <w:ind w:left="-20"/>
              <w:rPr>
                <w:sz w:val="20"/>
                <w:szCs w:val="20"/>
              </w:rPr>
            </w:pPr>
            <w:r>
              <w:rPr>
                <w:sz w:val="20"/>
                <w:szCs w:val="20"/>
              </w:rPr>
              <w:t>3.1.1.3. Implementarea Programului Tineret 360 în localitățile selectate, prin cofinanțarea intervențiilor locale pentru tineri, inclusiv a inițiativelor propuse de aceștia</w:t>
            </w:r>
          </w:p>
          <w:p w14:paraId="0FC32321" w14:textId="77777777" w:rsidR="00156693" w:rsidRDefault="00156693">
            <w:pPr>
              <w:spacing w:after="0" w:line="240" w:lineRule="auto"/>
              <w:ind w:left="-20"/>
              <w:rPr>
                <w:sz w:val="20"/>
                <w:szCs w:val="20"/>
              </w:rPr>
            </w:pP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276EF9" w14:textId="77777777" w:rsidR="00156693" w:rsidRDefault="00000000">
            <w:pPr>
              <w:spacing w:after="0" w:line="240" w:lineRule="auto"/>
              <w:ind w:left="-20"/>
              <w:rPr>
                <w:sz w:val="20"/>
                <w:szCs w:val="20"/>
              </w:rPr>
            </w:pPr>
            <w:r>
              <w:rPr>
                <w:sz w:val="20"/>
                <w:szCs w:val="20"/>
              </w:rPr>
              <w:t>Numărul APL de nivelul întâi care implementează anual intervenții cofinanțate prin Programul Tineret 360;</w:t>
            </w:r>
          </w:p>
          <w:p w14:paraId="1FD912F6" w14:textId="77777777" w:rsidR="00156693" w:rsidRDefault="00156693">
            <w:pPr>
              <w:spacing w:after="0" w:line="240" w:lineRule="auto"/>
              <w:ind w:left="-20"/>
              <w:rPr>
                <w:sz w:val="20"/>
                <w:szCs w:val="20"/>
              </w:rPr>
            </w:pPr>
          </w:p>
          <w:p w14:paraId="65B92C4D" w14:textId="77777777" w:rsidR="00156693" w:rsidRDefault="00000000">
            <w:pPr>
              <w:spacing w:after="0" w:line="240" w:lineRule="auto"/>
              <w:ind w:left="-20"/>
              <w:rPr>
                <w:sz w:val="20"/>
                <w:szCs w:val="20"/>
              </w:rPr>
            </w:pPr>
            <w:r>
              <w:rPr>
                <w:sz w:val="20"/>
                <w:szCs w:val="20"/>
              </w:rPr>
              <w:t>Numărul inițiativelor tinerilor finanțate prin program;</w:t>
            </w:r>
          </w:p>
          <w:p w14:paraId="0BE56403" w14:textId="77777777" w:rsidR="00156693" w:rsidRDefault="00156693">
            <w:pPr>
              <w:spacing w:after="0" w:line="240" w:lineRule="auto"/>
              <w:ind w:left="-20"/>
              <w:rPr>
                <w:sz w:val="20"/>
                <w:szCs w:val="20"/>
              </w:rPr>
            </w:pPr>
          </w:p>
          <w:p w14:paraId="7A3A78FD" w14:textId="77777777" w:rsidR="00156693" w:rsidRDefault="00000000">
            <w:pPr>
              <w:spacing w:after="0" w:line="240" w:lineRule="auto"/>
              <w:ind w:left="-20"/>
              <w:rPr>
                <w:sz w:val="20"/>
                <w:szCs w:val="20"/>
              </w:rPr>
            </w:pPr>
            <w:r>
              <w:rPr>
                <w:sz w:val="20"/>
                <w:szCs w:val="20"/>
              </w:rPr>
              <w:t>Ponderea APL sprijinite care continuă intervențiile și alocă finanțare locală în anul următor.</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408111" w14:textId="77777777" w:rsidR="00156693" w:rsidRDefault="00000000">
            <w:pPr>
              <w:spacing w:after="0" w:line="240" w:lineRule="auto"/>
              <w:ind w:left="-20"/>
              <w:rPr>
                <w:sz w:val="20"/>
                <w:szCs w:val="20"/>
              </w:rPr>
            </w:pPr>
            <w:r>
              <w:rPr>
                <w:sz w:val="20"/>
                <w:szCs w:val="20"/>
              </w:rPr>
              <w:t>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A42618" w14:textId="77777777" w:rsidR="00156693" w:rsidRDefault="00000000">
            <w:pPr>
              <w:spacing w:after="40" w:line="240" w:lineRule="auto"/>
              <w:ind w:left="-20"/>
              <w:jc w:val="center"/>
              <w:rPr>
                <w:sz w:val="20"/>
                <w:szCs w:val="20"/>
              </w:rPr>
            </w:pPr>
            <w:r>
              <w:rPr>
                <w:sz w:val="20"/>
                <w:szCs w:val="20"/>
              </w:rPr>
              <w:t>Agenția Națională Tineret</w:t>
            </w:r>
          </w:p>
          <w:p w14:paraId="7556340B" w14:textId="77777777" w:rsidR="00156693" w:rsidRDefault="00156693">
            <w:pPr>
              <w:spacing w:after="0" w:line="240" w:lineRule="auto"/>
              <w:ind w:left="-20"/>
              <w:jc w:val="center"/>
              <w:rPr>
                <w:sz w:val="20"/>
                <w:szCs w:val="20"/>
              </w:rPr>
            </w:pPr>
          </w:p>
          <w:p w14:paraId="07177539" w14:textId="77777777" w:rsidR="00156693" w:rsidRDefault="00000000">
            <w:pPr>
              <w:spacing w:after="0" w:line="240" w:lineRule="auto"/>
              <w:ind w:left="-20"/>
              <w:jc w:val="center"/>
              <w:rPr>
                <w:sz w:val="20"/>
                <w:szCs w:val="20"/>
              </w:rPr>
            </w:pPr>
            <w:r>
              <w:rPr>
                <w:sz w:val="20"/>
                <w:szCs w:val="20"/>
              </w:rPr>
              <w:t xml:space="preserve">Autorități </w:t>
            </w:r>
          </w:p>
          <w:p w14:paraId="29F8BC7D" w14:textId="77777777" w:rsidR="00156693" w:rsidRDefault="00000000">
            <w:pPr>
              <w:spacing w:after="40" w:line="240" w:lineRule="auto"/>
              <w:ind w:left="-20"/>
              <w:jc w:val="center"/>
              <w:rPr>
                <w:sz w:val="20"/>
                <w:szCs w:val="20"/>
              </w:rPr>
            </w:pPr>
            <w:r>
              <w:rPr>
                <w:sz w:val="20"/>
                <w:szCs w:val="20"/>
              </w:rPr>
              <w:t>publice locale</w:t>
            </w:r>
          </w:p>
          <w:p w14:paraId="4663C467" w14:textId="77777777" w:rsidR="00156693" w:rsidRDefault="00156693">
            <w:pPr>
              <w:spacing w:after="0" w:line="240" w:lineRule="auto"/>
              <w:ind w:left="-20"/>
              <w:jc w:val="center"/>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7277B5" w14:textId="77777777" w:rsidR="00156693" w:rsidRDefault="00000000">
            <w:pPr>
              <w:spacing w:after="40" w:line="240" w:lineRule="auto"/>
              <w:ind w:left="-20"/>
              <w:jc w:val="center"/>
              <w:rPr>
                <w:i/>
                <w:iCs/>
                <w:sz w:val="20"/>
                <w:szCs w:val="20"/>
              </w:rPr>
            </w:pPr>
            <w:r>
              <w:rPr>
                <w:i/>
                <w:iCs/>
                <w:sz w:val="20"/>
                <w:szCs w:val="20"/>
              </w:rPr>
              <w:t>2028 - 300,0</w:t>
            </w:r>
          </w:p>
          <w:p w14:paraId="4E676838" w14:textId="77777777" w:rsidR="00156693" w:rsidRDefault="00000000">
            <w:pPr>
              <w:spacing w:after="40" w:line="240" w:lineRule="auto"/>
              <w:ind w:left="-20"/>
              <w:jc w:val="center"/>
              <w:rPr>
                <w:i/>
                <w:iCs/>
                <w:sz w:val="20"/>
                <w:szCs w:val="20"/>
              </w:rPr>
            </w:pPr>
            <w:r>
              <w:rPr>
                <w:i/>
                <w:iCs/>
                <w:sz w:val="20"/>
                <w:szCs w:val="20"/>
              </w:rPr>
              <w:t>2029 - 600,0</w:t>
            </w:r>
          </w:p>
          <w:p w14:paraId="701603C8" w14:textId="77777777" w:rsidR="00156693" w:rsidRDefault="00000000">
            <w:pPr>
              <w:spacing w:after="40" w:line="240" w:lineRule="auto"/>
              <w:ind w:left="-20"/>
              <w:jc w:val="center"/>
              <w:rPr>
                <w:i/>
                <w:iCs/>
                <w:sz w:val="20"/>
                <w:szCs w:val="20"/>
              </w:rPr>
            </w:pPr>
            <w:r>
              <w:rPr>
                <w:i/>
                <w:iCs/>
                <w:sz w:val="20"/>
                <w:szCs w:val="20"/>
              </w:rPr>
              <w:t>2030 - 1000,</w:t>
            </w:r>
          </w:p>
          <w:p w14:paraId="179C0EE3" w14:textId="77777777" w:rsidR="00156693" w:rsidRDefault="00000000">
            <w:pPr>
              <w:spacing w:after="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F3DE6C"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A8CBC6"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9E2C0B" w14:textId="77777777" w:rsidR="00156693" w:rsidRDefault="00000000">
            <w:pPr>
              <w:spacing w:after="0" w:line="240" w:lineRule="auto"/>
              <w:ind w:left="-20"/>
              <w:jc w:val="center"/>
              <w:rPr>
                <w:sz w:val="20"/>
                <w:szCs w:val="20"/>
              </w:rPr>
            </w:pPr>
            <w:r>
              <w:rPr>
                <w:sz w:val="20"/>
                <w:szCs w:val="20"/>
              </w:rPr>
              <w:t>3</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B0C75EA" w14:textId="77777777" w:rsidR="00156693" w:rsidRDefault="00000000">
            <w:pPr>
              <w:spacing w:after="0" w:line="240" w:lineRule="auto"/>
              <w:ind w:left="-20"/>
              <w:jc w:val="center"/>
              <w:rPr>
                <w:sz w:val="20"/>
                <w:szCs w:val="20"/>
              </w:rPr>
            </w:pPr>
            <w:r>
              <w:rPr>
                <w:sz w:val="20"/>
                <w:szCs w:val="20"/>
              </w:rPr>
              <w:t>6</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147CA1" w14:textId="77777777" w:rsidR="00156693" w:rsidRDefault="00000000">
            <w:pPr>
              <w:spacing w:after="0" w:line="240" w:lineRule="auto"/>
              <w:ind w:left="-20"/>
              <w:jc w:val="center"/>
              <w:rPr>
                <w:sz w:val="20"/>
                <w:szCs w:val="20"/>
              </w:rPr>
            </w:pPr>
            <w:r>
              <w:rPr>
                <w:sz w:val="20"/>
                <w:szCs w:val="20"/>
              </w:rPr>
              <w:t>10</w:t>
            </w:r>
          </w:p>
        </w:tc>
      </w:tr>
      <w:tr w:rsidR="00156693" w14:paraId="221EF1BB"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302F6A2"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BC7626" w14:textId="77777777" w:rsidR="00156693" w:rsidRDefault="00000000">
            <w:pPr>
              <w:spacing w:after="0" w:line="240" w:lineRule="auto"/>
              <w:ind w:left="-20"/>
              <w:rPr>
                <w:sz w:val="20"/>
                <w:szCs w:val="20"/>
              </w:rPr>
            </w:pPr>
            <w:r>
              <w:rPr>
                <w:sz w:val="20"/>
                <w:szCs w:val="20"/>
              </w:rPr>
              <w:t xml:space="preserve">3.1.1.4. Instituirea mecanismului de colectare a datelor cu privire la tineri și sectorul de tineret în localitățile din program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0D6CB7" w14:textId="77777777" w:rsidR="00156693" w:rsidRDefault="00000000">
            <w:pPr>
              <w:spacing w:after="0" w:line="240" w:lineRule="auto"/>
              <w:ind w:left="-20"/>
              <w:rPr>
                <w:sz w:val="20"/>
                <w:szCs w:val="20"/>
              </w:rPr>
            </w:pPr>
            <w:r>
              <w:rPr>
                <w:sz w:val="20"/>
                <w:szCs w:val="20"/>
              </w:rPr>
              <w:t xml:space="preserve">Metodologie de colectare a datelor elaborată și aprobată </w:t>
            </w:r>
          </w:p>
          <w:p w14:paraId="2E108B50" w14:textId="77777777" w:rsidR="00156693" w:rsidRDefault="00156693">
            <w:pPr>
              <w:spacing w:after="0" w:line="240" w:lineRule="auto"/>
              <w:ind w:left="-20"/>
              <w:rPr>
                <w:sz w:val="20"/>
                <w:szCs w:val="20"/>
              </w:rPr>
            </w:pPr>
          </w:p>
          <w:p w14:paraId="4BBD45F1" w14:textId="77777777" w:rsidR="00156693" w:rsidRDefault="00000000">
            <w:pPr>
              <w:spacing w:after="0" w:line="240" w:lineRule="auto"/>
              <w:ind w:left="-20"/>
              <w:rPr>
                <w:sz w:val="20"/>
                <w:szCs w:val="20"/>
              </w:rPr>
            </w:pPr>
            <w:r>
              <w:rPr>
                <w:sz w:val="20"/>
                <w:szCs w:val="20"/>
              </w:rPr>
              <w:t xml:space="preserve">Set de date colectat și distribuit anual localităților program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310C23" w14:textId="77777777" w:rsidR="00156693" w:rsidRDefault="00000000">
            <w:pPr>
              <w:spacing w:after="0" w:line="240" w:lineRule="auto"/>
              <w:ind w:left="-20"/>
              <w:rPr>
                <w:sz w:val="20"/>
                <w:szCs w:val="20"/>
              </w:rPr>
            </w:pPr>
            <w:r>
              <w:rPr>
                <w:sz w:val="20"/>
                <w:szCs w:val="20"/>
              </w:rPr>
              <w:t>Trim III</w:t>
            </w:r>
          </w:p>
          <w:p w14:paraId="6FAB6F88" w14:textId="77777777" w:rsidR="00156693" w:rsidRDefault="00000000">
            <w:pPr>
              <w:spacing w:after="0" w:line="240" w:lineRule="auto"/>
              <w:ind w:left="-20"/>
              <w:rPr>
                <w:sz w:val="20"/>
                <w:szCs w:val="20"/>
              </w:rPr>
            </w:pPr>
            <w:r>
              <w:rPr>
                <w:sz w:val="20"/>
                <w:szCs w:val="20"/>
              </w:rPr>
              <w:t xml:space="preserve">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E2A5ED" w14:textId="77777777" w:rsidR="00156693" w:rsidRDefault="00000000">
            <w:pPr>
              <w:spacing w:after="0" w:line="240" w:lineRule="auto"/>
              <w:ind w:left="-20"/>
              <w:rPr>
                <w:sz w:val="20"/>
                <w:szCs w:val="20"/>
              </w:rPr>
            </w:pPr>
            <w:r>
              <w:rPr>
                <w:sz w:val="20"/>
                <w:szCs w:val="20"/>
              </w:rPr>
              <w:t xml:space="preserve">Ministerul Educației și Cercetării </w:t>
            </w:r>
          </w:p>
          <w:p w14:paraId="78042FC3" w14:textId="77777777" w:rsidR="00156693" w:rsidRDefault="00156693">
            <w:pPr>
              <w:spacing w:after="0" w:line="240" w:lineRule="auto"/>
              <w:ind w:left="-20"/>
              <w:rPr>
                <w:sz w:val="20"/>
                <w:szCs w:val="20"/>
              </w:rPr>
            </w:pPr>
          </w:p>
          <w:p w14:paraId="53A954A8" w14:textId="77777777" w:rsidR="00156693" w:rsidRDefault="00000000">
            <w:pPr>
              <w:spacing w:after="0" w:line="240" w:lineRule="auto"/>
              <w:ind w:left="-20"/>
              <w:rPr>
                <w:sz w:val="20"/>
                <w:szCs w:val="20"/>
              </w:rPr>
            </w:pPr>
            <w:r>
              <w:rPr>
                <w:sz w:val="20"/>
                <w:szCs w:val="20"/>
              </w:rPr>
              <w:t xml:space="preserve">Agenția Națională Tineret </w:t>
            </w:r>
          </w:p>
          <w:p w14:paraId="2221A4F3" w14:textId="77777777" w:rsidR="00156693" w:rsidRDefault="00156693">
            <w:pPr>
              <w:spacing w:after="0" w:line="240" w:lineRule="auto"/>
              <w:ind w:left="-20"/>
              <w:rPr>
                <w:sz w:val="20"/>
                <w:szCs w:val="20"/>
              </w:rPr>
            </w:pPr>
          </w:p>
          <w:p w14:paraId="7FC1B1AD" w14:textId="77777777" w:rsidR="00156693" w:rsidRDefault="00000000">
            <w:pPr>
              <w:spacing w:after="0" w:line="240" w:lineRule="auto"/>
              <w:ind w:left="-20"/>
              <w:rPr>
                <w:sz w:val="20"/>
                <w:szCs w:val="20"/>
              </w:rPr>
            </w:pPr>
            <w:r>
              <w:rPr>
                <w:sz w:val="20"/>
                <w:szCs w:val="20"/>
              </w:rPr>
              <w:t xml:space="preserve">Localități program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4CA2AEA" w14:textId="77777777" w:rsidR="00156693" w:rsidRDefault="00000000">
            <w:pPr>
              <w:spacing w:after="40" w:line="240" w:lineRule="auto"/>
              <w:ind w:left="-20"/>
              <w:jc w:val="center"/>
              <w:rPr>
                <w:i/>
                <w:iCs/>
                <w:sz w:val="20"/>
                <w:szCs w:val="20"/>
              </w:rPr>
            </w:pPr>
            <w:r>
              <w:rPr>
                <w:i/>
                <w:iCs/>
                <w:sz w:val="20"/>
                <w:szCs w:val="20"/>
              </w:rPr>
              <w:t xml:space="preserve">96,0 </w:t>
            </w:r>
          </w:p>
          <w:p w14:paraId="1ADD3099" w14:textId="77777777" w:rsidR="00156693" w:rsidRDefault="00000000">
            <w:pPr>
              <w:spacing w:after="40" w:line="240" w:lineRule="auto"/>
              <w:ind w:left="-20"/>
              <w:jc w:val="center"/>
              <w:rPr>
                <w:i/>
                <w:iCs/>
                <w:sz w:val="20"/>
                <w:szCs w:val="20"/>
              </w:rPr>
            </w:pPr>
            <w:r>
              <w:rPr>
                <w:i/>
                <w:iCs/>
                <w:sz w:val="20"/>
                <w:szCs w:val="20"/>
              </w:rPr>
              <w:t xml:space="preserve">(anual) </w:t>
            </w:r>
          </w:p>
          <w:p w14:paraId="329E0C0A" w14:textId="77777777" w:rsidR="00156693" w:rsidRDefault="00000000">
            <w:pPr>
              <w:spacing w:after="40" w:line="240" w:lineRule="auto"/>
              <w:ind w:left="-20"/>
              <w:jc w:val="center"/>
              <w:rPr>
                <w:i/>
                <w:iCs/>
                <w:sz w:val="20"/>
                <w:szCs w:val="20"/>
              </w:rPr>
            </w:pPr>
            <w:r>
              <w:rPr>
                <w:i/>
                <w:iCs/>
                <w:sz w:val="20"/>
                <w:szCs w:val="20"/>
              </w:rPr>
              <w:t>2027-2030</w:t>
            </w:r>
          </w:p>
          <w:p w14:paraId="7440A6C8" w14:textId="77777777" w:rsidR="00156693" w:rsidRDefault="00000000">
            <w:pPr>
              <w:spacing w:after="40" w:line="240" w:lineRule="auto"/>
              <w:ind w:left="-20"/>
              <w:jc w:val="center"/>
              <w:rPr>
                <w:i/>
                <w:iCs/>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F4B4DF9"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FB4B75"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8AA709"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36F4D0"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5AA2A9" w14:textId="77777777" w:rsidR="00156693" w:rsidRDefault="00000000">
            <w:pPr>
              <w:spacing w:after="0" w:line="240" w:lineRule="auto"/>
              <w:ind w:left="-20"/>
              <w:jc w:val="center"/>
              <w:rPr>
                <w:sz w:val="20"/>
                <w:szCs w:val="20"/>
              </w:rPr>
            </w:pPr>
            <w:r>
              <w:rPr>
                <w:sz w:val="20"/>
                <w:szCs w:val="20"/>
              </w:rPr>
              <w:t>1</w:t>
            </w:r>
          </w:p>
        </w:tc>
      </w:tr>
      <w:tr w:rsidR="00156693" w14:paraId="6051544B"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82C5F97"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95BD05C" w14:textId="77777777" w:rsidR="00156693" w:rsidRDefault="00000000">
            <w:pPr>
              <w:spacing w:after="0" w:line="240" w:lineRule="auto"/>
              <w:ind w:left="-20"/>
              <w:rPr>
                <w:sz w:val="20"/>
                <w:szCs w:val="20"/>
              </w:rPr>
            </w:pPr>
            <w:r>
              <w:rPr>
                <w:sz w:val="20"/>
                <w:szCs w:val="20"/>
              </w:rPr>
              <w:t xml:space="preserve">3.1.1.5.  Elaborarea și publicarea anuală a Indicelui localităților prietenoase tinerilor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555594" w14:textId="77777777" w:rsidR="00156693" w:rsidRDefault="00000000">
            <w:pPr>
              <w:spacing w:after="0" w:line="240" w:lineRule="auto"/>
              <w:ind w:left="-20"/>
              <w:rPr>
                <w:sz w:val="20"/>
                <w:szCs w:val="20"/>
              </w:rPr>
            </w:pPr>
            <w:r>
              <w:rPr>
                <w:sz w:val="20"/>
                <w:szCs w:val="20"/>
              </w:rPr>
              <w:t xml:space="preserve">Metodologie elaborată și aprobată prin Ordin MEC </w:t>
            </w:r>
          </w:p>
          <w:p w14:paraId="2EC0E7DB" w14:textId="77777777" w:rsidR="00156693" w:rsidRDefault="00156693">
            <w:pPr>
              <w:spacing w:after="0" w:line="240" w:lineRule="auto"/>
              <w:ind w:left="-20"/>
              <w:rPr>
                <w:sz w:val="20"/>
                <w:szCs w:val="20"/>
              </w:rPr>
            </w:pPr>
          </w:p>
          <w:p w14:paraId="398B9546" w14:textId="77777777" w:rsidR="00156693" w:rsidRDefault="00156693">
            <w:pPr>
              <w:spacing w:after="0" w:line="240" w:lineRule="auto"/>
              <w:ind w:left="-20"/>
              <w:rPr>
                <w:sz w:val="20"/>
                <w:szCs w:val="20"/>
              </w:rPr>
            </w:pPr>
          </w:p>
          <w:p w14:paraId="3AEA7AAB" w14:textId="77777777" w:rsidR="00156693" w:rsidRDefault="00000000">
            <w:pPr>
              <w:spacing w:after="0" w:line="240" w:lineRule="auto"/>
              <w:ind w:left="-20"/>
              <w:rPr>
                <w:sz w:val="20"/>
                <w:szCs w:val="20"/>
              </w:rPr>
            </w:pPr>
            <w:r>
              <w:rPr>
                <w:sz w:val="20"/>
                <w:szCs w:val="20"/>
              </w:rPr>
              <w:t xml:space="preserve">Numărul localităților evaluate în cadrul indicelui.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70BC99" w14:textId="77777777" w:rsidR="00156693" w:rsidRDefault="00000000">
            <w:pPr>
              <w:spacing w:after="0" w:line="240" w:lineRule="auto"/>
              <w:ind w:left="-20"/>
              <w:rPr>
                <w:sz w:val="20"/>
                <w:szCs w:val="20"/>
              </w:rPr>
            </w:pPr>
            <w:r>
              <w:rPr>
                <w:sz w:val="20"/>
                <w:szCs w:val="20"/>
              </w:rPr>
              <w:t>Trim I. 2027</w:t>
            </w:r>
          </w:p>
          <w:p w14:paraId="1000288E" w14:textId="77777777" w:rsidR="00156693" w:rsidRDefault="00156693">
            <w:pPr>
              <w:spacing w:after="0" w:line="240" w:lineRule="auto"/>
              <w:ind w:left="-20"/>
              <w:rPr>
                <w:sz w:val="20"/>
                <w:szCs w:val="20"/>
              </w:rPr>
            </w:pPr>
          </w:p>
          <w:p w14:paraId="7120836F" w14:textId="77777777" w:rsidR="00156693" w:rsidRDefault="00156693">
            <w:pPr>
              <w:spacing w:after="0" w:line="240" w:lineRule="auto"/>
              <w:ind w:left="-20"/>
              <w:rPr>
                <w:sz w:val="20"/>
                <w:szCs w:val="20"/>
              </w:rPr>
            </w:pPr>
          </w:p>
          <w:p w14:paraId="075F2DD7" w14:textId="77777777" w:rsidR="00156693" w:rsidRDefault="00156693">
            <w:pPr>
              <w:spacing w:after="0" w:line="240" w:lineRule="auto"/>
              <w:ind w:left="-20"/>
              <w:rPr>
                <w:sz w:val="20"/>
                <w:szCs w:val="20"/>
              </w:rPr>
            </w:pPr>
          </w:p>
          <w:p w14:paraId="696E55F6" w14:textId="77777777" w:rsidR="00156693" w:rsidRDefault="00000000">
            <w:pPr>
              <w:spacing w:after="0" w:line="240" w:lineRule="auto"/>
              <w:ind w:left="-20"/>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E4BBCC" w14:textId="77777777" w:rsidR="00156693" w:rsidRDefault="00000000">
            <w:pPr>
              <w:spacing w:after="0" w:line="240" w:lineRule="auto"/>
              <w:ind w:left="-20"/>
              <w:rPr>
                <w:sz w:val="20"/>
                <w:szCs w:val="20"/>
              </w:rPr>
            </w:pPr>
            <w:r>
              <w:rPr>
                <w:sz w:val="20"/>
                <w:szCs w:val="20"/>
              </w:rPr>
              <w:t xml:space="preserve">Ministerul Educației și Cercetării </w:t>
            </w:r>
          </w:p>
          <w:p w14:paraId="0A055D80" w14:textId="77777777" w:rsidR="00156693" w:rsidRDefault="00156693">
            <w:pPr>
              <w:spacing w:after="0" w:line="240" w:lineRule="auto"/>
              <w:ind w:left="-20"/>
              <w:rPr>
                <w:sz w:val="20"/>
                <w:szCs w:val="20"/>
              </w:rPr>
            </w:pPr>
          </w:p>
          <w:p w14:paraId="0AE0A98E" w14:textId="77777777" w:rsidR="00156693" w:rsidRDefault="00000000">
            <w:pPr>
              <w:spacing w:after="0" w:line="240" w:lineRule="auto"/>
              <w:ind w:left="-20"/>
              <w:rPr>
                <w:sz w:val="20"/>
                <w:szCs w:val="20"/>
              </w:rPr>
            </w:pPr>
            <w:r>
              <w:rPr>
                <w:sz w:val="20"/>
                <w:szCs w:val="20"/>
              </w:rPr>
              <w:t xml:space="preserve">Agenția Națională Tineret </w:t>
            </w:r>
          </w:p>
          <w:p w14:paraId="67D56CF2" w14:textId="77777777" w:rsidR="00156693" w:rsidRDefault="00156693">
            <w:pPr>
              <w:spacing w:after="0" w:line="240" w:lineRule="auto"/>
              <w:ind w:left="-20"/>
              <w:rPr>
                <w:sz w:val="20"/>
                <w:szCs w:val="20"/>
              </w:rPr>
            </w:pPr>
          </w:p>
          <w:p w14:paraId="01C1813F" w14:textId="77777777" w:rsidR="00156693" w:rsidRDefault="00000000">
            <w:pPr>
              <w:spacing w:after="0" w:line="240" w:lineRule="auto"/>
              <w:ind w:left="-20"/>
              <w:rPr>
                <w:sz w:val="20"/>
                <w:szCs w:val="20"/>
              </w:rPr>
            </w:pPr>
            <w:r>
              <w:rPr>
                <w:sz w:val="20"/>
                <w:szCs w:val="20"/>
              </w:rPr>
              <w:t xml:space="preserve">Localități program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87EEA1" w14:textId="77777777" w:rsidR="00156693" w:rsidRDefault="00000000">
            <w:pPr>
              <w:spacing w:after="40" w:line="240" w:lineRule="auto"/>
              <w:ind w:left="-20"/>
              <w:jc w:val="center"/>
              <w:rPr>
                <w:sz w:val="20"/>
                <w:szCs w:val="20"/>
              </w:rPr>
            </w:pPr>
            <w:r>
              <w:rPr>
                <w:sz w:val="20"/>
                <w:szCs w:val="20"/>
              </w:rPr>
              <w:t xml:space="preserve">142,0 </w:t>
            </w:r>
          </w:p>
          <w:p w14:paraId="34DA7ECB" w14:textId="77777777" w:rsidR="00156693" w:rsidRDefault="00000000">
            <w:pPr>
              <w:spacing w:after="40" w:line="240" w:lineRule="auto"/>
              <w:ind w:left="-20"/>
              <w:jc w:val="center"/>
              <w:rPr>
                <w:sz w:val="20"/>
                <w:szCs w:val="20"/>
              </w:rPr>
            </w:pPr>
            <w:r>
              <w:rPr>
                <w:sz w:val="20"/>
                <w:szCs w:val="20"/>
              </w:rPr>
              <w:t>(anual)</w:t>
            </w:r>
          </w:p>
          <w:p w14:paraId="3D3EF64E" w14:textId="77777777" w:rsidR="00156693" w:rsidRDefault="00000000">
            <w:pPr>
              <w:spacing w:after="40" w:line="240" w:lineRule="auto"/>
              <w:ind w:left="-20"/>
              <w:jc w:val="center"/>
              <w:rPr>
                <w:sz w:val="20"/>
                <w:szCs w:val="20"/>
              </w:rPr>
            </w:pPr>
            <w:r>
              <w:rPr>
                <w:sz w:val="20"/>
                <w:szCs w:val="20"/>
              </w:rPr>
              <w:t xml:space="preserve">2027-2030 </w:t>
            </w:r>
          </w:p>
          <w:p w14:paraId="337BEFE5" w14:textId="77777777" w:rsidR="00156693" w:rsidRDefault="00000000">
            <w:pPr>
              <w:spacing w:after="4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AEEAB3"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6EABF2" w14:textId="77777777" w:rsidR="00156693" w:rsidRDefault="00000000">
            <w:pPr>
              <w:spacing w:after="0" w:line="240" w:lineRule="auto"/>
              <w:ind w:left="-20"/>
              <w:jc w:val="center"/>
              <w:rPr>
                <w:sz w:val="20"/>
                <w:szCs w:val="20"/>
              </w:rPr>
            </w:pPr>
            <w:r>
              <w:rPr>
                <w:sz w:val="20"/>
                <w:szCs w:val="20"/>
              </w:rPr>
              <w:t>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C7315C" w14:textId="77777777" w:rsidR="00156693" w:rsidRDefault="00000000">
            <w:pPr>
              <w:spacing w:after="0" w:line="240" w:lineRule="auto"/>
              <w:ind w:left="-20"/>
              <w:jc w:val="center"/>
              <w:rPr>
                <w:sz w:val="20"/>
                <w:szCs w:val="20"/>
              </w:rPr>
            </w:pPr>
            <w:r>
              <w:rPr>
                <w:sz w:val="20"/>
                <w:szCs w:val="20"/>
              </w:rPr>
              <w:t>15</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BD9D72" w14:textId="77777777" w:rsidR="00156693" w:rsidRDefault="00000000">
            <w:pPr>
              <w:spacing w:after="0" w:line="240" w:lineRule="auto"/>
              <w:ind w:left="-20"/>
              <w:jc w:val="center"/>
              <w:rPr>
                <w:sz w:val="20"/>
                <w:szCs w:val="20"/>
              </w:rPr>
            </w:pPr>
            <w:r>
              <w:rPr>
                <w:sz w:val="20"/>
                <w:szCs w:val="20"/>
              </w:rPr>
              <w:t>20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24DDE2D" w14:textId="77777777" w:rsidR="00156693" w:rsidRDefault="00000000">
            <w:pPr>
              <w:spacing w:after="0" w:line="240" w:lineRule="auto"/>
              <w:ind w:left="-20"/>
              <w:jc w:val="center"/>
              <w:rPr>
                <w:sz w:val="20"/>
                <w:szCs w:val="20"/>
              </w:rPr>
            </w:pPr>
            <w:r>
              <w:rPr>
                <w:sz w:val="20"/>
                <w:szCs w:val="20"/>
              </w:rPr>
              <w:t>25</w:t>
            </w:r>
          </w:p>
        </w:tc>
      </w:tr>
      <w:tr w:rsidR="00156693" w14:paraId="730BD6AB"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B1B99F6" w14:textId="77777777" w:rsidR="00156693" w:rsidRDefault="00156693">
            <w:pPr>
              <w:spacing w:after="0" w:line="240" w:lineRule="auto"/>
              <w:ind w:left="-20"/>
              <w:jc w:val="both"/>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CEE4E9A" w14:textId="77777777" w:rsidR="00156693" w:rsidRDefault="00000000">
            <w:pPr>
              <w:spacing w:after="0" w:line="240" w:lineRule="auto"/>
              <w:ind w:left="-20"/>
              <w:rPr>
                <w:sz w:val="20"/>
                <w:szCs w:val="20"/>
              </w:rPr>
            </w:pPr>
            <w:r>
              <w:rPr>
                <w:sz w:val="20"/>
                <w:szCs w:val="20"/>
              </w:rPr>
              <w:t>3.1.1.6. Instituirea mecanismului de consultare a tinerilor în localitățile din program</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4A5ACA" w14:textId="77777777" w:rsidR="00156693" w:rsidRDefault="00000000">
            <w:pPr>
              <w:spacing w:after="0" w:line="240" w:lineRule="auto"/>
              <w:ind w:left="-20"/>
              <w:rPr>
                <w:sz w:val="20"/>
                <w:szCs w:val="20"/>
              </w:rPr>
            </w:pPr>
            <w:r>
              <w:rPr>
                <w:sz w:val="20"/>
                <w:szCs w:val="20"/>
              </w:rPr>
              <w:t xml:space="preserve">Metodologie de participare în localitățile din program elaborată </w:t>
            </w:r>
          </w:p>
          <w:p w14:paraId="6889BFFC" w14:textId="77777777" w:rsidR="00156693" w:rsidRDefault="00156693">
            <w:pPr>
              <w:spacing w:after="0" w:line="240" w:lineRule="auto"/>
              <w:ind w:left="-20"/>
              <w:rPr>
                <w:sz w:val="20"/>
                <w:szCs w:val="20"/>
              </w:rPr>
            </w:pPr>
          </w:p>
          <w:p w14:paraId="07972721" w14:textId="77777777" w:rsidR="00156693" w:rsidRDefault="00000000">
            <w:pPr>
              <w:spacing w:after="0" w:line="240" w:lineRule="auto"/>
              <w:ind w:left="-20"/>
              <w:rPr>
                <w:sz w:val="20"/>
                <w:szCs w:val="20"/>
              </w:rPr>
            </w:pPr>
            <w:r>
              <w:rPr>
                <w:sz w:val="20"/>
                <w:szCs w:val="20"/>
              </w:rPr>
              <w:t xml:space="preserve">10 localități program implică tinerii în procesele decizionale la nivel local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CC4C4C6" w14:textId="77777777" w:rsidR="00156693" w:rsidRDefault="00000000">
            <w:pPr>
              <w:spacing w:after="0" w:line="240" w:lineRule="auto"/>
              <w:ind w:left="-20"/>
              <w:rPr>
                <w:sz w:val="20"/>
                <w:szCs w:val="20"/>
              </w:rPr>
            </w:pPr>
            <w:r>
              <w:rPr>
                <w:sz w:val="20"/>
                <w:szCs w:val="20"/>
              </w:rPr>
              <w:t>Trim. III 2027</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3BDCB14" w14:textId="77777777" w:rsidR="00156693" w:rsidRDefault="00000000">
            <w:pPr>
              <w:spacing w:after="0" w:line="240" w:lineRule="auto"/>
              <w:ind w:left="-20"/>
              <w:rPr>
                <w:sz w:val="20"/>
                <w:szCs w:val="20"/>
              </w:rPr>
            </w:pPr>
            <w:r>
              <w:rPr>
                <w:sz w:val="20"/>
                <w:szCs w:val="20"/>
              </w:rPr>
              <w:t xml:space="preserve">Ministerul Educației și Cercetării </w:t>
            </w:r>
          </w:p>
          <w:p w14:paraId="13248E5E" w14:textId="77777777" w:rsidR="00156693" w:rsidRDefault="00156693">
            <w:pPr>
              <w:spacing w:after="0" w:line="240" w:lineRule="auto"/>
              <w:ind w:left="-20"/>
              <w:rPr>
                <w:sz w:val="20"/>
                <w:szCs w:val="20"/>
              </w:rPr>
            </w:pPr>
          </w:p>
          <w:p w14:paraId="7C76664A" w14:textId="77777777" w:rsidR="00156693" w:rsidRDefault="00000000">
            <w:pPr>
              <w:spacing w:after="0" w:line="240" w:lineRule="auto"/>
              <w:ind w:left="-20"/>
              <w:rPr>
                <w:sz w:val="20"/>
                <w:szCs w:val="20"/>
              </w:rPr>
            </w:pPr>
            <w:r>
              <w:rPr>
                <w:sz w:val="20"/>
                <w:szCs w:val="20"/>
              </w:rPr>
              <w:t xml:space="preserve">Localități program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3F2349" w14:textId="77777777" w:rsidR="00156693" w:rsidRDefault="00000000">
            <w:pPr>
              <w:spacing w:after="40" w:line="240" w:lineRule="auto"/>
              <w:ind w:left="-20"/>
              <w:jc w:val="center"/>
              <w:rPr>
                <w:sz w:val="20"/>
                <w:szCs w:val="20"/>
              </w:rPr>
            </w:pPr>
            <w:r>
              <w:rPr>
                <w:sz w:val="20"/>
                <w:szCs w:val="20"/>
              </w:rPr>
              <w:t xml:space="preserve">43,0 </w:t>
            </w:r>
          </w:p>
          <w:p w14:paraId="423991D8" w14:textId="77777777" w:rsidR="00156693" w:rsidRDefault="00000000">
            <w:pPr>
              <w:spacing w:after="40" w:line="240" w:lineRule="auto"/>
              <w:ind w:left="-20"/>
              <w:jc w:val="center"/>
              <w:rPr>
                <w:sz w:val="20"/>
                <w:szCs w:val="20"/>
              </w:rPr>
            </w:pPr>
            <w:r>
              <w:rPr>
                <w:sz w:val="20"/>
                <w:szCs w:val="20"/>
              </w:rPr>
              <w:t xml:space="preserve">(2027) </w:t>
            </w:r>
          </w:p>
          <w:p w14:paraId="359CDBA5" w14:textId="77777777" w:rsidR="00156693" w:rsidRDefault="00000000">
            <w:pPr>
              <w:spacing w:after="40" w:line="240" w:lineRule="auto"/>
              <w:ind w:left="-20"/>
              <w:jc w:val="center"/>
              <w:rPr>
                <w:i/>
                <w:iCs/>
                <w:sz w:val="20"/>
                <w:szCs w:val="20"/>
              </w:rPr>
            </w:pPr>
            <w:r>
              <w:rPr>
                <w:i/>
                <w:iCs/>
                <w:sz w:val="20"/>
                <w:szCs w:val="20"/>
              </w:rPr>
              <w:t xml:space="preserve">Surse externe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DA30A0D"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C58F01"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0C03FE"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801C697"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2C8C37" w14:textId="77777777" w:rsidR="00156693" w:rsidRDefault="00000000">
            <w:pPr>
              <w:spacing w:after="0" w:line="240" w:lineRule="auto"/>
              <w:ind w:left="-20"/>
              <w:jc w:val="center"/>
              <w:rPr>
                <w:sz w:val="20"/>
                <w:szCs w:val="20"/>
              </w:rPr>
            </w:pPr>
            <w:r>
              <w:rPr>
                <w:sz w:val="20"/>
                <w:szCs w:val="20"/>
              </w:rPr>
              <w:t>1</w:t>
            </w:r>
          </w:p>
        </w:tc>
      </w:tr>
      <w:tr w:rsidR="00156693" w14:paraId="7A51E30F"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8376345"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FE81F5C" w14:textId="77777777" w:rsidR="00156693" w:rsidRDefault="00000000">
            <w:pPr>
              <w:spacing w:after="0" w:line="240" w:lineRule="auto"/>
              <w:ind w:left="-20"/>
              <w:rPr>
                <w:sz w:val="20"/>
                <w:szCs w:val="20"/>
              </w:rPr>
            </w:pPr>
            <w:r>
              <w:rPr>
                <w:sz w:val="20"/>
                <w:szCs w:val="20"/>
              </w:rPr>
              <w:t>3.1.1.7. Organizarea anuală a Programului Capitala Tineretului</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080FB2" w14:textId="77777777" w:rsidR="00156693" w:rsidRDefault="00000000">
            <w:pPr>
              <w:spacing w:after="0" w:line="240" w:lineRule="auto"/>
              <w:ind w:left="-20"/>
              <w:rPr>
                <w:sz w:val="20"/>
                <w:szCs w:val="20"/>
              </w:rPr>
            </w:pPr>
            <w:r>
              <w:rPr>
                <w:sz w:val="20"/>
                <w:szCs w:val="20"/>
              </w:rPr>
              <w:t>Numărul localităților desemnate anual „Capitala Tineretului”;</w:t>
            </w:r>
          </w:p>
          <w:p w14:paraId="4B4F027E" w14:textId="77777777" w:rsidR="00156693" w:rsidRDefault="00156693">
            <w:pPr>
              <w:spacing w:after="0" w:line="240" w:lineRule="auto"/>
              <w:ind w:left="-20"/>
              <w:rPr>
                <w:sz w:val="20"/>
                <w:szCs w:val="20"/>
              </w:rPr>
            </w:pPr>
          </w:p>
          <w:p w14:paraId="311F8C04" w14:textId="77777777" w:rsidR="00156693" w:rsidRDefault="00000000">
            <w:pPr>
              <w:spacing w:after="0" w:line="240" w:lineRule="auto"/>
              <w:ind w:left="-20"/>
              <w:rPr>
                <w:sz w:val="20"/>
                <w:szCs w:val="20"/>
              </w:rPr>
            </w:pPr>
            <w:r>
              <w:rPr>
                <w:sz w:val="20"/>
                <w:szCs w:val="20"/>
              </w:rPr>
              <w:t xml:space="preserve">Cel puțin 5 localități aplicante anual. </w:t>
            </w:r>
          </w:p>
          <w:p w14:paraId="224B530A" w14:textId="77777777" w:rsidR="00156693" w:rsidRDefault="00156693">
            <w:pPr>
              <w:spacing w:after="0" w:line="240" w:lineRule="auto"/>
              <w:ind w:left="-20"/>
              <w:rPr>
                <w:sz w:val="20"/>
                <w:szCs w:val="20"/>
              </w:rPr>
            </w:pPr>
          </w:p>
          <w:p w14:paraId="3EBD7B74"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35DC4C"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510A34" w14:textId="77777777" w:rsidR="00156693" w:rsidRDefault="00000000">
            <w:pPr>
              <w:spacing w:after="40" w:line="240" w:lineRule="auto"/>
              <w:ind w:left="-20"/>
              <w:rPr>
                <w:sz w:val="20"/>
                <w:szCs w:val="20"/>
              </w:rPr>
            </w:pPr>
            <w:r>
              <w:rPr>
                <w:sz w:val="20"/>
                <w:szCs w:val="20"/>
              </w:rPr>
              <w:t>Agenția Națională Tineret</w:t>
            </w:r>
          </w:p>
          <w:p w14:paraId="4F014861" w14:textId="77777777" w:rsidR="00156693" w:rsidRDefault="00000000">
            <w:pPr>
              <w:spacing w:after="40" w:line="240" w:lineRule="auto"/>
              <w:ind w:left="-20"/>
              <w:rPr>
                <w:sz w:val="20"/>
                <w:szCs w:val="20"/>
              </w:rPr>
            </w:pPr>
            <w:r>
              <w:rPr>
                <w:sz w:val="20"/>
                <w:szCs w:val="20"/>
              </w:rPr>
              <w:t xml:space="preserve">Autoritățile administrației publice locale </w:t>
            </w:r>
          </w:p>
          <w:p w14:paraId="7F4282C2"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9F3E4B" w14:textId="77777777" w:rsidR="00156693" w:rsidRDefault="00000000">
            <w:pPr>
              <w:spacing w:after="40" w:line="240" w:lineRule="auto"/>
              <w:ind w:left="-20"/>
              <w:jc w:val="center"/>
              <w:rPr>
                <w:i/>
                <w:iCs/>
                <w:sz w:val="20"/>
                <w:szCs w:val="20"/>
              </w:rPr>
            </w:pPr>
            <w:r>
              <w:rPr>
                <w:i/>
                <w:iCs/>
                <w:sz w:val="20"/>
                <w:szCs w:val="20"/>
              </w:rPr>
              <w:t>2 000,0</w:t>
            </w:r>
          </w:p>
          <w:p w14:paraId="392599CA" w14:textId="77777777" w:rsidR="00156693" w:rsidRDefault="00000000">
            <w:pPr>
              <w:spacing w:after="40" w:line="240" w:lineRule="auto"/>
              <w:ind w:left="-20"/>
              <w:jc w:val="center"/>
              <w:rPr>
                <w:i/>
                <w:iCs/>
                <w:sz w:val="20"/>
                <w:szCs w:val="20"/>
              </w:rPr>
            </w:pPr>
            <w:r>
              <w:rPr>
                <w:i/>
                <w:iCs/>
                <w:sz w:val="20"/>
                <w:szCs w:val="20"/>
              </w:rPr>
              <w:t>(anual)</w:t>
            </w:r>
          </w:p>
          <w:p w14:paraId="7289AC5A" w14:textId="77777777" w:rsidR="00156693" w:rsidRDefault="00000000">
            <w:pPr>
              <w:spacing w:after="40" w:line="240" w:lineRule="auto"/>
              <w:ind w:left="-20"/>
              <w:jc w:val="center"/>
              <w:rPr>
                <w:i/>
                <w:iCs/>
                <w:sz w:val="20"/>
                <w:szCs w:val="20"/>
              </w:rPr>
            </w:pPr>
            <w:r>
              <w:rPr>
                <w:i/>
                <w:iCs/>
                <w:sz w:val="20"/>
                <w:szCs w:val="20"/>
              </w:rPr>
              <w:t>2027-2030</w:t>
            </w:r>
          </w:p>
          <w:p w14:paraId="26A5EDF6" w14:textId="77777777" w:rsidR="00156693" w:rsidRDefault="00000000">
            <w:pPr>
              <w:spacing w:after="0" w:line="240" w:lineRule="auto"/>
              <w:ind w:left="-20"/>
              <w:jc w:val="center"/>
              <w:rPr>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6A6B42F"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5B434C"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317461" w14:textId="77777777" w:rsidR="00156693" w:rsidRDefault="00000000">
            <w:pPr>
              <w:spacing w:after="0" w:line="240" w:lineRule="auto"/>
              <w:ind w:left="-20"/>
              <w:jc w:val="center"/>
              <w:rPr>
                <w:sz w:val="20"/>
                <w:szCs w:val="20"/>
              </w:rPr>
            </w:pPr>
            <w:r>
              <w:rPr>
                <w:sz w:val="20"/>
                <w:szCs w:val="20"/>
              </w:rPr>
              <w:t xml:space="preserve">1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4A88CD" w14:textId="77777777" w:rsidR="00156693" w:rsidRDefault="00000000">
            <w:pPr>
              <w:spacing w:after="0" w:line="240" w:lineRule="auto"/>
              <w:ind w:left="-20"/>
              <w:jc w:val="center"/>
              <w:rPr>
                <w:sz w:val="20"/>
                <w:szCs w:val="20"/>
              </w:rPr>
            </w:pPr>
            <w:r>
              <w:rPr>
                <w:sz w:val="20"/>
                <w:szCs w:val="20"/>
              </w:rPr>
              <w:t xml:space="preserve">1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6EF8F6" w14:textId="77777777" w:rsidR="00156693" w:rsidRDefault="00000000">
            <w:pPr>
              <w:spacing w:after="0" w:line="240" w:lineRule="auto"/>
              <w:ind w:left="-20"/>
              <w:jc w:val="center"/>
              <w:rPr>
                <w:sz w:val="20"/>
                <w:szCs w:val="20"/>
              </w:rPr>
            </w:pPr>
            <w:r>
              <w:rPr>
                <w:sz w:val="20"/>
                <w:szCs w:val="20"/>
              </w:rPr>
              <w:t>1</w:t>
            </w:r>
          </w:p>
        </w:tc>
      </w:tr>
      <w:tr w:rsidR="00156693" w14:paraId="11E111DF" w14:textId="77777777">
        <w:trPr>
          <w:trHeight w:val="35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280B3A8" w14:textId="77777777" w:rsidR="00156693" w:rsidRDefault="00000000">
            <w:pPr>
              <w:spacing w:after="40" w:line="240" w:lineRule="auto"/>
              <w:ind w:left="-20"/>
              <w:rPr>
                <w:sz w:val="20"/>
                <w:szCs w:val="20"/>
              </w:rPr>
            </w:pPr>
            <w:r>
              <w:rPr>
                <w:sz w:val="20"/>
                <w:szCs w:val="20"/>
              </w:rPr>
              <w:lastRenderedPageBreak/>
              <w:t xml:space="preserve">Rezultat anticipat 3.1.2. Autoritățile publice locale beneficiază de suport metodologic pentru planificarea strategică, bugetarea participativă și implementarea programelor dedicate tinerilor. </w:t>
            </w:r>
          </w:p>
          <w:p w14:paraId="0E78FB97" w14:textId="77777777" w:rsidR="00156693" w:rsidRDefault="00156693">
            <w:pPr>
              <w:spacing w:after="40" w:line="240" w:lineRule="auto"/>
              <w:ind w:left="-20"/>
              <w:rPr>
                <w:sz w:val="20"/>
                <w:szCs w:val="20"/>
              </w:rPr>
            </w:pPr>
          </w:p>
          <w:p w14:paraId="5258953D" w14:textId="77777777" w:rsidR="00156693" w:rsidRDefault="00000000">
            <w:pPr>
              <w:spacing w:after="40" w:line="240" w:lineRule="auto"/>
              <w:ind w:left="-20"/>
              <w:rPr>
                <w:sz w:val="20"/>
                <w:szCs w:val="20"/>
              </w:rPr>
            </w:pPr>
            <w:r>
              <w:rPr>
                <w:sz w:val="20"/>
                <w:szCs w:val="20"/>
              </w:rPr>
              <w:t xml:space="preserve">Indicator de rezultat: numărul autorităților publice locale de nivel întâi asistate metodologic anual.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6226A5" w14:textId="77777777" w:rsidR="00156693" w:rsidRDefault="00000000">
            <w:pPr>
              <w:spacing w:after="0" w:line="240" w:lineRule="auto"/>
              <w:ind w:left="-20"/>
              <w:rPr>
                <w:sz w:val="20"/>
                <w:szCs w:val="20"/>
              </w:rPr>
            </w:pPr>
            <w:r>
              <w:rPr>
                <w:sz w:val="20"/>
                <w:szCs w:val="20"/>
              </w:rPr>
              <w:tab/>
              <w:t xml:space="preserve">3.1.2.1. Sprijinirea APL în elaborarea și actualizarea planurilor locale pentru tineri, cu bugete și activități stabilite împreună cu tinerii.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F71477A" w14:textId="77777777" w:rsidR="00156693" w:rsidRDefault="00000000">
            <w:pPr>
              <w:spacing w:after="0" w:line="240" w:lineRule="auto"/>
              <w:ind w:left="-20"/>
              <w:rPr>
                <w:sz w:val="20"/>
                <w:szCs w:val="20"/>
              </w:rPr>
            </w:pPr>
            <w:r>
              <w:rPr>
                <w:sz w:val="20"/>
                <w:szCs w:val="20"/>
              </w:rPr>
              <w:t>Numărul APL asistate metodologic anual;</w:t>
            </w:r>
          </w:p>
          <w:p w14:paraId="67D014B8" w14:textId="77777777" w:rsidR="00156693" w:rsidRDefault="00156693">
            <w:pPr>
              <w:spacing w:after="0" w:line="240" w:lineRule="auto"/>
              <w:ind w:left="-20"/>
              <w:rPr>
                <w:sz w:val="20"/>
                <w:szCs w:val="20"/>
              </w:rPr>
            </w:pPr>
          </w:p>
          <w:p w14:paraId="34B7CB5C" w14:textId="77777777" w:rsidR="00156693" w:rsidRDefault="00000000">
            <w:pPr>
              <w:spacing w:after="0" w:line="240" w:lineRule="auto"/>
              <w:ind w:left="-20"/>
              <w:rPr>
                <w:sz w:val="20"/>
                <w:szCs w:val="20"/>
              </w:rPr>
            </w:pPr>
            <w:r>
              <w:rPr>
                <w:sz w:val="20"/>
                <w:szCs w:val="20"/>
              </w:rPr>
              <w:t xml:space="preserve">Numărul documentelor locale de planificare strategică aprobate </w:t>
            </w:r>
          </w:p>
          <w:p w14:paraId="0A014D36" w14:textId="77777777" w:rsidR="00156693" w:rsidRDefault="00156693">
            <w:pPr>
              <w:spacing w:after="0" w:line="240" w:lineRule="auto"/>
              <w:ind w:left="-20"/>
              <w:rPr>
                <w:sz w:val="20"/>
                <w:szCs w:val="20"/>
              </w:rPr>
            </w:pPr>
          </w:p>
          <w:p w14:paraId="6EFBBA5A" w14:textId="77777777" w:rsidR="00156693" w:rsidRDefault="00000000">
            <w:pPr>
              <w:spacing w:after="0" w:line="240" w:lineRule="auto"/>
              <w:ind w:left="-20"/>
              <w:rPr>
                <w:sz w:val="20"/>
                <w:szCs w:val="20"/>
              </w:rPr>
            </w:pPr>
            <w:r>
              <w:rPr>
                <w:sz w:val="20"/>
                <w:szCs w:val="20"/>
              </w:rPr>
              <w:t xml:space="preserve">Numărul tinerilor implicați în elaborarea planurilor locale.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A28EF34" w14:textId="77777777" w:rsidR="00156693" w:rsidRDefault="00000000">
            <w:pPr>
              <w:spacing w:after="0" w:line="240" w:lineRule="auto"/>
              <w:ind w:left="-20"/>
              <w:rPr>
                <w:sz w:val="20"/>
                <w:szCs w:val="20"/>
              </w:rPr>
            </w:pPr>
            <w:r>
              <w:rPr>
                <w:sz w:val="20"/>
                <w:szCs w:val="20"/>
              </w:rPr>
              <w:t>Trim. IV, anual,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6D75EF" w14:textId="77777777" w:rsidR="00156693" w:rsidRDefault="00000000">
            <w:pPr>
              <w:spacing w:after="0" w:line="240" w:lineRule="auto"/>
              <w:ind w:left="-20"/>
              <w:rPr>
                <w:sz w:val="20"/>
                <w:szCs w:val="20"/>
              </w:rPr>
            </w:pPr>
            <w:r>
              <w:rPr>
                <w:sz w:val="20"/>
                <w:szCs w:val="20"/>
              </w:rPr>
              <w:t xml:space="preserve">Agenția Națională Tineret </w:t>
            </w:r>
          </w:p>
          <w:p w14:paraId="455215B6" w14:textId="77777777" w:rsidR="00156693" w:rsidRDefault="00156693">
            <w:pPr>
              <w:spacing w:after="0" w:line="240" w:lineRule="auto"/>
              <w:ind w:left="-20"/>
              <w:rPr>
                <w:sz w:val="20"/>
                <w:szCs w:val="20"/>
              </w:rPr>
            </w:pPr>
          </w:p>
          <w:p w14:paraId="7917B052" w14:textId="77777777" w:rsidR="00156693" w:rsidRDefault="00000000">
            <w:pPr>
              <w:spacing w:after="0" w:line="240" w:lineRule="auto"/>
              <w:ind w:left="-20"/>
              <w:rPr>
                <w:sz w:val="20"/>
                <w:szCs w:val="20"/>
              </w:rPr>
            </w:pPr>
            <w:r>
              <w:rPr>
                <w:sz w:val="20"/>
                <w:szCs w:val="20"/>
              </w:rPr>
              <w:t xml:space="preserve">Ministerul Educației și Cercetării; autorități publice locale; organizații ale societății civile; parteneri de dezvoltare; structuri de tineri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D42563" w14:textId="77777777" w:rsidR="00156693" w:rsidRDefault="00000000">
            <w:pPr>
              <w:spacing w:after="40" w:line="240" w:lineRule="auto"/>
              <w:ind w:left="-20"/>
              <w:jc w:val="center"/>
              <w:rPr>
                <w:i/>
                <w:iCs/>
                <w:sz w:val="20"/>
                <w:szCs w:val="20"/>
              </w:rPr>
            </w:pPr>
            <w:r>
              <w:rPr>
                <w:i/>
                <w:iCs/>
                <w:sz w:val="20"/>
                <w:szCs w:val="20"/>
              </w:rPr>
              <w:t>500,0</w:t>
            </w:r>
          </w:p>
          <w:p w14:paraId="11AB1A83" w14:textId="77777777" w:rsidR="00156693" w:rsidRDefault="00000000">
            <w:pPr>
              <w:spacing w:after="40" w:line="240" w:lineRule="auto"/>
              <w:ind w:left="-20"/>
              <w:jc w:val="center"/>
              <w:rPr>
                <w:i/>
                <w:iCs/>
                <w:sz w:val="20"/>
                <w:szCs w:val="20"/>
              </w:rPr>
            </w:pPr>
            <w:r>
              <w:rPr>
                <w:i/>
                <w:iCs/>
                <w:sz w:val="20"/>
                <w:szCs w:val="20"/>
              </w:rPr>
              <w:t>(anual)</w:t>
            </w:r>
          </w:p>
          <w:p w14:paraId="6C24DB5E" w14:textId="77777777" w:rsidR="00156693" w:rsidRDefault="00000000">
            <w:pPr>
              <w:spacing w:after="40" w:line="240" w:lineRule="auto"/>
              <w:ind w:left="-20"/>
              <w:jc w:val="center"/>
              <w:rPr>
                <w:i/>
                <w:iCs/>
                <w:sz w:val="20"/>
                <w:szCs w:val="20"/>
              </w:rPr>
            </w:pPr>
            <w:r>
              <w:rPr>
                <w:i/>
                <w:iCs/>
                <w:sz w:val="20"/>
                <w:szCs w:val="20"/>
              </w:rPr>
              <w:t>2028-2030</w:t>
            </w:r>
          </w:p>
          <w:p w14:paraId="5D00A5CD" w14:textId="77777777" w:rsidR="00156693" w:rsidRDefault="00000000">
            <w:pPr>
              <w:spacing w:after="0" w:line="240" w:lineRule="auto"/>
              <w:ind w:left="-20"/>
              <w:jc w:val="center"/>
              <w:rPr>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CE57EAA"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392DC2" w14:textId="77777777" w:rsidR="00156693" w:rsidRDefault="00000000">
            <w:pPr>
              <w:spacing w:after="0" w:line="240" w:lineRule="auto"/>
              <w:ind w:left="-20"/>
              <w:jc w:val="center"/>
              <w:rPr>
                <w:sz w:val="20"/>
                <w:szCs w:val="20"/>
              </w:rPr>
            </w:pPr>
            <w:r>
              <w:rPr>
                <w:sz w:val="20"/>
                <w:szCs w:val="20"/>
              </w:rPr>
              <w:t xml:space="preserve">-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9D1177" w14:textId="77777777" w:rsidR="00156693" w:rsidRDefault="00000000">
            <w:pPr>
              <w:spacing w:after="0" w:line="240" w:lineRule="auto"/>
              <w:ind w:left="-20"/>
              <w:jc w:val="center"/>
              <w:rPr>
                <w:sz w:val="20"/>
                <w:szCs w:val="20"/>
              </w:rPr>
            </w:pPr>
            <w:r>
              <w:rPr>
                <w:sz w:val="20"/>
                <w:szCs w:val="20"/>
              </w:rPr>
              <w:t xml:space="preserve">16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3B3DF97" w14:textId="77777777" w:rsidR="00156693" w:rsidRDefault="00000000">
            <w:pPr>
              <w:spacing w:after="0" w:line="240" w:lineRule="auto"/>
              <w:ind w:left="-20"/>
              <w:jc w:val="center"/>
              <w:rPr>
                <w:sz w:val="20"/>
                <w:szCs w:val="20"/>
              </w:rPr>
            </w:pPr>
            <w:r>
              <w:rPr>
                <w:sz w:val="20"/>
                <w:szCs w:val="20"/>
              </w:rPr>
              <w:t xml:space="preserve">24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6958A21" w14:textId="77777777" w:rsidR="00156693" w:rsidRDefault="00000000">
            <w:pPr>
              <w:spacing w:after="0" w:line="240" w:lineRule="auto"/>
              <w:ind w:left="-20"/>
              <w:jc w:val="center"/>
              <w:rPr>
                <w:sz w:val="20"/>
                <w:szCs w:val="20"/>
              </w:rPr>
            </w:pPr>
            <w:r>
              <w:rPr>
                <w:sz w:val="20"/>
                <w:szCs w:val="20"/>
              </w:rPr>
              <w:t>32</w:t>
            </w:r>
          </w:p>
        </w:tc>
      </w:tr>
      <w:tr w:rsidR="00156693" w14:paraId="367DC1BD" w14:textId="77777777">
        <w:trPr>
          <w:trHeight w:val="540"/>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0277517C" w14:textId="77777777" w:rsidR="00156693" w:rsidRDefault="00000000">
            <w:pPr>
              <w:spacing w:after="0" w:line="240" w:lineRule="auto"/>
              <w:ind w:left="-20"/>
              <w:rPr>
                <w:b/>
                <w:bCs/>
                <w:sz w:val="20"/>
                <w:szCs w:val="20"/>
              </w:rPr>
            </w:pPr>
            <w:r>
              <w:rPr>
                <w:b/>
                <w:bCs/>
                <w:sz w:val="20"/>
                <w:szCs w:val="20"/>
              </w:rPr>
              <w:t xml:space="preserve">Obiectivul specific 3.2. Extinderea sprijinului financiar, material și metodologic pentru proiectele de inovație socială, pentru a atinge, până în anul 2030, numărul cumulativ de 270 de proiecte susținute în cadrul Strategiei „Tineret 2030” </w:t>
            </w:r>
          </w:p>
        </w:tc>
      </w:tr>
      <w:tr w:rsidR="00156693" w14:paraId="462D5721" w14:textId="77777777">
        <w:trPr>
          <w:trHeight w:val="30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117E3247" w14:textId="77777777" w:rsidR="00156693" w:rsidRDefault="00000000">
            <w:pPr>
              <w:spacing w:after="0" w:line="240" w:lineRule="auto"/>
              <w:ind w:left="-20"/>
              <w:rPr>
                <w:sz w:val="20"/>
                <w:szCs w:val="20"/>
              </w:rPr>
            </w:pPr>
            <w:r>
              <w:rPr>
                <w:sz w:val="20"/>
                <w:szCs w:val="20"/>
              </w:rPr>
              <w:t xml:space="preserve">Rezultat anticipat 3.2.1. Organizațiile de tineret dezvoltă și realizează inițiative de inovație socială, identificate în baza unor criterii aprobate, cu rezultate comunitare documentate. </w:t>
            </w:r>
          </w:p>
          <w:p w14:paraId="315B8444" w14:textId="77777777" w:rsidR="00156693" w:rsidRDefault="00156693">
            <w:pPr>
              <w:spacing w:after="0" w:line="240" w:lineRule="auto"/>
              <w:ind w:left="-20"/>
              <w:rPr>
                <w:sz w:val="20"/>
                <w:szCs w:val="20"/>
              </w:rPr>
            </w:pPr>
          </w:p>
          <w:p w14:paraId="1EEE0091" w14:textId="77777777" w:rsidR="00156693" w:rsidRDefault="00000000">
            <w:pPr>
              <w:spacing w:after="0" w:line="240" w:lineRule="auto"/>
              <w:ind w:left="-20"/>
              <w:rPr>
                <w:sz w:val="20"/>
                <w:szCs w:val="20"/>
              </w:rPr>
            </w:pPr>
            <w:r>
              <w:rPr>
                <w:sz w:val="20"/>
                <w:szCs w:val="20"/>
              </w:rPr>
              <w:t>Indicator de rezultat: Numărul cumulativ de proiecte de inovație socială susținute în cadrul Strategiei „Tineret 2030”.</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9888AD" w14:textId="77777777" w:rsidR="00156693" w:rsidRDefault="00000000">
            <w:pPr>
              <w:spacing w:after="0" w:line="240" w:lineRule="auto"/>
              <w:ind w:left="-20"/>
              <w:rPr>
                <w:sz w:val="20"/>
                <w:szCs w:val="20"/>
              </w:rPr>
            </w:pPr>
            <w:r>
              <w:rPr>
                <w:sz w:val="20"/>
                <w:szCs w:val="20"/>
              </w:rPr>
              <w:t xml:space="preserve">3.2.1.1. Aprobarea criteriilor pentru proiectele de inovație socială și stabilirea anuală a temelor de finanțare, prin consultarea tinerilor și a instituțiilor relevante.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5C03210" w14:textId="77777777" w:rsidR="00156693" w:rsidRDefault="00000000">
            <w:pPr>
              <w:spacing w:after="0" w:line="240" w:lineRule="auto"/>
              <w:ind w:left="-20"/>
              <w:rPr>
                <w:sz w:val="20"/>
                <w:szCs w:val="20"/>
              </w:rPr>
            </w:pPr>
            <w:r>
              <w:rPr>
                <w:sz w:val="20"/>
                <w:szCs w:val="20"/>
              </w:rPr>
              <w:t xml:space="preserve">Numărul temelor anuale de finanțare stabilite prin consultare și publicate înaintea apelului </w:t>
            </w:r>
          </w:p>
          <w:p w14:paraId="094D41CB" w14:textId="77777777" w:rsidR="00156693" w:rsidRDefault="00156693">
            <w:pPr>
              <w:spacing w:after="0" w:line="240" w:lineRule="auto"/>
              <w:ind w:left="-20"/>
              <w:rPr>
                <w:sz w:val="20"/>
                <w:szCs w:val="20"/>
              </w:rPr>
            </w:pPr>
          </w:p>
          <w:p w14:paraId="73E1C223" w14:textId="77777777" w:rsidR="00156693" w:rsidRDefault="00000000">
            <w:pPr>
              <w:spacing w:after="0" w:line="240" w:lineRule="auto"/>
              <w:ind w:left="-20"/>
              <w:rPr>
                <w:sz w:val="20"/>
                <w:szCs w:val="20"/>
              </w:rPr>
            </w:pPr>
            <w:r>
              <w:rPr>
                <w:sz w:val="20"/>
                <w:szCs w:val="20"/>
              </w:rPr>
              <w:t xml:space="preserve">Numărul participanților la consultare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E1BE2A" w14:textId="77777777" w:rsidR="00156693" w:rsidRDefault="00000000">
            <w:pPr>
              <w:spacing w:after="0" w:line="240" w:lineRule="auto"/>
              <w:ind w:left="-20"/>
              <w:rPr>
                <w:sz w:val="20"/>
                <w:szCs w:val="20"/>
              </w:rPr>
            </w:pPr>
            <w:r>
              <w:rPr>
                <w:sz w:val="20"/>
                <w:szCs w:val="20"/>
              </w:rPr>
              <w:t>Trim. IV, 2027 – criterii; anual, 2028–2030 – aplicare</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491812" w14:textId="77777777" w:rsidR="00156693" w:rsidRDefault="00000000">
            <w:pPr>
              <w:spacing w:after="40" w:line="240" w:lineRule="auto"/>
              <w:ind w:left="-20"/>
              <w:rPr>
                <w:sz w:val="20"/>
                <w:szCs w:val="20"/>
              </w:rPr>
            </w:pPr>
            <w:r>
              <w:rPr>
                <w:sz w:val="20"/>
                <w:szCs w:val="20"/>
              </w:rPr>
              <w:t>Ministerul Educației și Cercetării</w:t>
            </w:r>
          </w:p>
          <w:p w14:paraId="482D109A" w14:textId="77777777" w:rsidR="00156693" w:rsidRDefault="00156693">
            <w:pPr>
              <w:spacing w:after="40" w:line="240" w:lineRule="auto"/>
              <w:ind w:left="-20"/>
              <w:rPr>
                <w:sz w:val="20"/>
                <w:szCs w:val="20"/>
              </w:rPr>
            </w:pPr>
          </w:p>
          <w:p w14:paraId="03E2C847" w14:textId="77777777" w:rsidR="00156693" w:rsidRDefault="00000000">
            <w:pPr>
              <w:spacing w:after="0" w:line="240" w:lineRule="auto"/>
              <w:ind w:left="-20"/>
              <w:rPr>
                <w:sz w:val="20"/>
                <w:szCs w:val="20"/>
              </w:rPr>
            </w:pPr>
            <w:r>
              <w:rPr>
                <w:sz w:val="20"/>
                <w:szCs w:val="20"/>
              </w:rPr>
              <w:t>Agenția Națională Tineret; experți; organizații ale societății civile; tineri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2A0796" w14:textId="77777777" w:rsidR="00156693" w:rsidRDefault="00000000">
            <w:pPr>
              <w:spacing w:after="0" w:line="240" w:lineRule="auto"/>
              <w:ind w:left="-20"/>
              <w:jc w:val="center"/>
              <w:rPr>
                <w:sz w:val="20"/>
                <w:szCs w:val="20"/>
              </w:rPr>
            </w:pPr>
            <w:r>
              <w:rPr>
                <w:sz w:val="20"/>
                <w:szCs w:val="20"/>
              </w:rPr>
              <w:t>-</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D71DD63"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446D4EA" w14:textId="77777777" w:rsidR="00156693" w:rsidRDefault="00000000">
            <w:pPr>
              <w:spacing w:after="0" w:line="240" w:lineRule="auto"/>
              <w:ind w:left="-20"/>
              <w:rPr>
                <w:sz w:val="20"/>
                <w:szCs w:val="20"/>
              </w:rPr>
            </w:pPr>
            <w:r>
              <w:rPr>
                <w:sz w:val="20"/>
                <w:szCs w:val="20"/>
              </w:rPr>
              <w:t xml:space="preserve">4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62E675" w14:textId="77777777" w:rsidR="00156693" w:rsidRDefault="00000000">
            <w:pPr>
              <w:spacing w:after="0" w:line="240" w:lineRule="auto"/>
              <w:ind w:left="-20"/>
              <w:rPr>
                <w:sz w:val="20"/>
                <w:szCs w:val="20"/>
              </w:rPr>
            </w:pPr>
            <w:r>
              <w:rPr>
                <w:sz w:val="20"/>
                <w:szCs w:val="20"/>
              </w:rPr>
              <w:t xml:space="preserve">4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2FDAFE" w14:textId="77777777" w:rsidR="00156693" w:rsidRDefault="00000000">
            <w:pPr>
              <w:spacing w:after="0" w:line="240" w:lineRule="auto"/>
              <w:ind w:left="-20"/>
              <w:rPr>
                <w:sz w:val="20"/>
                <w:szCs w:val="20"/>
              </w:rPr>
            </w:pPr>
            <w:r>
              <w:rPr>
                <w:sz w:val="20"/>
                <w:szCs w:val="20"/>
              </w:rPr>
              <w:t xml:space="preserve">4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F0F67F" w14:textId="77777777" w:rsidR="00156693" w:rsidRDefault="00000000">
            <w:pPr>
              <w:spacing w:after="0" w:line="240" w:lineRule="auto"/>
              <w:ind w:left="-20"/>
              <w:rPr>
                <w:sz w:val="20"/>
                <w:szCs w:val="20"/>
              </w:rPr>
            </w:pPr>
            <w:r>
              <w:rPr>
                <w:sz w:val="20"/>
                <w:szCs w:val="20"/>
              </w:rPr>
              <w:t xml:space="preserve">4 </w:t>
            </w:r>
          </w:p>
        </w:tc>
      </w:tr>
      <w:tr w:rsidR="00156693" w14:paraId="0968327C"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4746388" w14:textId="77777777" w:rsidR="00156693" w:rsidRDefault="00000000">
            <w:pPr>
              <w:spacing w:after="0" w:line="240" w:lineRule="auto"/>
              <w:ind w:left="-20"/>
              <w:jc w:val="both"/>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01B2A62" w14:textId="77777777" w:rsidR="00156693" w:rsidRDefault="00000000">
            <w:pPr>
              <w:spacing w:after="0" w:line="240" w:lineRule="auto"/>
              <w:ind w:left="-20"/>
              <w:rPr>
                <w:sz w:val="20"/>
                <w:szCs w:val="20"/>
              </w:rPr>
            </w:pPr>
            <w:r>
              <w:rPr>
                <w:sz w:val="20"/>
                <w:szCs w:val="20"/>
              </w:rPr>
              <w:t xml:space="preserve">3.2.1.2. Finanțarea anuală a proiectelor organizațiilor de tineret prin Programul național de granturi, inclusiv a proiectelor de inovație socială.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359A22" w14:textId="77777777" w:rsidR="00156693" w:rsidRDefault="00000000">
            <w:pPr>
              <w:spacing w:after="0" w:line="240" w:lineRule="auto"/>
              <w:rPr>
                <w:sz w:val="20"/>
                <w:szCs w:val="20"/>
              </w:rPr>
            </w:pPr>
            <w:r>
              <w:rPr>
                <w:sz w:val="20"/>
                <w:szCs w:val="20"/>
              </w:rPr>
              <w:t>Numărul proiectelor finanțate anual (cumulativ)</w:t>
            </w:r>
          </w:p>
          <w:p w14:paraId="0C6714D3" w14:textId="77777777" w:rsidR="00156693" w:rsidRDefault="00156693">
            <w:pPr>
              <w:spacing w:after="0" w:line="240" w:lineRule="auto"/>
              <w:rPr>
                <w:sz w:val="20"/>
                <w:szCs w:val="20"/>
              </w:rPr>
            </w:pPr>
          </w:p>
          <w:p w14:paraId="6996898A" w14:textId="77777777" w:rsidR="00156693" w:rsidRDefault="00000000">
            <w:pPr>
              <w:spacing w:after="0" w:line="240" w:lineRule="auto"/>
              <w:rPr>
                <w:sz w:val="20"/>
                <w:szCs w:val="20"/>
              </w:rPr>
            </w:pPr>
            <w:r>
              <w:rPr>
                <w:sz w:val="20"/>
                <w:szCs w:val="20"/>
              </w:rPr>
              <w:t>Minim 30 de organizații beneficiază anual</w:t>
            </w:r>
          </w:p>
          <w:p w14:paraId="4F275763" w14:textId="77777777" w:rsidR="00156693" w:rsidRDefault="00156693">
            <w:pPr>
              <w:spacing w:after="0" w:line="240" w:lineRule="auto"/>
              <w:rPr>
                <w:sz w:val="20"/>
                <w:szCs w:val="20"/>
              </w:rPr>
            </w:pPr>
          </w:p>
          <w:p w14:paraId="33504C27" w14:textId="77777777" w:rsidR="00156693" w:rsidRDefault="00000000">
            <w:pPr>
              <w:spacing w:after="0" w:line="240" w:lineRule="auto"/>
              <w:rPr>
                <w:sz w:val="20"/>
                <w:szCs w:val="20"/>
              </w:rPr>
            </w:pPr>
            <w:r>
              <w:rPr>
                <w:sz w:val="20"/>
                <w:szCs w:val="20"/>
              </w:rPr>
              <w:t xml:space="preserve">Numărul beneficiarilor, dezagregat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A86502E"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DBED0A5" w14:textId="77777777" w:rsidR="00156693" w:rsidRDefault="00000000">
            <w:pPr>
              <w:spacing w:after="40" w:line="240" w:lineRule="auto"/>
              <w:ind w:left="-20"/>
              <w:rPr>
                <w:sz w:val="20"/>
                <w:szCs w:val="20"/>
              </w:rPr>
            </w:pPr>
            <w:r>
              <w:rPr>
                <w:sz w:val="20"/>
                <w:szCs w:val="20"/>
              </w:rPr>
              <w:t>Agenția Națională Tineret</w:t>
            </w:r>
          </w:p>
          <w:p w14:paraId="1C574547" w14:textId="77777777" w:rsidR="00156693" w:rsidRDefault="00156693">
            <w:pPr>
              <w:spacing w:after="0" w:line="240" w:lineRule="auto"/>
              <w:ind w:left="-20"/>
              <w:rPr>
                <w:sz w:val="20"/>
                <w:szCs w:val="20"/>
              </w:rPr>
            </w:pPr>
          </w:p>
          <w:p w14:paraId="5B0967AB" w14:textId="77777777" w:rsidR="00156693" w:rsidRDefault="00000000">
            <w:pPr>
              <w:spacing w:after="0" w:line="240" w:lineRule="auto"/>
              <w:ind w:left="-20"/>
              <w:rPr>
                <w:sz w:val="20"/>
                <w:szCs w:val="20"/>
              </w:rPr>
            </w:pPr>
            <w:r>
              <w:rPr>
                <w:sz w:val="20"/>
                <w:szCs w:val="20"/>
              </w:rPr>
              <w:t>Ministerul Educației și Cercetării; organizații ale societății civile; 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DAF1C7" w14:textId="77777777" w:rsidR="00156693" w:rsidRDefault="00000000">
            <w:pPr>
              <w:spacing w:after="40" w:line="240" w:lineRule="auto"/>
              <w:ind w:left="-20"/>
              <w:jc w:val="center"/>
              <w:rPr>
                <w:i/>
                <w:iCs/>
                <w:sz w:val="20"/>
                <w:szCs w:val="20"/>
              </w:rPr>
            </w:pPr>
            <w:r>
              <w:rPr>
                <w:i/>
                <w:iCs/>
                <w:sz w:val="20"/>
                <w:szCs w:val="20"/>
              </w:rPr>
              <w:t>3 000,0</w:t>
            </w:r>
          </w:p>
          <w:p w14:paraId="747A0CEC" w14:textId="77777777" w:rsidR="00156693" w:rsidRDefault="00000000">
            <w:pPr>
              <w:spacing w:after="40" w:line="240" w:lineRule="auto"/>
              <w:ind w:left="-20"/>
              <w:jc w:val="center"/>
              <w:rPr>
                <w:i/>
                <w:iCs/>
                <w:sz w:val="20"/>
                <w:szCs w:val="20"/>
              </w:rPr>
            </w:pPr>
            <w:r>
              <w:rPr>
                <w:i/>
                <w:iCs/>
                <w:sz w:val="20"/>
                <w:szCs w:val="20"/>
              </w:rPr>
              <w:t>(anual)</w:t>
            </w:r>
          </w:p>
          <w:p w14:paraId="094EAB54" w14:textId="77777777" w:rsidR="00156693" w:rsidRDefault="00000000">
            <w:pPr>
              <w:spacing w:after="0" w:line="240" w:lineRule="auto"/>
              <w:ind w:left="-20"/>
              <w:jc w:val="center"/>
              <w:rPr>
                <w:i/>
                <w:iCs/>
                <w:sz w:val="20"/>
                <w:szCs w:val="20"/>
              </w:rPr>
            </w:pPr>
            <w:r>
              <w:rPr>
                <w:i/>
                <w:iCs/>
                <w:sz w:val="20"/>
                <w:szCs w:val="20"/>
              </w:rPr>
              <w:t>BS</w:t>
            </w:r>
          </w:p>
          <w:p w14:paraId="2A0F7714" w14:textId="77777777" w:rsidR="00156693" w:rsidRDefault="00156693">
            <w:pPr>
              <w:spacing w:after="0" w:line="240" w:lineRule="auto"/>
              <w:ind w:left="-20"/>
              <w:jc w:val="center"/>
              <w:rPr>
                <w:i/>
                <w:iCs/>
                <w:sz w:val="20"/>
                <w:szCs w:val="20"/>
              </w:rPr>
            </w:pPr>
          </w:p>
          <w:p w14:paraId="2E5811A2" w14:textId="77777777" w:rsidR="00156693" w:rsidRDefault="00000000">
            <w:pPr>
              <w:spacing w:after="0" w:line="240" w:lineRule="auto"/>
              <w:ind w:left="-20"/>
              <w:jc w:val="center"/>
              <w:rPr>
                <w:i/>
                <w:iCs/>
                <w:sz w:val="20"/>
                <w:szCs w:val="20"/>
              </w:rPr>
            </w:pPr>
            <w:r>
              <w:rPr>
                <w:i/>
                <w:iCs/>
                <w:sz w:val="20"/>
                <w:szCs w:val="20"/>
              </w:rPr>
              <w:t xml:space="preserve">3 000,0 </w:t>
            </w:r>
          </w:p>
          <w:p w14:paraId="03A945C1" w14:textId="77777777" w:rsidR="00156693" w:rsidRDefault="00000000">
            <w:pPr>
              <w:spacing w:after="0" w:line="240" w:lineRule="auto"/>
              <w:ind w:left="-20"/>
              <w:jc w:val="center"/>
              <w:rPr>
                <w:i/>
                <w:iCs/>
                <w:sz w:val="20"/>
                <w:szCs w:val="20"/>
              </w:rPr>
            </w:pPr>
            <w:r>
              <w:rPr>
                <w:i/>
                <w:iCs/>
                <w:sz w:val="20"/>
                <w:szCs w:val="20"/>
              </w:rPr>
              <w:t>(anual)</w:t>
            </w:r>
          </w:p>
          <w:p w14:paraId="0FE59EAF" w14:textId="77777777" w:rsidR="00156693" w:rsidRDefault="00000000">
            <w:pPr>
              <w:spacing w:after="0" w:line="240" w:lineRule="auto"/>
              <w:ind w:left="-20"/>
              <w:jc w:val="center"/>
              <w:rPr>
                <w:sz w:val="20"/>
                <w:szCs w:val="20"/>
              </w:rPr>
            </w:pPr>
            <w:r>
              <w:rPr>
                <w:i/>
                <w:iCs/>
                <w:sz w:val="20"/>
                <w:szCs w:val="20"/>
              </w:rPr>
              <w:t xml:space="preserve"> parteneri externi</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05616F" w14:textId="77777777" w:rsidR="00156693" w:rsidRDefault="00000000">
            <w:pPr>
              <w:spacing w:after="0" w:line="240" w:lineRule="auto"/>
              <w:ind w:left="-20"/>
              <w:jc w:val="center"/>
              <w:rPr>
                <w:sz w:val="20"/>
                <w:szCs w:val="20"/>
              </w:rPr>
            </w:pPr>
            <w:r>
              <w:rPr>
                <w:sz w:val="20"/>
                <w:szCs w:val="20"/>
              </w:rPr>
              <w:t>125</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77D291" w14:textId="77777777" w:rsidR="00156693" w:rsidRDefault="00000000">
            <w:pPr>
              <w:spacing w:after="0" w:line="240" w:lineRule="auto"/>
              <w:ind w:left="-20"/>
              <w:jc w:val="center"/>
              <w:rPr>
                <w:sz w:val="20"/>
                <w:szCs w:val="20"/>
              </w:rPr>
            </w:pPr>
            <w:r>
              <w:rPr>
                <w:sz w:val="20"/>
                <w:szCs w:val="20"/>
              </w:rPr>
              <w:t>165</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D5C63D" w14:textId="77777777" w:rsidR="00156693" w:rsidRDefault="00000000">
            <w:pPr>
              <w:spacing w:after="0" w:line="240" w:lineRule="auto"/>
              <w:ind w:left="-20"/>
              <w:jc w:val="center"/>
              <w:rPr>
                <w:sz w:val="20"/>
                <w:szCs w:val="20"/>
              </w:rPr>
            </w:pPr>
            <w:r>
              <w:rPr>
                <w:sz w:val="20"/>
                <w:szCs w:val="20"/>
              </w:rPr>
              <w:t xml:space="preserve">200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22E986" w14:textId="77777777" w:rsidR="00156693" w:rsidRDefault="00000000">
            <w:pPr>
              <w:spacing w:after="0" w:line="240" w:lineRule="auto"/>
              <w:ind w:left="-20"/>
              <w:jc w:val="center"/>
              <w:rPr>
                <w:sz w:val="20"/>
                <w:szCs w:val="20"/>
              </w:rPr>
            </w:pPr>
            <w:r>
              <w:rPr>
                <w:sz w:val="20"/>
                <w:szCs w:val="20"/>
              </w:rPr>
              <w:t xml:space="preserve">235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565B1F0" w14:textId="77777777" w:rsidR="00156693" w:rsidRDefault="00000000">
            <w:pPr>
              <w:spacing w:after="0" w:line="240" w:lineRule="auto"/>
              <w:ind w:left="-20"/>
              <w:jc w:val="center"/>
              <w:rPr>
                <w:sz w:val="20"/>
                <w:szCs w:val="20"/>
              </w:rPr>
            </w:pPr>
            <w:r>
              <w:rPr>
                <w:sz w:val="20"/>
                <w:szCs w:val="20"/>
              </w:rPr>
              <w:t xml:space="preserve">270 </w:t>
            </w:r>
          </w:p>
        </w:tc>
      </w:tr>
      <w:tr w:rsidR="00156693" w14:paraId="68E99C69"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D6580E8"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A0F3786" w14:textId="77777777" w:rsidR="00156693" w:rsidRDefault="00000000">
            <w:pPr>
              <w:spacing w:after="0" w:line="240" w:lineRule="auto"/>
              <w:ind w:left="-20"/>
              <w:rPr>
                <w:sz w:val="20"/>
                <w:szCs w:val="20"/>
              </w:rPr>
            </w:pPr>
            <w:r>
              <w:rPr>
                <w:sz w:val="20"/>
                <w:szCs w:val="20"/>
              </w:rPr>
              <w:t xml:space="preserve">3.2.1.3. Informarea și sprijinirea organizațiilor de tineret pentru depunerea cererilor de finanțare, cu atenție la organizațiile nou-create și cele din mediul rural.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D1D13D" w14:textId="77777777" w:rsidR="00156693" w:rsidRDefault="00000000">
            <w:pPr>
              <w:spacing w:after="0" w:line="240" w:lineRule="auto"/>
              <w:ind w:left="-20"/>
              <w:rPr>
                <w:sz w:val="20"/>
                <w:szCs w:val="20"/>
              </w:rPr>
            </w:pPr>
            <w:r>
              <w:rPr>
                <w:sz w:val="20"/>
                <w:szCs w:val="20"/>
              </w:rPr>
              <w:t xml:space="preserve">Numărul sesiunilor regionale de informare organizate anual. </w:t>
            </w:r>
          </w:p>
          <w:p w14:paraId="30550EE4" w14:textId="77777777" w:rsidR="00156693" w:rsidRDefault="00156693">
            <w:pPr>
              <w:spacing w:after="0" w:line="240" w:lineRule="auto"/>
              <w:ind w:left="-20"/>
              <w:rPr>
                <w:sz w:val="20"/>
                <w:szCs w:val="20"/>
              </w:rPr>
            </w:pPr>
          </w:p>
          <w:p w14:paraId="4A2912E0" w14:textId="77777777" w:rsidR="00156693" w:rsidRDefault="00000000">
            <w:pPr>
              <w:spacing w:after="0" w:line="240" w:lineRule="auto"/>
              <w:ind w:left="-20"/>
              <w:rPr>
                <w:sz w:val="20"/>
                <w:szCs w:val="20"/>
              </w:rPr>
            </w:pPr>
            <w:r>
              <w:rPr>
                <w:sz w:val="20"/>
                <w:szCs w:val="20"/>
              </w:rPr>
              <w:t xml:space="preserve">Informare online asigurată anual </w:t>
            </w:r>
          </w:p>
          <w:p w14:paraId="24C5F13F" w14:textId="77777777" w:rsidR="00156693" w:rsidRDefault="00156693">
            <w:pPr>
              <w:spacing w:after="0" w:line="240" w:lineRule="auto"/>
              <w:ind w:left="-20"/>
              <w:rPr>
                <w:sz w:val="20"/>
                <w:szCs w:val="20"/>
              </w:rPr>
            </w:pPr>
          </w:p>
          <w:p w14:paraId="58C4B781" w14:textId="77777777" w:rsidR="00156693" w:rsidRDefault="00000000">
            <w:pPr>
              <w:spacing w:after="0" w:line="240" w:lineRule="auto"/>
              <w:ind w:left="-20"/>
              <w:rPr>
                <w:sz w:val="20"/>
                <w:szCs w:val="20"/>
              </w:rPr>
            </w:pPr>
            <w:r>
              <w:rPr>
                <w:sz w:val="20"/>
                <w:szCs w:val="20"/>
              </w:rPr>
              <w:t xml:space="preserve">Numărul cererilor depuse de organizații de tineret .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DC0C3DB"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72662EE" w14:textId="77777777" w:rsidR="00156693" w:rsidRDefault="00000000">
            <w:pPr>
              <w:spacing w:after="0" w:line="240" w:lineRule="auto"/>
              <w:ind w:left="-20"/>
              <w:rPr>
                <w:sz w:val="20"/>
                <w:szCs w:val="20"/>
              </w:rPr>
            </w:pPr>
            <w:r>
              <w:rPr>
                <w:sz w:val="20"/>
                <w:szCs w:val="20"/>
              </w:rPr>
              <w:t xml:space="preserve">Agenția Națională Tineret </w:t>
            </w:r>
          </w:p>
          <w:p w14:paraId="56AE0B0B" w14:textId="77777777" w:rsidR="00156693" w:rsidRDefault="00156693">
            <w:pPr>
              <w:spacing w:after="0" w:line="240" w:lineRule="auto"/>
              <w:ind w:left="-20"/>
              <w:rPr>
                <w:sz w:val="20"/>
                <w:szCs w:val="20"/>
              </w:rPr>
            </w:pPr>
          </w:p>
          <w:p w14:paraId="6DEA82E1" w14:textId="77777777" w:rsidR="00156693" w:rsidRDefault="00000000">
            <w:pPr>
              <w:spacing w:after="0" w:line="240" w:lineRule="auto"/>
              <w:ind w:left="-20"/>
              <w:rPr>
                <w:sz w:val="20"/>
                <w:szCs w:val="20"/>
              </w:rPr>
            </w:pPr>
            <w:r>
              <w:rPr>
                <w:sz w:val="20"/>
                <w:szCs w:val="20"/>
              </w:rPr>
              <w:t xml:space="preserve">Ministerul Educației și Cercetării; centre de tineret; organizații ale societății civile; autorități publice locale </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ABE26E" w14:textId="77777777" w:rsidR="00156693" w:rsidRDefault="00000000">
            <w:pPr>
              <w:spacing w:after="40" w:line="240" w:lineRule="auto"/>
              <w:ind w:left="-20"/>
              <w:jc w:val="center"/>
              <w:rPr>
                <w:i/>
                <w:iCs/>
                <w:sz w:val="20"/>
                <w:szCs w:val="20"/>
              </w:rPr>
            </w:pPr>
            <w:r>
              <w:rPr>
                <w:i/>
                <w:iCs/>
                <w:sz w:val="20"/>
                <w:szCs w:val="20"/>
              </w:rPr>
              <w:t>90,0</w:t>
            </w:r>
          </w:p>
          <w:p w14:paraId="551A76FE" w14:textId="77777777" w:rsidR="00156693" w:rsidRDefault="00000000">
            <w:pPr>
              <w:spacing w:after="40" w:line="240" w:lineRule="auto"/>
              <w:ind w:left="-20"/>
              <w:jc w:val="center"/>
              <w:rPr>
                <w:i/>
                <w:iCs/>
                <w:sz w:val="20"/>
                <w:szCs w:val="20"/>
              </w:rPr>
            </w:pPr>
            <w:r>
              <w:rPr>
                <w:i/>
                <w:iCs/>
                <w:sz w:val="20"/>
                <w:szCs w:val="20"/>
              </w:rPr>
              <w:t>(anual)</w:t>
            </w:r>
          </w:p>
          <w:p w14:paraId="7353D0BA" w14:textId="77777777" w:rsidR="00156693" w:rsidRDefault="00000000">
            <w:pPr>
              <w:spacing w:after="0" w:line="240" w:lineRule="auto"/>
              <w:ind w:left="-20"/>
              <w:jc w:val="center"/>
              <w:rPr>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7B6355" w14:textId="77777777" w:rsidR="00156693" w:rsidRDefault="00000000">
            <w:pPr>
              <w:spacing w:after="0" w:line="240" w:lineRule="auto"/>
              <w:ind w:left="-20"/>
              <w:jc w:val="center"/>
              <w:rPr>
                <w:sz w:val="20"/>
                <w:szCs w:val="20"/>
              </w:rPr>
            </w:pPr>
            <w:r>
              <w:rPr>
                <w:sz w:val="20"/>
                <w:szCs w:val="20"/>
              </w:rPr>
              <w:t xml:space="preserve">- </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9EA626" w14:textId="77777777" w:rsidR="00156693" w:rsidRDefault="00000000">
            <w:pPr>
              <w:spacing w:after="0" w:line="240" w:lineRule="auto"/>
              <w:ind w:left="-20"/>
              <w:jc w:val="center"/>
              <w:rPr>
                <w:sz w:val="20"/>
                <w:szCs w:val="20"/>
              </w:rPr>
            </w:pPr>
            <w:r>
              <w:rPr>
                <w:sz w:val="20"/>
                <w:szCs w:val="20"/>
              </w:rPr>
              <w:t xml:space="preserve">3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258B36E" w14:textId="77777777" w:rsidR="00156693" w:rsidRDefault="00000000">
            <w:pPr>
              <w:spacing w:after="0" w:line="240" w:lineRule="auto"/>
              <w:ind w:left="-20"/>
              <w:jc w:val="center"/>
              <w:rPr>
                <w:sz w:val="20"/>
                <w:szCs w:val="20"/>
              </w:rPr>
            </w:pPr>
            <w:r>
              <w:rPr>
                <w:sz w:val="20"/>
                <w:szCs w:val="20"/>
              </w:rPr>
              <w:t xml:space="preserve">3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E86292" w14:textId="77777777" w:rsidR="00156693" w:rsidRDefault="00000000">
            <w:pPr>
              <w:spacing w:after="0" w:line="240" w:lineRule="auto"/>
              <w:ind w:left="-20"/>
              <w:jc w:val="center"/>
              <w:rPr>
                <w:sz w:val="20"/>
                <w:szCs w:val="20"/>
              </w:rPr>
            </w:pPr>
            <w:r>
              <w:rPr>
                <w:sz w:val="20"/>
                <w:szCs w:val="20"/>
              </w:rPr>
              <w:t xml:space="preserve">3 </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11A4C31" w14:textId="77777777" w:rsidR="00156693" w:rsidRDefault="00000000">
            <w:pPr>
              <w:spacing w:after="0" w:line="240" w:lineRule="auto"/>
              <w:ind w:left="-20"/>
              <w:jc w:val="center"/>
              <w:rPr>
                <w:sz w:val="20"/>
                <w:szCs w:val="20"/>
              </w:rPr>
            </w:pPr>
            <w:r>
              <w:rPr>
                <w:sz w:val="20"/>
                <w:szCs w:val="20"/>
              </w:rPr>
              <w:t xml:space="preserve">3 </w:t>
            </w:r>
          </w:p>
        </w:tc>
      </w:tr>
      <w:tr w:rsidR="00156693" w14:paraId="5EED52EF"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5225337" w14:textId="77777777" w:rsidR="00156693" w:rsidRDefault="00000000">
            <w:pPr>
              <w:spacing w:after="0" w:line="240" w:lineRule="auto"/>
              <w:ind w:left="-20"/>
              <w:rPr>
                <w:sz w:val="20"/>
                <w:szCs w:val="20"/>
              </w:rPr>
            </w:pPr>
            <w:r>
              <w:rPr>
                <w:sz w:val="20"/>
                <w:szCs w:val="20"/>
              </w:rPr>
              <w:t xml:space="preserve">Rezultat anticipat 3.2.2. Infrastructura de inovație socială este funcțională, dispune de buget de operare și este utilizată de organizațiile de tineret rezidente. </w:t>
            </w:r>
          </w:p>
          <w:p w14:paraId="70DF5FEF" w14:textId="77777777" w:rsidR="00156693" w:rsidRDefault="00156693">
            <w:pPr>
              <w:spacing w:after="0" w:line="240" w:lineRule="auto"/>
              <w:ind w:left="-20"/>
              <w:rPr>
                <w:sz w:val="20"/>
                <w:szCs w:val="20"/>
              </w:rPr>
            </w:pPr>
          </w:p>
          <w:p w14:paraId="447056CD" w14:textId="77777777" w:rsidR="00156693" w:rsidRDefault="00000000">
            <w:pPr>
              <w:spacing w:after="0" w:line="240" w:lineRule="auto"/>
              <w:ind w:left="-20"/>
              <w:rPr>
                <w:sz w:val="20"/>
                <w:szCs w:val="20"/>
              </w:rPr>
            </w:pPr>
            <w:r>
              <w:rPr>
                <w:sz w:val="20"/>
                <w:szCs w:val="20"/>
              </w:rPr>
              <w:t xml:space="preserve">Indicator de rezultat: Numărul organizațiilor de tineret rezidente care beneficiază anual de suport în infrastructura de inovație socială.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BEBD6F" w14:textId="77777777" w:rsidR="00156693" w:rsidRDefault="00000000">
            <w:pPr>
              <w:spacing w:after="0" w:line="240" w:lineRule="auto"/>
              <w:ind w:left="-20"/>
              <w:rPr>
                <w:sz w:val="20"/>
                <w:szCs w:val="20"/>
              </w:rPr>
            </w:pPr>
            <w:r>
              <w:rPr>
                <w:sz w:val="20"/>
                <w:szCs w:val="20"/>
              </w:rPr>
              <w:t xml:space="preserve">3.2.2.1. Finalizarea și dotarea Centrului de Inovație Socială Youth Lab, crearea a două centre regionale și asigurarea funcționării acestora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475FF53" w14:textId="77777777" w:rsidR="00156693" w:rsidRDefault="00000000">
            <w:pPr>
              <w:spacing w:after="0" w:line="240" w:lineRule="auto"/>
              <w:ind w:left="-20"/>
              <w:rPr>
                <w:sz w:val="20"/>
                <w:szCs w:val="20"/>
              </w:rPr>
            </w:pPr>
            <w:r>
              <w:rPr>
                <w:sz w:val="20"/>
                <w:szCs w:val="20"/>
              </w:rPr>
              <w:t xml:space="preserve">Numărul centrelor Youth Lab funcționale </w:t>
            </w:r>
          </w:p>
          <w:p w14:paraId="7DD0EF3C" w14:textId="77777777" w:rsidR="00156693" w:rsidRDefault="00156693">
            <w:pPr>
              <w:spacing w:after="0" w:line="240" w:lineRule="auto"/>
              <w:ind w:left="-20"/>
              <w:rPr>
                <w:sz w:val="20"/>
                <w:szCs w:val="20"/>
              </w:rPr>
            </w:pPr>
          </w:p>
          <w:p w14:paraId="5376DA11" w14:textId="77777777" w:rsidR="00156693" w:rsidRDefault="00000000">
            <w:pPr>
              <w:spacing w:after="0" w:line="240" w:lineRule="auto"/>
              <w:ind w:left="-20"/>
              <w:rPr>
                <w:sz w:val="20"/>
                <w:szCs w:val="20"/>
              </w:rPr>
            </w:pPr>
            <w:r>
              <w:rPr>
                <w:sz w:val="20"/>
                <w:szCs w:val="20"/>
              </w:rPr>
              <w:t xml:space="preserve">Buget de funcționare aprobat anual. </w:t>
            </w:r>
          </w:p>
          <w:p w14:paraId="11988F07" w14:textId="77777777" w:rsidR="00156693" w:rsidRDefault="00156693">
            <w:pPr>
              <w:spacing w:after="0" w:line="240" w:lineRule="auto"/>
              <w:ind w:left="-20"/>
              <w:rPr>
                <w:sz w:val="20"/>
                <w:szCs w:val="20"/>
              </w:rPr>
            </w:pPr>
          </w:p>
          <w:p w14:paraId="24B3B2A5" w14:textId="77777777" w:rsidR="00156693" w:rsidRDefault="00000000">
            <w:pPr>
              <w:spacing w:after="0" w:line="240" w:lineRule="auto"/>
              <w:ind w:left="-20"/>
              <w:rPr>
                <w:sz w:val="20"/>
                <w:szCs w:val="20"/>
              </w:rPr>
            </w:pPr>
            <w:r>
              <w:rPr>
                <w:sz w:val="20"/>
                <w:szCs w:val="20"/>
              </w:rPr>
              <w:t xml:space="preserve">Consiliul de Administrare desemnat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CD93923" w14:textId="77777777" w:rsidR="00156693" w:rsidRDefault="00000000">
            <w:pPr>
              <w:spacing w:after="0" w:line="240" w:lineRule="auto"/>
              <w:ind w:left="-20"/>
              <w:rPr>
                <w:sz w:val="20"/>
                <w:szCs w:val="20"/>
              </w:rPr>
            </w:pPr>
            <w:r>
              <w:rPr>
                <w:sz w:val="20"/>
                <w:szCs w:val="20"/>
              </w:rPr>
              <w:t xml:space="preserve">Trim. IV, 2027 - lansare; </w:t>
            </w:r>
          </w:p>
          <w:p w14:paraId="5471BB58" w14:textId="77777777" w:rsidR="00156693" w:rsidRDefault="00156693">
            <w:pPr>
              <w:spacing w:after="0" w:line="240" w:lineRule="auto"/>
              <w:ind w:left="-20"/>
              <w:rPr>
                <w:sz w:val="20"/>
                <w:szCs w:val="20"/>
              </w:rPr>
            </w:pPr>
          </w:p>
          <w:p w14:paraId="2A2D11B0" w14:textId="77777777" w:rsidR="00156693" w:rsidRDefault="00000000">
            <w:pPr>
              <w:spacing w:after="0" w:line="240" w:lineRule="auto"/>
              <w:ind w:left="-20"/>
              <w:rPr>
                <w:sz w:val="20"/>
                <w:szCs w:val="20"/>
              </w:rPr>
            </w:pPr>
            <w:r>
              <w:rPr>
                <w:sz w:val="20"/>
                <w:szCs w:val="20"/>
              </w:rPr>
              <w:t>anual, 2028-2030 - operare</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0C43F0" w14:textId="77777777" w:rsidR="00156693" w:rsidRDefault="00000000">
            <w:pPr>
              <w:spacing w:after="40" w:line="240" w:lineRule="auto"/>
              <w:ind w:left="-20"/>
              <w:jc w:val="center"/>
              <w:rPr>
                <w:sz w:val="20"/>
                <w:szCs w:val="20"/>
              </w:rPr>
            </w:pPr>
            <w:r>
              <w:rPr>
                <w:sz w:val="20"/>
                <w:szCs w:val="20"/>
              </w:rPr>
              <w:t xml:space="preserve">Agenția Națională Tineret </w:t>
            </w:r>
          </w:p>
          <w:p w14:paraId="57970E1A" w14:textId="77777777" w:rsidR="00156693" w:rsidRDefault="00156693">
            <w:pPr>
              <w:spacing w:after="40" w:line="240" w:lineRule="auto"/>
              <w:ind w:left="-20"/>
              <w:jc w:val="center"/>
              <w:rPr>
                <w:sz w:val="20"/>
                <w:szCs w:val="20"/>
              </w:rPr>
            </w:pPr>
          </w:p>
          <w:p w14:paraId="5904D2F6" w14:textId="77777777" w:rsidR="00156693" w:rsidRDefault="00000000">
            <w:pPr>
              <w:spacing w:after="40" w:line="240" w:lineRule="auto"/>
              <w:ind w:left="-20"/>
              <w:jc w:val="center"/>
              <w:rPr>
                <w:sz w:val="20"/>
                <w:szCs w:val="20"/>
              </w:rPr>
            </w:pPr>
            <w:r>
              <w:rPr>
                <w:sz w:val="20"/>
                <w:szCs w:val="20"/>
              </w:rPr>
              <w:t>Ministerul Educației și Cercetării</w:t>
            </w:r>
          </w:p>
          <w:p w14:paraId="291E0734" w14:textId="77777777" w:rsidR="00156693" w:rsidRDefault="00000000">
            <w:pPr>
              <w:spacing w:after="4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071595" w14:textId="77777777" w:rsidR="00156693" w:rsidRDefault="00000000">
            <w:pPr>
              <w:spacing w:after="40" w:line="240" w:lineRule="auto"/>
              <w:ind w:left="-20"/>
              <w:jc w:val="center"/>
              <w:rPr>
                <w:i/>
                <w:iCs/>
                <w:sz w:val="20"/>
                <w:szCs w:val="20"/>
              </w:rPr>
            </w:pPr>
            <w:r>
              <w:rPr>
                <w:i/>
                <w:iCs/>
                <w:sz w:val="20"/>
                <w:szCs w:val="20"/>
              </w:rPr>
              <w:t>5 000,0</w:t>
            </w:r>
          </w:p>
          <w:p w14:paraId="2AD3B7BE" w14:textId="77777777" w:rsidR="00156693" w:rsidRDefault="00000000">
            <w:pPr>
              <w:spacing w:after="40" w:line="240" w:lineRule="auto"/>
              <w:ind w:left="-20"/>
              <w:jc w:val="center"/>
              <w:rPr>
                <w:i/>
                <w:iCs/>
                <w:sz w:val="20"/>
                <w:szCs w:val="20"/>
              </w:rPr>
            </w:pPr>
            <w:r>
              <w:rPr>
                <w:i/>
                <w:iCs/>
                <w:sz w:val="20"/>
                <w:szCs w:val="20"/>
              </w:rPr>
              <w:t>(2027)</w:t>
            </w:r>
          </w:p>
          <w:p w14:paraId="173CB9DC" w14:textId="77777777" w:rsidR="00156693" w:rsidRDefault="00156693">
            <w:pPr>
              <w:spacing w:after="40" w:line="240" w:lineRule="auto"/>
              <w:ind w:left="-20"/>
              <w:jc w:val="center"/>
              <w:rPr>
                <w:i/>
                <w:iCs/>
                <w:sz w:val="20"/>
                <w:szCs w:val="20"/>
              </w:rPr>
            </w:pPr>
          </w:p>
          <w:p w14:paraId="0FB2F921" w14:textId="77777777" w:rsidR="00156693" w:rsidRDefault="00000000">
            <w:pPr>
              <w:spacing w:after="40" w:line="240" w:lineRule="auto"/>
              <w:ind w:left="-20"/>
              <w:jc w:val="center"/>
              <w:rPr>
                <w:i/>
                <w:iCs/>
                <w:sz w:val="20"/>
                <w:szCs w:val="20"/>
              </w:rPr>
            </w:pPr>
            <w:r>
              <w:rPr>
                <w:i/>
                <w:iCs/>
                <w:sz w:val="20"/>
                <w:szCs w:val="20"/>
              </w:rPr>
              <w:t>1 000,0 (anual)</w:t>
            </w:r>
          </w:p>
          <w:p w14:paraId="600C100C" w14:textId="77777777" w:rsidR="00156693" w:rsidRDefault="00000000">
            <w:pPr>
              <w:spacing w:after="40" w:line="240" w:lineRule="auto"/>
              <w:ind w:left="-20"/>
              <w:jc w:val="center"/>
              <w:rPr>
                <w:i/>
                <w:iCs/>
                <w:sz w:val="20"/>
                <w:szCs w:val="20"/>
              </w:rPr>
            </w:pPr>
            <w:r>
              <w:rPr>
                <w:i/>
                <w:iCs/>
                <w:sz w:val="20"/>
                <w:szCs w:val="20"/>
              </w:rPr>
              <w:t xml:space="preserve">2028-2030 </w:t>
            </w:r>
          </w:p>
          <w:p w14:paraId="49D08AE1" w14:textId="77777777" w:rsidR="00156693" w:rsidRDefault="00000000">
            <w:pPr>
              <w:spacing w:after="40" w:line="240" w:lineRule="auto"/>
              <w:ind w:left="-20"/>
              <w:jc w:val="center"/>
              <w:rPr>
                <w:i/>
                <w:iCs/>
                <w:sz w:val="20"/>
                <w:szCs w:val="20"/>
              </w:rPr>
            </w:pPr>
            <w:r>
              <w:rPr>
                <w:i/>
                <w:iCs/>
                <w:sz w:val="20"/>
                <w:szCs w:val="20"/>
              </w:rPr>
              <w:t>BS</w:t>
            </w:r>
          </w:p>
          <w:p w14:paraId="606CB081" w14:textId="77777777" w:rsidR="00156693" w:rsidRDefault="00156693">
            <w:pPr>
              <w:spacing w:after="40" w:line="240" w:lineRule="auto"/>
              <w:ind w:left="-20"/>
              <w:jc w:val="center"/>
              <w:rPr>
                <w:i/>
                <w:iCs/>
                <w:sz w:val="20"/>
                <w:szCs w:val="20"/>
              </w:rPr>
            </w:pPr>
          </w:p>
          <w:p w14:paraId="44BC2BBD" w14:textId="77777777" w:rsidR="00156693" w:rsidRDefault="00000000">
            <w:pPr>
              <w:spacing w:after="40" w:line="240" w:lineRule="auto"/>
              <w:ind w:left="-20"/>
              <w:jc w:val="center"/>
              <w:rPr>
                <w:i/>
                <w:iCs/>
                <w:sz w:val="20"/>
                <w:szCs w:val="20"/>
              </w:rPr>
            </w:pPr>
            <w:r>
              <w:rPr>
                <w:i/>
                <w:iCs/>
                <w:sz w:val="20"/>
                <w:szCs w:val="20"/>
              </w:rPr>
              <w:t>5 000,0</w:t>
            </w:r>
          </w:p>
          <w:p w14:paraId="01E6DA90" w14:textId="77777777" w:rsidR="00156693" w:rsidRDefault="00000000">
            <w:pPr>
              <w:spacing w:after="40" w:line="240" w:lineRule="auto"/>
              <w:ind w:left="-20"/>
              <w:jc w:val="center"/>
              <w:rPr>
                <w:i/>
                <w:iCs/>
                <w:sz w:val="20"/>
                <w:szCs w:val="20"/>
              </w:rPr>
            </w:pPr>
            <w:r>
              <w:rPr>
                <w:i/>
                <w:iCs/>
                <w:sz w:val="20"/>
                <w:szCs w:val="20"/>
              </w:rPr>
              <w:t>(2027)</w:t>
            </w:r>
          </w:p>
          <w:p w14:paraId="105B852E" w14:textId="77777777" w:rsidR="00156693" w:rsidRDefault="00000000">
            <w:pPr>
              <w:spacing w:after="40" w:line="240" w:lineRule="auto"/>
              <w:ind w:left="-20"/>
              <w:jc w:val="center"/>
              <w:rPr>
                <w:sz w:val="20"/>
                <w:szCs w:val="20"/>
              </w:rPr>
            </w:pPr>
            <w:r>
              <w:rPr>
                <w:i/>
                <w:iCs/>
                <w:sz w:val="20"/>
                <w:szCs w:val="20"/>
              </w:rPr>
              <w:t>/ parteneri externi</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10F867"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01644DD" w14:textId="77777777" w:rsidR="00156693" w:rsidRDefault="00000000">
            <w:pPr>
              <w:spacing w:after="0" w:line="240" w:lineRule="auto"/>
              <w:ind w:left="-20"/>
              <w:rPr>
                <w:sz w:val="20"/>
                <w:szCs w:val="20"/>
              </w:rPr>
            </w:pPr>
            <w:r>
              <w:rPr>
                <w:sz w:val="20"/>
                <w:szCs w:val="20"/>
              </w:rPr>
              <w:t xml:space="preserve">    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15C83A9"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533DF23" w14:textId="77777777" w:rsidR="00156693" w:rsidRDefault="00000000">
            <w:pPr>
              <w:spacing w:after="0" w:line="240" w:lineRule="auto"/>
              <w:ind w:left="-20"/>
              <w:jc w:val="center"/>
              <w:rPr>
                <w:sz w:val="20"/>
                <w:szCs w:val="20"/>
              </w:rPr>
            </w:pPr>
            <w:r>
              <w:rPr>
                <w:sz w:val="20"/>
                <w:szCs w:val="20"/>
              </w:rPr>
              <w:t>3</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20402D4" w14:textId="77777777" w:rsidR="00156693" w:rsidRDefault="00000000">
            <w:pPr>
              <w:spacing w:after="0" w:line="240" w:lineRule="auto"/>
              <w:ind w:left="-20"/>
              <w:jc w:val="center"/>
              <w:rPr>
                <w:sz w:val="20"/>
                <w:szCs w:val="20"/>
              </w:rPr>
            </w:pPr>
            <w:r>
              <w:rPr>
                <w:sz w:val="20"/>
                <w:szCs w:val="20"/>
              </w:rPr>
              <w:t>3</w:t>
            </w:r>
          </w:p>
        </w:tc>
      </w:tr>
      <w:tr w:rsidR="00156693" w14:paraId="6715DFA6"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1938572" w14:textId="77777777" w:rsidR="00156693" w:rsidRDefault="00000000">
            <w:pPr>
              <w:spacing w:after="0" w:line="240" w:lineRule="auto"/>
              <w:ind w:left="-20"/>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735276" w14:textId="77777777" w:rsidR="00156693" w:rsidRDefault="00000000">
            <w:pPr>
              <w:spacing w:after="0" w:line="240" w:lineRule="auto"/>
              <w:ind w:left="-20"/>
              <w:rPr>
                <w:sz w:val="20"/>
                <w:szCs w:val="20"/>
              </w:rPr>
            </w:pPr>
            <w:r>
              <w:rPr>
                <w:sz w:val="20"/>
                <w:szCs w:val="20"/>
              </w:rPr>
              <w:t>3.2.2.2. Oferirea de spații, echipamente și mentorat organizațiilor de tineret selectate ca rezidente ale Centrului de Inovație Socială Youth Lab</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2F4FDD" w14:textId="77777777" w:rsidR="00156693" w:rsidRDefault="00000000">
            <w:pPr>
              <w:spacing w:after="0" w:line="240" w:lineRule="auto"/>
              <w:rPr>
                <w:sz w:val="20"/>
                <w:szCs w:val="20"/>
              </w:rPr>
            </w:pPr>
            <w:r>
              <w:rPr>
                <w:sz w:val="20"/>
                <w:szCs w:val="20"/>
              </w:rPr>
              <w:t xml:space="preserve">Numărul organizațiilor rezidente care au utilizat serviciile Youth Lab în anul de raportare; </w:t>
            </w:r>
          </w:p>
          <w:p w14:paraId="24178058" w14:textId="77777777" w:rsidR="00156693" w:rsidRDefault="00156693">
            <w:pPr>
              <w:spacing w:after="0" w:line="240" w:lineRule="auto"/>
              <w:rPr>
                <w:sz w:val="20"/>
                <w:szCs w:val="20"/>
              </w:rPr>
            </w:pPr>
          </w:p>
          <w:p w14:paraId="34A36625" w14:textId="77777777" w:rsidR="00156693" w:rsidRDefault="00000000">
            <w:pPr>
              <w:spacing w:after="0" w:line="240" w:lineRule="auto"/>
              <w:rPr>
                <w:sz w:val="20"/>
                <w:szCs w:val="20"/>
              </w:rPr>
            </w:pPr>
            <w:r>
              <w:rPr>
                <w:sz w:val="20"/>
                <w:szCs w:val="20"/>
              </w:rPr>
              <w:t xml:space="preserve">Numărul soluțiilor de inovație socială dezvoltate sau testate de rezidenți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92596D" w14:textId="77777777" w:rsidR="00156693" w:rsidRDefault="00000000">
            <w:pPr>
              <w:spacing w:after="0" w:line="240" w:lineRule="auto"/>
              <w:ind w:left="-20"/>
              <w:rPr>
                <w:sz w:val="20"/>
                <w:szCs w:val="20"/>
              </w:rPr>
            </w:pPr>
            <w:r>
              <w:rPr>
                <w:sz w:val="20"/>
                <w:szCs w:val="20"/>
              </w:rPr>
              <w:t>Trim. IV, anual,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87DAF72" w14:textId="77777777" w:rsidR="00156693" w:rsidRDefault="00000000">
            <w:pPr>
              <w:spacing w:after="40" w:line="240" w:lineRule="auto"/>
              <w:ind w:left="-20"/>
              <w:jc w:val="center"/>
              <w:rPr>
                <w:sz w:val="20"/>
                <w:szCs w:val="20"/>
              </w:rPr>
            </w:pPr>
            <w:r>
              <w:rPr>
                <w:sz w:val="20"/>
                <w:szCs w:val="20"/>
              </w:rPr>
              <w:t>Agenția Națională Tineret</w:t>
            </w:r>
          </w:p>
          <w:p w14:paraId="48C08433" w14:textId="77777777" w:rsidR="00156693" w:rsidRDefault="00156693">
            <w:pPr>
              <w:spacing w:after="40" w:line="240" w:lineRule="auto"/>
              <w:ind w:left="-20"/>
              <w:jc w:val="center"/>
              <w:rPr>
                <w:sz w:val="20"/>
                <w:szCs w:val="20"/>
              </w:rPr>
            </w:pPr>
          </w:p>
          <w:p w14:paraId="1C9C85ED" w14:textId="77777777" w:rsidR="00156693" w:rsidRDefault="00000000">
            <w:pPr>
              <w:spacing w:after="40" w:line="240" w:lineRule="auto"/>
              <w:ind w:left="-20"/>
              <w:jc w:val="center"/>
              <w:rPr>
                <w:sz w:val="20"/>
                <w:szCs w:val="20"/>
              </w:rPr>
            </w:pPr>
            <w:r>
              <w:rPr>
                <w:sz w:val="20"/>
                <w:szCs w:val="20"/>
              </w:rPr>
              <w:t>Partener strategic Youth Lab</w:t>
            </w:r>
          </w:p>
          <w:p w14:paraId="3BCA9011" w14:textId="77777777" w:rsidR="00156693" w:rsidRDefault="00000000">
            <w:pPr>
              <w:spacing w:after="40" w:line="240" w:lineRule="auto"/>
              <w:ind w:left="-20"/>
              <w:jc w:val="center"/>
              <w:rPr>
                <w:sz w:val="20"/>
                <w:szCs w:val="20"/>
              </w:rPr>
            </w:pPr>
            <w:r>
              <w:rPr>
                <w:sz w:val="20"/>
                <w:szCs w:val="20"/>
              </w:rPr>
              <w:t>Organizații rezidente</w:t>
            </w:r>
          </w:p>
          <w:p w14:paraId="6505B424" w14:textId="77777777" w:rsidR="00156693" w:rsidRDefault="00156693">
            <w:pPr>
              <w:spacing w:after="4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DCAC5C" w14:textId="77777777" w:rsidR="00156693" w:rsidRDefault="00000000">
            <w:pPr>
              <w:spacing w:after="40" w:line="240" w:lineRule="auto"/>
              <w:ind w:left="-20"/>
              <w:jc w:val="center"/>
              <w:rPr>
                <w:i/>
                <w:iCs/>
                <w:sz w:val="20"/>
                <w:szCs w:val="20"/>
              </w:rPr>
            </w:pPr>
            <w:r>
              <w:rPr>
                <w:i/>
                <w:iCs/>
                <w:sz w:val="20"/>
                <w:szCs w:val="20"/>
              </w:rPr>
              <w:t>1 000,0</w:t>
            </w:r>
          </w:p>
          <w:p w14:paraId="7ACD12BF" w14:textId="77777777" w:rsidR="00156693" w:rsidRDefault="00000000">
            <w:pPr>
              <w:spacing w:after="40" w:line="240" w:lineRule="auto"/>
              <w:ind w:left="-20"/>
              <w:jc w:val="center"/>
              <w:rPr>
                <w:i/>
                <w:iCs/>
                <w:sz w:val="20"/>
                <w:szCs w:val="20"/>
              </w:rPr>
            </w:pPr>
            <w:r>
              <w:rPr>
                <w:i/>
                <w:iCs/>
                <w:sz w:val="20"/>
                <w:szCs w:val="20"/>
              </w:rPr>
              <w:t>(anual)</w:t>
            </w:r>
          </w:p>
          <w:p w14:paraId="2855149C" w14:textId="77777777" w:rsidR="00156693" w:rsidRDefault="00000000">
            <w:pPr>
              <w:spacing w:after="40" w:line="240" w:lineRule="auto"/>
              <w:ind w:left="-20"/>
              <w:jc w:val="center"/>
              <w:rPr>
                <w:i/>
                <w:iCs/>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3047BD0"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E0EBDEB" w14:textId="77777777" w:rsidR="00156693" w:rsidRDefault="00000000">
            <w:pPr>
              <w:spacing w:after="0" w:line="240" w:lineRule="auto"/>
              <w:ind w:left="-20"/>
              <w:jc w:val="center"/>
              <w:rPr>
                <w:sz w:val="20"/>
                <w:szCs w:val="20"/>
              </w:rPr>
            </w:pPr>
            <w:r>
              <w:rPr>
                <w:sz w:val="20"/>
                <w:szCs w:val="20"/>
              </w:rPr>
              <w:t>10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698B4AA" w14:textId="77777777" w:rsidR="00156693" w:rsidRDefault="00000000">
            <w:pPr>
              <w:spacing w:after="0" w:line="240" w:lineRule="auto"/>
              <w:ind w:left="-20"/>
              <w:jc w:val="center"/>
              <w:rPr>
                <w:sz w:val="20"/>
                <w:szCs w:val="20"/>
              </w:rPr>
            </w:pPr>
            <w:r>
              <w:rPr>
                <w:sz w:val="20"/>
                <w:szCs w:val="20"/>
              </w:rPr>
              <w:t>12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57C4DC" w14:textId="77777777" w:rsidR="00156693" w:rsidRDefault="00000000">
            <w:pPr>
              <w:spacing w:after="0" w:line="240" w:lineRule="auto"/>
              <w:ind w:left="-20"/>
              <w:jc w:val="center"/>
              <w:rPr>
                <w:sz w:val="20"/>
                <w:szCs w:val="20"/>
              </w:rPr>
            </w:pPr>
            <w:r>
              <w:rPr>
                <w:sz w:val="20"/>
                <w:szCs w:val="20"/>
              </w:rPr>
              <w:t>20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128035D" w14:textId="77777777" w:rsidR="00156693" w:rsidRDefault="00000000">
            <w:pPr>
              <w:spacing w:after="0" w:line="240" w:lineRule="auto"/>
              <w:ind w:left="-20"/>
              <w:jc w:val="center"/>
              <w:rPr>
                <w:sz w:val="20"/>
                <w:szCs w:val="20"/>
              </w:rPr>
            </w:pPr>
            <w:r>
              <w:rPr>
                <w:sz w:val="20"/>
                <w:szCs w:val="20"/>
              </w:rPr>
              <w:t>22</w:t>
            </w:r>
          </w:p>
        </w:tc>
      </w:tr>
      <w:tr w:rsidR="00156693" w14:paraId="4B6B5BB0"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D31CD7A"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A4A9EC" w14:textId="77777777" w:rsidR="00156693" w:rsidRDefault="00000000">
            <w:pPr>
              <w:spacing w:after="0" w:line="240" w:lineRule="auto"/>
              <w:ind w:left="-20"/>
              <w:rPr>
                <w:sz w:val="20"/>
                <w:szCs w:val="20"/>
              </w:rPr>
            </w:pPr>
            <w:r>
              <w:rPr>
                <w:sz w:val="20"/>
                <w:szCs w:val="20"/>
              </w:rPr>
              <w:t xml:space="preserve">3.2.2.3. Asigurarea accesului organizațiilor societății civile care lucrează cu și pentru tineri și al grupurilor de inițiativă ale tinerilor, fără statut de rezident, la spațiile, echipamentele și serviciile de sprijin ale centrelor Youth Lab.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A178C16" w14:textId="77777777" w:rsidR="00156693" w:rsidRDefault="00000000">
            <w:pPr>
              <w:spacing w:after="0" w:line="240" w:lineRule="auto"/>
              <w:ind w:left="-20"/>
              <w:rPr>
                <w:sz w:val="20"/>
                <w:szCs w:val="20"/>
              </w:rPr>
            </w:pPr>
            <w:r>
              <w:rPr>
                <w:sz w:val="20"/>
                <w:szCs w:val="20"/>
              </w:rPr>
              <w:t xml:space="preserve">Numărul organizațiilor și grupurilor de inițiativă fără statut de rezident care beneficiază anual de spații, echipamente sau servicii de sprijin; </w:t>
            </w:r>
          </w:p>
          <w:p w14:paraId="24662187" w14:textId="77777777" w:rsidR="00156693" w:rsidRDefault="00156693">
            <w:pPr>
              <w:spacing w:after="0" w:line="240" w:lineRule="auto"/>
              <w:ind w:left="-20"/>
              <w:rPr>
                <w:sz w:val="20"/>
                <w:szCs w:val="20"/>
              </w:rPr>
            </w:pPr>
          </w:p>
          <w:p w14:paraId="7D210358" w14:textId="77777777" w:rsidR="00156693" w:rsidRDefault="00000000">
            <w:pPr>
              <w:spacing w:after="0" w:line="240" w:lineRule="auto"/>
              <w:ind w:left="-20"/>
              <w:rPr>
                <w:sz w:val="20"/>
                <w:szCs w:val="20"/>
              </w:rPr>
            </w:pPr>
            <w:r>
              <w:rPr>
                <w:sz w:val="20"/>
                <w:szCs w:val="20"/>
              </w:rPr>
              <w:t xml:space="preserve">Numărul inițiativelor de tineret dezvoltate sau realizate cu sprijinul centrelor Youth Lab. </w:t>
            </w:r>
          </w:p>
          <w:p w14:paraId="768A35DC" w14:textId="77777777" w:rsidR="00156693" w:rsidRDefault="00156693">
            <w:pPr>
              <w:spacing w:after="0" w:line="240" w:lineRule="auto"/>
              <w:ind w:left="-20"/>
              <w:rPr>
                <w:sz w:val="20"/>
                <w:szCs w:val="20"/>
              </w:rPr>
            </w:pP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413288" w14:textId="77777777" w:rsidR="00156693" w:rsidRDefault="00000000">
            <w:pPr>
              <w:spacing w:after="0" w:line="240" w:lineRule="auto"/>
              <w:ind w:left="-20"/>
              <w:rPr>
                <w:sz w:val="20"/>
                <w:szCs w:val="20"/>
              </w:rPr>
            </w:pPr>
            <w:r>
              <w:rPr>
                <w:sz w:val="20"/>
                <w:szCs w:val="20"/>
              </w:rPr>
              <w:t xml:space="preserve">Trim. IV, 2027; </w:t>
            </w:r>
          </w:p>
          <w:p w14:paraId="733C5DC0" w14:textId="77777777" w:rsidR="00156693" w:rsidRDefault="00156693">
            <w:pPr>
              <w:spacing w:after="0" w:line="240" w:lineRule="auto"/>
              <w:ind w:left="-20"/>
              <w:rPr>
                <w:sz w:val="20"/>
                <w:szCs w:val="20"/>
              </w:rPr>
            </w:pPr>
          </w:p>
          <w:p w14:paraId="6DE5807D" w14:textId="77777777" w:rsidR="00156693" w:rsidRDefault="00000000">
            <w:pPr>
              <w:spacing w:after="0" w:line="240" w:lineRule="auto"/>
              <w:ind w:left="-20"/>
              <w:rPr>
                <w:sz w:val="20"/>
                <w:szCs w:val="20"/>
              </w:rPr>
            </w:pPr>
            <w:r>
              <w:rPr>
                <w:sz w:val="20"/>
                <w:szCs w:val="20"/>
              </w:rPr>
              <w:t>Trim. III 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7F316D" w14:textId="77777777" w:rsidR="00156693" w:rsidRDefault="00000000">
            <w:pPr>
              <w:spacing w:after="0" w:line="240" w:lineRule="auto"/>
              <w:ind w:left="-20"/>
              <w:jc w:val="center"/>
              <w:rPr>
                <w:sz w:val="20"/>
                <w:szCs w:val="20"/>
              </w:rPr>
            </w:pPr>
            <w:r>
              <w:rPr>
                <w:sz w:val="20"/>
                <w:szCs w:val="20"/>
              </w:rPr>
              <w:t>Agenția Națională Tineret</w:t>
            </w:r>
          </w:p>
          <w:p w14:paraId="6297D95E" w14:textId="77777777" w:rsidR="00156693" w:rsidRDefault="00156693">
            <w:pPr>
              <w:spacing w:after="0" w:line="240" w:lineRule="auto"/>
              <w:ind w:left="-20"/>
              <w:jc w:val="center"/>
              <w:rPr>
                <w:sz w:val="20"/>
                <w:szCs w:val="20"/>
              </w:rPr>
            </w:pPr>
          </w:p>
          <w:p w14:paraId="767AE2E1" w14:textId="77777777" w:rsidR="00156693" w:rsidRDefault="00000000">
            <w:pPr>
              <w:spacing w:after="40" w:line="240" w:lineRule="auto"/>
              <w:ind w:left="-20"/>
              <w:jc w:val="center"/>
              <w:rPr>
                <w:sz w:val="20"/>
                <w:szCs w:val="20"/>
              </w:rPr>
            </w:pPr>
            <w:r>
              <w:rPr>
                <w:sz w:val="20"/>
                <w:szCs w:val="20"/>
              </w:rPr>
              <w:t>Ministerul Educației și Cercetării</w:t>
            </w:r>
          </w:p>
          <w:p w14:paraId="635EDBFB" w14:textId="77777777" w:rsidR="00156693" w:rsidRDefault="00000000">
            <w:pPr>
              <w:spacing w:after="0" w:line="240" w:lineRule="auto"/>
              <w:ind w:left="-20"/>
              <w:jc w:val="center"/>
              <w:rPr>
                <w:sz w:val="20"/>
                <w:szCs w:val="20"/>
              </w:rPr>
            </w:pPr>
            <w:r>
              <w:rPr>
                <w:sz w:val="20"/>
                <w:szCs w:val="20"/>
              </w:rPr>
              <w:t>Organizații rezidente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92A0AF8" w14:textId="77777777" w:rsidR="00156693" w:rsidRDefault="00000000">
            <w:pPr>
              <w:spacing w:after="40" w:line="240" w:lineRule="auto"/>
              <w:ind w:left="-20"/>
              <w:jc w:val="center"/>
              <w:rPr>
                <w:i/>
                <w:iCs/>
                <w:sz w:val="20"/>
                <w:szCs w:val="20"/>
              </w:rPr>
            </w:pPr>
            <w:r>
              <w:rPr>
                <w:i/>
                <w:iCs/>
                <w:sz w:val="20"/>
                <w:szCs w:val="20"/>
              </w:rPr>
              <w:t>200,0</w:t>
            </w:r>
          </w:p>
          <w:p w14:paraId="6CF39D50" w14:textId="77777777" w:rsidR="00156693" w:rsidRDefault="00000000">
            <w:pPr>
              <w:spacing w:after="40" w:line="240" w:lineRule="auto"/>
              <w:ind w:left="-20"/>
              <w:jc w:val="center"/>
              <w:rPr>
                <w:i/>
                <w:iCs/>
                <w:sz w:val="20"/>
                <w:szCs w:val="20"/>
              </w:rPr>
            </w:pPr>
            <w:r>
              <w:rPr>
                <w:i/>
                <w:iCs/>
                <w:sz w:val="20"/>
                <w:szCs w:val="20"/>
              </w:rPr>
              <w:t>(anual)</w:t>
            </w:r>
          </w:p>
          <w:p w14:paraId="58E7025E" w14:textId="77777777" w:rsidR="00156693" w:rsidRDefault="00000000">
            <w:pPr>
              <w:spacing w:after="0" w:line="240" w:lineRule="auto"/>
              <w:ind w:left="-20"/>
              <w:jc w:val="center"/>
              <w:rPr>
                <w:i/>
                <w:iCs/>
                <w:sz w:val="20"/>
                <w:szCs w:val="20"/>
              </w:rPr>
            </w:pPr>
            <w:r>
              <w:rPr>
                <w:i/>
                <w:iCs/>
                <w:sz w:val="20"/>
                <w:szCs w:val="20"/>
              </w:rPr>
              <w:t>BS</w:t>
            </w:r>
          </w:p>
          <w:p w14:paraId="3152B72D" w14:textId="77777777" w:rsidR="00156693" w:rsidRDefault="00156693">
            <w:pPr>
              <w:spacing w:after="0" w:line="240" w:lineRule="auto"/>
              <w:ind w:left="-20"/>
              <w:jc w:val="center"/>
              <w:rPr>
                <w:i/>
                <w:iCs/>
                <w:sz w:val="20"/>
                <w:szCs w:val="20"/>
              </w:rPr>
            </w:pPr>
          </w:p>
          <w:p w14:paraId="4D4A09D2" w14:textId="77777777" w:rsidR="00156693" w:rsidRDefault="00000000">
            <w:pPr>
              <w:spacing w:after="0" w:line="240" w:lineRule="auto"/>
              <w:ind w:left="-20"/>
              <w:jc w:val="center"/>
              <w:rPr>
                <w:i/>
                <w:iCs/>
                <w:sz w:val="20"/>
                <w:szCs w:val="20"/>
              </w:rPr>
            </w:pPr>
            <w:r>
              <w:rPr>
                <w:i/>
                <w:iCs/>
                <w:sz w:val="20"/>
                <w:szCs w:val="20"/>
              </w:rPr>
              <w:t xml:space="preserve">300,0 </w:t>
            </w:r>
          </w:p>
          <w:p w14:paraId="2C679A47" w14:textId="77777777" w:rsidR="00156693" w:rsidRDefault="00000000">
            <w:pPr>
              <w:spacing w:after="0" w:line="240" w:lineRule="auto"/>
              <w:ind w:left="-20"/>
              <w:jc w:val="center"/>
              <w:rPr>
                <w:i/>
                <w:iCs/>
                <w:sz w:val="20"/>
                <w:szCs w:val="20"/>
              </w:rPr>
            </w:pPr>
            <w:r>
              <w:rPr>
                <w:i/>
                <w:iCs/>
                <w:sz w:val="20"/>
                <w:szCs w:val="20"/>
              </w:rPr>
              <w:t xml:space="preserve">(anual) </w:t>
            </w:r>
          </w:p>
          <w:p w14:paraId="1D96593B" w14:textId="77777777" w:rsidR="00156693" w:rsidRDefault="00000000">
            <w:pPr>
              <w:spacing w:after="0" w:line="240" w:lineRule="auto"/>
              <w:ind w:left="-20"/>
              <w:jc w:val="center"/>
              <w:rPr>
                <w:sz w:val="20"/>
                <w:szCs w:val="20"/>
              </w:rPr>
            </w:pPr>
            <w:r>
              <w:rPr>
                <w:i/>
                <w:iCs/>
                <w:sz w:val="20"/>
                <w:szCs w:val="20"/>
              </w:rPr>
              <w:t xml:space="preserve">Surse externe </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E9F232" w14:textId="77777777" w:rsidR="00156693" w:rsidRDefault="00000000">
            <w:pP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FD1FC3" w14:textId="77777777" w:rsidR="00156693" w:rsidRDefault="00000000">
            <w:pPr>
              <w:spacing w:after="0" w:line="240" w:lineRule="auto"/>
              <w:ind w:left="-20"/>
              <w:jc w:val="center"/>
              <w:rPr>
                <w:sz w:val="20"/>
                <w:szCs w:val="20"/>
              </w:rPr>
            </w:pPr>
            <w:r>
              <w:rPr>
                <w:sz w:val="20"/>
                <w:szCs w:val="20"/>
              </w:rPr>
              <w:t>20</w:t>
            </w:r>
          </w:p>
          <w:p w14:paraId="31B84D23"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7414A1" w14:textId="77777777" w:rsidR="00156693" w:rsidRDefault="00000000">
            <w:pPr>
              <w:spacing w:after="0" w:line="240" w:lineRule="auto"/>
              <w:ind w:left="-20"/>
              <w:jc w:val="center"/>
              <w:rPr>
                <w:sz w:val="20"/>
                <w:szCs w:val="20"/>
              </w:rPr>
            </w:pPr>
            <w:r>
              <w:rPr>
                <w:sz w:val="20"/>
                <w:szCs w:val="20"/>
              </w:rPr>
              <w:t>30</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4820F5" w14:textId="77777777" w:rsidR="00156693" w:rsidRDefault="00000000">
            <w:pPr>
              <w:spacing w:after="0" w:line="240" w:lineRule="auto"/>
              <w:ind w:left="-20"/>
              <w:jc w:val="center"/>
              <w:rPr>
                <w:sz w:val="20"/>
                <w:szCs w:val="20"/>
              </w:rPr>
            </w:pPr>
            <w:r>
              <w:rPr>
                <w:sz w:val="20"/>
                <w:szCs w:val="20"/>
              </w:rPr>
              <w:t>40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2520E3" w14:textId="77777777" w:rsidR="00156693" w:rsidRDefault="00000000">
            <w:pPr>
              <w:spacing w:after="0" w:line="240" w:lineRule="auto"/>
              <w:ind w:left="-20"/>
              <w:jc w:val="center"/>
              <w:rPr>
                <w:sz w:val="20"/>
                <w:szCs w:val="20"/>
              </w:rPr>
            </w:pPr>
            <w:r>
              <w:rPr>
                <w:sz w:val="20"/>
                <w:szCs w:val="20"/>
              </w:rPr>
              <w:t>50</w:t>
            </w:r>
          </w:p>
        </w:tc>
      </w:tr>
      <w:tr w:rsidR="00156693" w14:paraId="219D9ED3"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0A943C1" w14:textId="77777777" w:rsidR="00156693" w:rsidRDefault="00000000">
            <w:pPr>
              <w:spacing w:after="0" w:line="240" w:lineRule="auto"/>
              <w:ind w:left="-20"/>
              <w:jc w:val="both"/>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89934A2" w14:textId="77777777" w:rsidR="00156693" w:rsidRDefault="00000000">
            <w:pPr>
              <w:spacing w:after="0" w:line="240" w:lineRule="auto"/>
              <w:ind w:left="-20"/>
              <w:rPr>
                <w:sz w:val="20"/>
                <w:szCs w:val="20"/>
              </w:rPr>
            </w:pPr>
            <w:r>
              <w:rPr>
                <w:sz w:val="20"/>
                <w:szCs w:val="20"/>
              </w:rPr>
              <w:t xml:space="preserve">3.2.2.4. Evaluarea funcționării Youth Lab și a rezultatelor obținute de organizațiile beneficiare.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884E586" w14:textId="77777777" w:rsidR="00156693" w:rsidRDefault="00000000">
            <w:pPr>
              <w:spacing w:after="0" w:line="240" w:lineRule="auto"/>
              <w:rPr>
                <w:sz w:val="20"/>
                <w:szCs w:val="20"/>
              </w:rPr>
            </w:pPr>
            <w:r>
              <w:rPr>
                <w:sz w:val="20"/>
                <w:szCs w:val="20"/>
              </w:rPr>
              <w:t xml:space="preserve">Numărul rapoartelor de evaluare realizate </w:t>
            </w:r>
          </w:p>
          <w:p w14:paraId="3D6601C6" w14:textId="77777777" w:rsidR="00156693" w:rsidRDefault="00156693">
            <w:pPr>
              <w:spacing w:after="0" w:line="240" w:lineRule="auto"/>
              <w:rPr>
                <w:sz w:val="20"/>
                <w:szCs w:val="20"/>
              </w:rPr>
            </w:pPr>
          </w:p>
          <w:p w14:paraId="0D5ED656" w14:textId="77777777" w:rsidR="00156693" w:rsidRDefault="00000000">
            <w:pPr>
              <w:spacing w:after="0" w:line="240" w:lineRule="auto"/>
              <w:rPr>
                <w:sz w:val="20"/>
                <w:szCs w:val="20"/>
              </w:rPr>
            </w:pPr>
            <w:r>
              <w:rPr>
                <w:sz w:val="20"/>
                <w:szCs w:val="20"/>
              </w:rPr>
              <w:t xml:space="preserve">Evaluarea funcționării centrului în 2028 și a rezultatelor sprijinului acordat în 2030. </w:t>
            </w:r>
          </w:p>
          <w:p w14:paraId="0A5146B6" w14:textId="77777777" w:rsidR="00156693" w:rsidRDefault="00156693">
            <w:pPr>
              <w:spacing w:after="0" w:line="240" w:lineRule="auto"/>
              <w:rPr>
                <w:sz w:val="20"/>
                <w:szCs w:val="20"/>
              </w:rPr>
            </w:pPr>
          </w:p>
          <w:p w14:paraId="6B1260B2" w14:textId="77777777" w:rsidR="00156693" w:rsidRDefault="00000000">
            <w:pPr>
              <w:spacing w:after="0" w:line="240" w:lineRule="auto"/>
              <w:rPr>
                <w:sz w:val="20"/>
                <w:szCs w:val="20"/>
              </w:rPr>
            </w:pPr>
            <w:r>
              <w:rPr>
                <w:sz w:val="20"/>
                <w:szCs w:val="20"/>
              </w:rPr>
              <w:t xml:space="preserve">Ponderea recomandărilor din evaluarea 2028 </w:t>
            </w:r>
            <w:r>
              <w:rPr>
                <w:sz w:val="20"/>
                <w:szCs w:val="20"/>
              </w:rPr>
              <w:lastRenderedPageBreak/>
              <w:t xml:space="preserve">implementate până în 2030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B148FCA" w14:textId="77777777" w:rsidR="00156693" w:rsidRDefault="00000000">
            <w:pPr>
              <w:spacing w:after="0" w:line="240" w:lineRule="auto"/>
              <w:ind w:left="-20"/>
              <w:rPr>
                <w:sz w:val="20"/>
                <w:szCs w:val="20"/>
              </w:rPr>
            </w:pPr>
            <w:r>
              <w:rPr>
                <w:sz w:val="20"/>
                <w:szCs w:val="20"/>
              </w:rPr>
              <w:lastRenderedPageBreak/>
              <w:t>Trim. IV, 2028; trim. IV, 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DD0D6E" w14:textId="77777777" w:rsidR="00156693" w:rsidRDefault="00000000">
            <w:pPr>
              <w:spacing w:after="40" w:line="240" w:lineRule="auto"/>
              <w:ind w:left="-20"/>
              <w:jc w:val="center"/>
              <w:rPr>
                <w:sz w:val="20"/>
                <w:szCs w:val="20"/>
              </w:rPr>
            </w:pPr>
            <w:r>
              <w:rPr>
                <w:sz w:val="20"/>
                <w:szCs w:val="20"/>
              </w:rPr>
              <w:t>Ministerul Educației și Cercetării</w:t>
            </w:r>
          </w:p>
          <w:p w14:paraId="2158EEA8" w14:textId="77777777" w:rsidR="00156693" w:rsidRDefault="00156693">
            <w:pPr>
              <w:spacing w:after="0" w:line="240" w:lineRule="auto"/>
              <w:ind w:left="-20"/>
              <w:jc w:val="center"/>
              <w:rPr>
                <w:sz w:val="20"/>
                <w:szCs w:val="20"/>
              </w:rPr>
            </w:pPr>
          </w:p>
          <w:p w14:paraId="6BC8779F" w14:textId="77777777" w:rsidR="00156693" w:rsidRDefault="00000000">
            <w:pPr>
              <w:spacing w:after="0" w:line="240" w:lineRule="auto"/>
              <w:ind w:left="-20"/>
              <w:jc w:val="center"/>
              <w:rPr>
                <w:sz w:val="20"/>
                <w:szCs w:val="20"/>
              </w:rPr>
            </w:pPr>
            <w:r>
              <w:rPr>
                <w:sz w:val="20"/>
                <w:szCs w:val="20"/>
              </w:rPr>
              <w:t>Agenția Națională Tineret;</w:t>
            </w:r>
          </w:p>
          <w:p w14:paraId="04A211BE" w14:textId="77777777" w:rsidR="00156693" w:rsidRDefault="00000000">
            <w:pPr>
              <w:spacing w:after="0" w:line="240" w:lineRule="auto"/>
              <w:ind w:left="-20"/>
              <w:jc w:val="center"/>
              <w:rPr>
                <w:sz w:val="20"/>
                <w:szCs w:val="20"/>
              </w:rPr>
            </w:pPr>
            <w:r>
              <w:rPr>
                <w:sz w:val="20"/>
                <w:szCs w:val="20"/>
              </w:rPr>
              <w:t>Organizații rezidente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8F469E" w14:textId="77777777" w:rsidR="00156693" w:rsidRDefault="00000000">
            <w:pPr>
              <w:spacing w:after="0" w:line="240" w:lineRule="auto"/>
              <w:ind w:left="-20"/>
              <w:jc w:val="center"/>
              <w:rPr>
                <w:sz w:val="20"/>
                <w:szCs w:val="20"/>
              </w:rPr>
            </w:pPr>
            <w:r>
              <w:rPr>
                <w:sz w:val="20"/>
                <w:szCs w:val="20"/>
              </w:rPr>
              <w:t>-</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B94F5C4" w14:textId="77777777" w:rsidR="00156693" w:rsidRDefault="00000000">
            <w:pPr>
              <w:spacing w:after="0" w:line="240" w:lineRule="auto"/>
              <w:ind w:left="-20"/>
              <w:jc w:val="center"/>
              <w:rPr>
                <w:sz w:val="20"/>
                <w:szCs w:val="20"/>
              </w:rPr>
            </w:pPr>
            <w:r>
              <w:rPr>
                <w:sz w:val="20"/>
                <w:szCs w:val="20"/>
              </w:rPr>
              <w:t xml:space="preserve">0 </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A515ED" w14:textId="77777777" w:rsidR="00156693" w:rsidRDefault="00000000">
            <w:pPr>
              <w:spacing w:after="0" w:line="240" w:lineRule="auto"/>
              <w:ind w:left="-20"/>
              <w:jc w:val="center"/>
              <w:rPr>
                <w:sz w:val="20"/>
                <w:szCs w:val="20"/>
              </w:rPr>
            </w:pPr>
            <w:r>
              <w:rPr>
                <w:sz w:val="20"/>
                <w:szCs w:val="20"/>
              </w:rPr>
              <w:t>-</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470802" w14:textId="77777777" w:rsidR="00156693" w:rsidRDefault="00000000">
            <w:pPr>
              <w:spacing w:after="0" w:line="240" w:lineRule="auto"/>
              <w:ind w:left="-20"/>
              <w:jc w:val="center"/>
              <w:rPr>
                <w:sz w:val="20"/>
                <w:szCs w:val="20"/>
              </w:rPr>
            </w:pPr>
            <w:r>
              <w:rPr>
                <w:sz w:val="20"/>
                <w:szCs w:val="20"/>
              </w:rPr>
              <w:t>1</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0ADF37" w14:textId="77777777" w:rsidR="00156693" w:rsidRDefault="00000000">
            <w:pPr>
              <w:spacing w:after="0" w:line="240" w:lineRule="auto"/>
              <w:ind w:left="-20"/>
              <w:jc w:val="center"/>
              <w:rPr>
                <w:sz w:val="20"/>
                <w:szCs w:val="20"/>
              </w:rPr>
            </w:pPr>
            <w:r>
              <w:rPr>
                <w:sz w:val="20"/>
                <w:szCs w:val="20"/>
              </w:rPr>
              <w:t>-</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21F415" w14:textId="77777777" w:rsidR="00156693" w:rsidRDefault="00000000">
            <w:pPr>
              <w:spacing w:after="0" w:line="240" w:lineRule="auto"/>
              <w:ind w:left="-20"/>
              <w:jc w:val="center"/>
              <w:rPr>
                <w:sz w:val="20"/>
                <w:szCs w:val="20"/>
              </w:rPr>
            </w:pPr>
            <w:r>
              <w:rPr>
                <w:sz w:val="20"/>
                <w:szCs w:val="20"/>
              </w:rPr>
              <w:t>1</w:t>
            </w:r>
          </w:p>
        </w:tc>
      </w:tr>
      <w:tr w:rsidR="00156693" w14:paraId="35C3D8DF" w14:textId="77777777">
        <w:trPr>
          <w:trHeight w:val="540"/>
        </w:trPr>
        <w:tc>
          <w:tcPr>
            <w:tcW w:w="14579" w:type="dxa"/>
            <w:gridSpan w:val="11"/>
            <w:tcBorders>
              <w:top w:val="nil"/>
              <w:left w:val="single" w:sz="6" w:space="0" w:color="000000"/>
              <w:bottom w:val="single" w:sz="6" w:space="0" w:color="000000"/>
              <w:right w:val="single" w:sz="6" w:space="0" w:color="000000"/>
            </w:tcBorders>
            <w:shd w:val="clear" w:color="auto" w:fill="F2F2F2"/>
            <w:tcMar>
              <w:top w:w="40" w:type="dxa"/>
              <w:left w:w="60" w:type="dxa"/>
              <w:bottom w:w="40" w:type="dxa"/>
              <w:right w:w="60" w:type="dxa"/>
            </w:tcMar>
          </w:tcPr>
          <w:p w14:paraId="36E2CC49" w14:textId="77777777" w:rsidR="00156693" w:rsidRDefault="00000000">
            <w:pPr>
              <w:spacing w:after="0" w:line="240" w:lineRule="auto"/>
              <w:ind w:left="-20"/>
              <w:jc w:val="both"/>
              <w:rPr>
                <w:b/>
                <w:bCs/>
                <w:sz w:val="20"/>
                <w:szCs w:val="20"/>
              </w:rPr>
            </w:pPr>
            <w:r>
              <w:rPr>
                <w:b/>
                <w:bCs/>
                <w:sz w:val="20"/>
                <w:szCs w:val="20"/>
              </w:rPr>
              <w:t>Obiectivul specific 3.3. Consolidarea structurilor asociative studențești și a participării acestora la viața instituțională și comunitară, pentru a atinge, până în anul 2030, numărul de 50 de organizații studențești active</w:t>
            </w:r>
          </w:p>
        </w:tc>
      </w:tr>
      <w:tr w:rsidR="00156693" w14:paraId="24A1C867" w14:textId="77777777">
        <w:trPr>
          <w:trHeight w:val="306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3563C060" w14:textId="77777777" w:rsidR="00156693" w:rsidRDefault="00000000">
            <w:pPr>
              <w:spacing w:after="0" w:line="240" w:lineRule="auto"/>
              <w:ind w:left="-20"/>
              <w:rPr>
                <w:sz w:val="20"/>
                <w:szCs w:val="20"/>
              </w:rPr>
            </w:pPr>
            <w:r>
              <w:rPr>
                <w:sz w:val="20"/>
                <w:szCs w:val="20"/>
              </w:rPr>
              <w:t xml:space="preserve">Rezultat anticipat 3.3.1. Mai multe structuri asociative studențești sunt active și au funcționalitate consolidată, inclusiv prin alegeri, acte interne și reprezentativitate demonstrată. </w:t>
            </w:r>
          </w:p>
          <w:p w14:paraId="4ED7E2CA" w14:textId="77777777" w:rsidR="00156693" w:rsidRDefault="00156693">
            <w:pPr>
              <w:spacing w:after="0" w:line="240" w:lineRule="auto"/>
              <w:ind w:left="-20"/>
              <w:rPr>
                <w:sz w:val="20"/>
                <w:szCs w:val="20"/>
              </w:rPr>
            </w:pPr>
          </w:p>
          <w:p w14:paraId="4B2436E6" w14:textId="77777777" w:rsidR="00156693" w:rsidRDefault="00000000">
            <w:pPr>
              <w:spacing w:after="0" w:line="240" w:lineRule="auto"/>
              <w:ind w:left="-20"/>
              <w:rPr>
                <w:sz w:val="20"/>
                <w:szCs w:val="20"/>
              </w:rPr>
            </w:pPr>
            <w:r>
              <w:rPr>
                <w:sz w:val="20"/>
                <w:szCs w:val="20"/>
              </w:rPr>
              <w:t>Indicator de rezultat: Numărul organizațiilor studențești active</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75AF563" w14:textId="77777777" w:rsidR="00156693" w:rsidRDefault="00000000">
            <w:pPr>
              <w:spacing w:after="0" w:line="240" w:lineRule="auto"/>
              <w:ind w:left="-20"/>
              <w:rPr>
                <w:sz w:val="20"/>
                <w:szCs w:val="20"/>
              </w:rPr>
            </w:pPr>
            <w:r>
              <w:rPr>
                <w:sz w:val="20"/>
                <w:szCs w:val="20"/>
              </w:rPr>
              <w:t xml:space="preserve">3.3.1.1. Actualizarea și publicarea analizei privind organizațiile studențești active și nevoile lor de sprijin.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784BD05" w14:textId="77777777" w:rsidR="00156693" w:rsidRDefault="00000000">
            <w:pPr>
              <w:spacing w:after="0" w:line="240" w:lineRule="auto"/>
              <w:rPr>
                <w:sz w:val="20"/>
                <w:szCs w:val="20"/>
              </w:rPr>
            </w:pPr>
            <w:r>
              <w:rPr>
                <w:sz w:val="20"/>
                <w:szCs w:val="20"/>
              </w:rPr>
              <w:t xml:space="preserve">Numărul analizelor privind organizațiile studențești actualizate și publicate; </w:t>
            </w:r>
          </w:p>
          <w:p w14:paraId="0A542B6E" w14:textId="77777777" w:rsidR="00156693" w:rsidRDefault="00156693">
            <w:pPr>
              <w:spacing w:after="0" w:line="240" w:lineRule="auto"/>
              <w:rPr>
                <w:sz w:val="20"/>
                <w:szCs w:val="20"/>
              </w:rPr>
            </w:pPr>
          </w:p>
          <w:p w14:paraId="5A12E0CB" w14:textId="77777777" w:rsidR="00156693" w:rsidRDefault="00000000">
            <w:pPr>
              <w:spacing w:after="0" w:line="240" w:lineRule="auto"/>
              <w:rPr>
                <w:sz w:val="20"/>
                <w:szCs w:val="20"/>
              </w:rPr>
            </w:pPr>
            <w:r>
              <w:rPr>
                <w:sz w:val="20"/>
                <w:szCs w:val="20"/>
              </w:rPr>
              <w:t>Priorități de sprijin stabilite prin consultarea studenților;</w:t>
            </w:r>
          </w:p>
          <w:p w14:paraId="2146B0AD" w14:textId="77777777" w:rsidR="00156693" w:rsidRDefault="00156693">
            <w:pPr>
              <w:spacing w:after="0" w:line="240" w:lineRule="auto"/>
              <w:rPr>
                <w:sz w:val="20"/>
                <w:szCs w:val="20"/>
              </w:rPr>
            </w:pPr>
          </w:p>
          <w:p w14:paraId="2FF4AA06" w14:textId="77777777" w:rsidR="00156693" w:rsidRDefault="00000000">
            <w:pPr>
              <w:spacing w:after="0" w:line="240" w:lineRule="auto"/>
              <w:rPr>
                <w:sz w:val="20"/>
                <w:szCs w:val="20"/>
              </w:rPr>
            </w:pPr>
            <w:r>
              <w:rPr>
                <w:sz w:val="20"/>
                <w:szCs w:val="20"/>
              </w:rPr>
              <w:t xml:space="preserve">Criterii comune pentru identificarea organizațiilor studențești active stabilite și aplicate în analiză.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2B8577" w14:textId="77777777" w:rsidR="00156693" w:rsidRDefault="00000000">
            <w:pPr>
              <w:spacing w:after="0" w:line="240" w:lineRule="auto"/>
              <w:ind w:left="-20"/>
              <w:rPr>
                <w:sz w:val="20"/>
                <w:szCs w:val="20"/>
              </w:rPr>
            </w:pPr>
            <w:r>
              <w:rPr>
                <w:sz w:val="20"/>
                <w:szCs w:val="20"/>
              </w:rPr>
              <w:t xml:space="preserve">Trim. IV, 2027; </w:t>
            </w:r>
          </w:p>
          <w:p w14:paraId="18AC058B" w14:textId="77777777" w:rsidR="00156693" w:rsidRDefault="00156693">
            <w:pPr>
              <w:spacing w:after="0" w:line="240" w:lineRule="auto"/>
              <w:ind w:left="-20"/>
              <w:rPr>
                <w:sz w:val="20"/>
                <w:szCs w:val="20"/>
              </w:rPr>
            </w:pPr>
          </w:p>
          <w:p w14:paraId="1A5D5AC6" w14:textId="77777777" w:rsidR="00156693" w:rsidRDefault="00000000">
            <w:pPr>
              <w:spacing w:after="0" w:line="240" w:lineRule="auto"/>
              <w:ind w:left="-20"/>
              <w:rPr>
                <w:sz w:val="20"/>
                <w:szCs w:val="20"/>
              </w:rPr>
            </w:pPr>
            <w:r>
              <w:rPr>
                <w:sz w:val="20"/>
                <w:szCs w:val="20"/>
              </w:rPr>
              <w:t>trim. IV, 2029</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701707" w14:textId="77777777" w:rsidR="00156693" w:rsidRDefault="00000000">
            <w:pPr>
              <w:spacing w:after="40" w:line="240" w:lineRule="auto"/>
              <w:ind w:left="-20"/>
              <w:jc w:val="center"/>
              <w:rPr>
                <w:sz w:val="20"/>
                <w:szCs w:val="20"/>
              </w:rPr>
            </w:pPr>
            <w:r>
              <w:rPr>
                <w:sz w:val="20"/>
                <w:szCs w:val="20"/>
              </w:rPr>
              <w:t>Ministerul Educației și Cercetării</w:t>
            </w:r>
          </w:p>
          <w:p w14:paraId="09302AC2" w14:textId="77777777" w:rsidR="00156693" w:rsidRDefault="00156693">
            <w:pPr>
              <w:spacing w:after="0" w:line="240" w:lineRule="auto"/>
              <w:ind w:left="-20"/>
              <w:jc w:val="center"/>
              <w:rPr>
                <w:sz w:val="20"/>
                <w:szCs w:val="20"/>
              </w:rPr>
            </w:pPr>
          </w:p>
          <w:p w14:paraId="17E50555" w14:textId="77777777" w:rsidR="00156693" w:rsidRDefault="00000000">
            <w:pPr>
              <w:spacing w:after="0" w:line="240" w:lineRule="auto"/>
              <w:ind w:left="-20"/>
              <w:jc w:val="center"/>
              <w:rPr>
                <w:sz w:val="20"/>
                <w:szCs w:val="20"/>
              </w:rPr>
            </w:pPr>
            <w:r>
              <w:rPr>
                <w:sz w:val="20"/>
                <w:szCs w:val="20"/>
              </w:rPr>
              <w:t xml:space="preserve">Instituții de învățământ superior </w:t>
            </w:r>
          </w:p>
          <w:p w14:paraId="480A51D7" w14:textId="77777777" w:rsidR="00156693" w:rsidRDefault="00156693">
            <w:pPr>
              <w:spacing w:after="0" w:line="240" w:lineRule="auto"/>
              <w:ind w:left="-20"/>
              <w:jc w:val="center"/>
              <w:rPr>
                <w:sz w:val="20"/>
                <w:szCs w:val="20"/>
              </w:rPr>
            </w:pPr>
          </w:p>
          <w:p w14:paraId="4EF27547" w14:textId="77777777" w:rsidR="00156693" w:rsidRDefault="00000000">
            <w:pPr>
              <w:spacing w:after="0" w:line="240" w:lineRule="auto"/>
              <w:ind w:left="-20"/>
              <w:jc w:val="center"/>
              <w:rPr>
                <w:sz w:val="20"/>
                <w:szCs w:val="20"/>
              </w:rPr>
            </w:pPr>
            <w:r>
              <w:rPr>
                <w:sz w:val="20"/>
                <w:szCs w:val="20"/>
              </w:rPr>
              <w:t>Agenția Națională Tineret</w:t>
            </w:r>
          </w:p>
          <w:p w14:paraId="468A0C45" w14:textId="77777777" w:rsidR="00156693" w:rsidRDefault="00156693">
            <w:pPr>
              <w:spacing w:after="0" w:line="240" w:lineRule="auto"/>
              <w:ind w:left="-20"/>
              <w:jc w:val="center"/>
              <w:rPr>
                <w:sz w:val="20"/>
                <w:szCs w:val="20"/>
              </w:rPr>
            </w:pPr>
          </w:p>
          <w:p w14:paraId="390586FD" w14:textId="77777777" w:rsidR="00156693" w:rsidRDefault="00000000">
            <w:pPr>
              <w:spacing w:after="0" w:line="240" w:lineRule="auto"/>
              <w:ind w:left="-20"/>
              <w:jc w:val="center"/>
              <w:rPr>
                <w:sz w:val="20"/>
                <w:szCs w:val="20"/>
              </w:rPr>
            </w:pPr>
            <w:r>
              <w:rPr>
                <w:sz w:val="20"/>
                <w:szCs w:val="20"/>
              </w:rPr>
              <w:t>Organizații și cluburi studențești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4185C2C" w14:textId="77777777" w:rsidR="00156693" w:rsidRDefault="00000000">
            <w:pPr>
              <w:spacing w:after="40" w:line="240" w:lineRule="auto"/>
              <w:ind w:left="-20"/>
              <w:jc w:val="center"/>
              <w:rPr>
                <w:i/>
                <w:iCs/>
                <w:sz w:val="20"/>
                <w:szCs w:val="20"/>
              </w:rPr>
            </w:pPr>
            <w:r>
              <w:rPr>
                <w:i/>
                <w:iCs/>
                <w:sz w:val="20"/>
                <w:szCs w:val="20"/>
              </w:rPr>
              <w:t>200,0</w:t>
            </w:r>
          </w:p>
          <w:p w14:paraId="5594C9AB" w14:textId="77777777" w:rsidR="00156693" w:rsidRDefault="00000000">
            <w:pPr>
              <w:spacing w:after="0" w:line="240" w:lineRule="auto"/>
              <w:ind w:left="-20"/>
              <w:jc w:val="center"/>
              <w:rPr>
                <w:i/>
                <w:iCs/>
                <w:sz w:val="20"/>
                <w:szCs w:val="20"/>
              </w:rPr>
            </w:pPr>
            <w:r>
              <w:rPr>
                <w:i/>
                <w:iCs/>
                <w:sz w:val="20"/>
                <w:szCs w:val="20"/>
              </w:rPr>
              <w:t>(2027;2029)</w:t>
            </w:r>
          </w:p>
          <w:p w14:paraId="48097C1D" w14:textId="77777777" w:rsidR="00156693" w:rsidRDefault="00000000">
            <w:pPr>
              <w:spacing w:after="0" w:line="240" w:lineRule="auto"/>
              <w:ind w:left="-20"/>
              <w:jc w:val="center"/>
              <w:rPr>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EB39F4"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11B222E" w14:textId="77777777" w:rsidR="00156693" w:rsidRDefault="00000000">
            <w:pPr>
              <w:spacing w:after="0" w:line="240" w:lineRule="auto"/>
              <w:ind w:left="-20"/>
              <w:jc w:val="center"/>
              <w:rPr>
                <w:sz w:val="20"/>
                <w:szCs w:val="20"/>
              </w:rPr>
            </w:pPr>
            <w:r>
              <w:rPr>
                <w:sz w:val="20"/>
                <w:szCs w:val="20"/>
              </w:rPr>
              <w:t>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8FAFEB3"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009F783"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69384E" w14:textId="77777777" w:rsidR="00156693" w:rsidRDefault="00000000">
            <w:pPr>
              <w:spacing w:after="0" w:line="240" w:lineRule="auto"/>
              <w:ind w:left="-20"/>
              <w:jc w:val="center"/>
              <w:rPr>
                <w:sz w:val="20"/>
                <w:szCs w:val="20"/>
              </w:rPr>
            </w:pPr>
            <w:r>
              <w:rPr>
                <w:sz w:val="20"/>
                <w:szCs w:val="20"/>
              </w:rPr>
              <w:t>-</w:t>
            </w:r>
          </w:p>
        </w:tc>
      </w:tr>
      <w:tr w:rsidR="00156693" w14:paraId="38369573" w14:textId="77777777">
        <w:trPr>
          <w:trHeight w:val="283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6D91D681" w14:textId="77777777" w:rsidR="00156693" w:rsidRDefault="00000000">
            <w:pPr>
              <w:spacing w:after="0" w:line="240" w:lineRule="auto"/>
              <w:ind w:left="-20"/>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DF10D2" w14:textId="77777777" w:rsidR="00156693" w:rsidRDefault="00000000">
            <w:pPr>
              <w:spacing w:after="0" w:line="240" w:lineRule="auto"/>
              <w:ind w:left="-20"/>
              <w:rPr>
                <w:sz w:val="20"/>
                <w:szCs w:val="20"/>
              </w:rPr>
            </w:pPr>
            <w:r>
              <w:rPr>
                <w:sz w:val="20"/>
                <w:szCs w:val="20"/>
              </w:rPr>
              <w:t xml:space="preserve">3.3.1.2. Instruirea și mentorarea organizațiilor studențești pentru organizarea alegerilor, elaborarea regulilor interne și reprezentarea studenților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9508CE" w14:textId="77777777" w:rsidR="00156693" w:rsidRDefault="00000000">
            <w:pPr>
              <w:spacing w:after="0" w:line="240" w:lineRule="auto"/>
              <w:rPr>
                <w:sz w:val="20"/>
                <w:szCs w:val="20"/>
              </w:rPr>
            </w:pPr>
            <w:r>
              <w:rPr>
                <w:sz w:val="20"/>
                <w:szCs w:val="20"/>
              </w:rPr>
              <w:t xml:space="preserve">Numărul organizațiilor studențești care au beneficiat anual de instruire și mentorat. </w:t>
            </w:r>
          </w:p>
          <w:p w14:paraId="567F895F" w14:textId="77777777" w:rsidR="00156693" w:rsidRDefault="00156693">
            <w:pPr>
              <w:spacing w:after="0" w:line="240" w:lineRule="auto"/>
              <w:rPr>
                <w:sz w:val="20"/>
                <w:szCs w:val="20"/>
              </w:rPr>
            </w:pPr>
          </w:p>
          <w:p w14:paraId="75C5E6BD" w14:textId="77777777" w:rsidR="00156693" w:rsidRDefault="00000000">
            <w:pPr>
              <w:spacing w:after="0" w:line="240" w:lineRule="auto"/>
              <w:rPr>
                <w:sz w:val="20"/>
                <w:szCs w:val="20"/>
              </w:rPr>
            </w:pPr>
            <w:r>
              <w:rPr>
                <w:sz w:val="20"/>
                <w:szCs w:val="20"/>
              </w:rPr>
              <w:t xml:space="preserve">Ponderea organizațiilor instruite care au organizat alegeri și dispun de acte interne aprobate în anul următor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431C9B6" w14:textId="77777777" w:rsidR="00156693" w:rsidRDefault="00000000">
            <w:pPr>
              <w:spacing w:after="0" w:line="240" w:lineRule="auto"/>
              <w:ind w:left="-20"/>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5141812" w14:textId="77777777" w:rsidR="00156693" w:rsidRDefault="00000000">
            <w:pPr>
              <w:spacing w:after="0" w:line="240" w:lineRule="auto"/>
              <w:ind w:left="-20"/>
              <w:jc w:val="center"/>
              <w:rPr>
                <w:sz w:val="20"/>
                <w:szCs w:val="20"/>
              </w:rPr>
            </w:pPr>
            <w:r>
              <w:rPr>
                <w:sz w:val="20"/>
                <w:szCs w:val="20"/>
              </w:rPr>
              <w:t>Agenția Națională Tineret;</w:t>
            </w:r>
          </w:p>
          <w:p w14:paraId="2EEC32EC" w14:textId="77777777" w:rsidR="00156693" w:rsidRDefault="00156693">
            <w:pPr>
              <w:spacing w:after="0" w:line="240" w:lineRule="auto"/>
              <w:ind w:left="-20"/>
              <w:jc w:val="center"/>
              <w:rPr>
                <w:sz w:val="20"/>
                <w:szCs w:val="20"/>
              </w:rPr>
            </w:pPr>
          </w:p>
          <w:p w14:paraId="366A4D0B" w14:textId="77777777" w:rsidR="00156693" w:rsidRDefault="00000000">
            <w:pPr>
              <w:spacing w:after="0" w:line="240" w:lineRule="auto"/>
              <w:ind w:left="-20"/>
              <w:jc w:val="center"/>
              <w:rPr>
                <w:sz w:val="20"/>
                <w:szCs w:val="20"/>
              </w:rPr>
            </w:pPr>
            <w:r>
              <w:rPr>
                <w:sz w:val="20"/>
                <w:szCs w:val="20"/>
              </w:rPr>
              <w:t>Organizații studențești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71A7983" w14:textId="77777777" w:rsidR="00156693" w:rsidRDefault="00000000">
            <w:pPr>
              <w:spacing w:after="40" w:line="240" w:lineRule="auto"/>
              <w:ind w:left="-20"/>
              <w:jc w:val="center"/>
              <w:rPr>
                <w:i/>
                <w:iCs/>
                <w:sz w:val="20"/>
                <w:szCs w:val="20"/>
              </w:rPr>
            </w:pPr>
            <w:r>
              <w:rPr>
                <w:i/>
                <w:iCs/>
                <w:sz w:val="20"/>
                <w:szCs w:val="20"/>
              </w:rPr>
              <w:t xml:space="preserve"> 120,0</w:t>
            </w:r>
          </w:p>
          <w:p w14:paraId="3DB45A40" w14:textId="77777777" w:rsidR="00156693" w:rsidRDefault="00000000">
            <w:pPr>
              <w:spacing w:after="40" w:line="240" w:lineRule="auto"/>
              <w:ind w:left="-20"/>
              <w:jc w:val="center"/>
              <w:rPr>
                <w:i/>
                <w:iCs/>
                <w:sz w:val="20"/>
                <w:szCs w:val="20"/>
              </w:rPr>
            </w:pPr>
            <w:r>
              <w:rPr>
                <w:i/>
                <w:iCs/>
                <w:sz w:val="20"/>
                <w:szCs w:val="20"/>
              </w:rPr>
              <w:t>(anual)</w:t>
            </w:r>
          </w:p>
          <w:p w14:paraId="4AF723EA" w14:textId="77777777" w:rsidR="00156693" w:rsidRDefault="00000000">
            <w:pPr>
              <w:spacing w:after="0" w:line="240" w:lineRule="auto"/>
              <w:ind w:left="-20"/>
              <w:jc w:val="center"/>
              <w:rPr>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629999C" w14:textId="77777777" w:rsidR="00156693" w:rsidRDefault="00000000">
            <w:pPr>
              <w:spacing w:after="0" w:line="240" w:lineRule="auto"/>
              <w:ind w:left="-20"/>
              <w:jc w:val="center"/>
              <w:rPr>
                <w:sz w:val="20"/>
                <w:szCs w:val="20"/>
              </w:rPr>
            </w:pPr>
            <w:r>
              <w:rPr>
                <w:sz w:val="20"/>
                <w:szCs w:val="20"/>
              </w:rPr>
              <w:t>-</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4F6A1BC" w14:textId="77777777" w:rsidR="00156693" w:rsidRDefault="00000000">
            <w:pPr>
              <w:spacing w:after="0" w:line="240" w:lineRule="auto"/>
              <w:ind w:left="-20"/>
              <w:jc w:val="center"/>
              <w:rPr>
                <w:sz w:val="20"/>
                <w:szCs w:val="20"/>
              </w:rPr>
            </w:pPr>
            <w:r>
              <w:rPr>
                <w:sz w:val="20"/>
                <w:szCs w:val="20"/>
              </w:rPr>
              <w:t>10</w:t>
            </w:r>
          </w:p>
          <w:p w14:paraId="04A75549" w14:textId="77777777" w:rsidR="00156693" w:rsidRDefault="00156693">
            <w:pPr>
              <w:spacing w:after="0" w:line="240" w:lineRule="auto"/>
              <w:ind w:left="-20"/>
              <w:jc w:val="center"/>
              <w:rPr>
                <w:sz w:val="20"/>
                <w:szCs w:val="20"/>
              </w:rPr>
            </w:pP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27F7689" w14:textId="77777777" w:rsidR="00156693" w:rsidRDefault="00000000">
            <w:pPr>
              <w:spacing w:after="0" w:line="240" w:lineRule="auto"/>
              <w:ind w:left="-20"/>
              <w:jc w:val="center"/>
              <w:rPr>
                <w:sz w:val="20"/>
                <w:szCs w:val="20"/>
              </w:rPr>
            </w:pPr>
            <w:r>
              <w:rPr>
                <w:sz w:val="20"/>
                <w:szCs w:val="20"/>
              </w:rPr>
              <w:t xml:space="preserve">15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EF33546" w14:textId="77777777" w:rsidR="00156693" w:rsidRDefault="00000000">
            <w:pPr>
              <w:spacing w:after="0" w:line="240" w:lineRule="auto"/>
              <w:ind w:left="-20"/>
              <w:jc w:val="center"/>
              <w:rPr>
                <w:sz w:val="20"/>
                <w:szCs w:val="20"/>
              </w:rPr>
            </w:pPr>
            <w:r>
              <w:rPr>
                <w:sz w:val="20"/>
                <w:szCs w:val="20"/>
              </w:rPr>
              <w:t>15</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34F6731" w14:textId="77777777" w:rsidR="00156693" w:rsidRDefault="00000000">
            <w:pPr>
              <w:spacing w:after="0" w:line="240" w:lineRule="auto"/>
              <w:ind w:left="-20"/>
              <w:jc w:val="center"/>
              <w:rPr>
                <w:sz w:val="20"/>
                <w:szCs w:val="20"/>
              </w:rPr>
            </w:pPr>
            <w:r>
              <w:rPr>
                <w:sz w:val="20"/>
                <w:szCs w:val="20"/>
              </w:rPr>
              <w:t>20</w:t>
            </w:r>
          </w:p>
        </w:tc>
      </w:tr>
      <w:tr w:rsidR="00156693" w14:paraId="68133E3A" w14:textId="77777777">
        <w:trPr>
          <w:trHeight w:val="35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21101DAB" w14:textId="77777777" w:rsidR="00156693" w:rsidRDefault="00000000">
            <w:pPr>
              <w:spacing w:after="0" w:line="240" w:lineRule="auto"/>
              <w:ind w:left="-20"/>
              <w:rPr>
                <w:sz w:val="20"/>
                <w:szCs w:val="20"/>
              </w:rPr>
            </w:pPr>
            <w:r>
              <w:rPr>
                <w:sz w:val="20"/>
                <w:szCs w:val="20"/>
              </w:rPr>
              <w:t xml:space="preserve">Rezultat anticipat 3.3.2. Proiectele și inițiativele studențești finanțate prin mecanismele Ministerului Educației și Cercetării și ale Agenției produc rezultate instituționale sau comunitare documentate. </w:t>
            </w:r>
          </w:p>
          <w:p w14:paraId="024EE824" w14:textId="77777777" w:rsidR="00156693" w:rsidRDefault="00156693">
            <w:pPr>
              <w:spacing w:after="0" w:line="240" w:lineRule="auto"/>
              <w:ind w:left="-20"/>
              <w:rPr>
                <w:sz w:val="20"/>
                <w:szCs w:val="20"/>
              </w:rPr>
            </w:pPr>
          </w:p>
          <w:p w14:paraId="282C5757" w14:textId="77777777" w:rsidR="00156693" w:rsidRDefault="00000000">
            <w:pPr>
              <w:spacing w:after="0" w:line="240" w:lineRule="auto"/>
              <w:ind w:left="-20"/>
              <w:rPr>
                <w:sz w:val="20"/>
                <w:szCs w:val="20"/>
              </w:rPr>
            </w:pPr>
            <w:r>
              <w:rPr>
                <w:sz w:val="20"/>
                <w:szCs w:val="20"/>
              </w:rPr>
              <w:t xml:space="preserve">Indicator de rezultat: Numărul total anual al proiectelor și inițiativelor studențești finanțate prin cele două mecanisme și finalizate cu rezultate documentate, fără dublă numărare.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81F692B" w14:textId="77777777" w:rsidR="00156693" w:rsidRDefault="00000000">
            <w:pPr>
              <w:spacing w:after="0" w:line="240" w:lineRule="auto"/>
              <w:ind w:left="-20"/>
              <w:rPr>
                <w:sz w:val="20"/>
                <w:szCs w:val="20"/>
              </w:rPr>
            </w:pPr>
            <w:r>
              <w:rPr>
                <w:sz w:val="20"/>
                <w:szCs w:val="20"/>
              </w:rPr>
              <w:t xml:space="preserve">3.3.2.1. Finanțarea anuală a proiectelor și a inițiativelor mici ale studenților prin instituțiile de învățământ eligibile.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81268D0" w14:textId="77777777" w:rsidR="00156693" w:rsidRDefault="00000000">
            <w:pPr>
              <w:spacing w:after="0" w:line="240" w:lineRule="auto"/>
              <w:ind w:left="-20"/>
              <w:rPr>
                <w:sz w:val="20"/>
                <w:szCs w:val="20"/>
              </w:rPr>
            </w:pPr>
            <w:r>
              <w:rPr>
                <w:sz w:val="20"/>
                <w:szCs w:val="20"/>
              </w:rPr>
              <w:t>Numărul proiectelor studențești finanțate anual prin mecanismul MEC;</w:t>
            </w:r>
          </w:p>
          <w:p w14:paraId="754BFDBA" w14:textId="77777777" w:rsidR="00156693" w:rsidRDefault="00156693">
            <w:pPr>
              <w:spacing w:after="0" w:line="240" w:lineRule="auto"/>
              <w:ind w:left="-20"/>
              <w:rPr>
                <w:sz w:val="20"/>
                <w:szCs w:val="20"/>
                <w:highlight w:val="yellow"/>
              </w:rPr>
            </w:pPr>
          </w:p>
          <w:p w14:paraId="7F51C6AC" w14:textId="77777777" w:rsidR="00156693" w:rsidRDefault="00000000">
            <w:pPr>
              <w:spacing w:after="0" w:line="240" w:lineRule="auto"/>
              <w:ind w:left="-20"/>
              <w:rPr>
                <w:sz w:val="20"/>
                <w:szCs w:val="20"/>
              </w:rPr>
            </w:pPr>
            <w:r>
              <w:rPr>
                <w:sz w:val="20"/>
                <w:szCs w:val="20"/>
              </w:rPr>
              <w:t xml:space="preserve">O ediție a concursului de finanțare organizată anual. </w:t>
            </w:r>
          </w:p>
          <w:p w14:paraId="7F3FA94B" w14:textId="77777777" w:rsidR="00156693" w:rsidRDefault="00156693">
            <w:pPr>
              <w:spacing w:after="0" w:line="240" w:lineRule="auto"/>
              <w:ind w:left="-20"/>
              <w:rPr>
                <w:sz w:val="20"/>
                <w:szCs w:val="20"/>
              </w:rPr>
            </w:pPr>
          </w:p>
          <w:p w14:paraId="484EA957" w14:textId="77777777" w:rsidR="00156693" w:rsidRDefault="00000000">
            <w:pPr>
              <w:spacing w:after="0" w:line="240" w:lineRule="auto"/>
              <w:ind w:left="-20"/>
              <w:rPr>
                <w:sz w:val="20"/>
                <w:szCs w:val="20"/>
              </w:rPr>
            </w:pPr>
            <w:r>
              <w:rPr>
                <w:sz w:val="20"/>
                <w:szCs w:val="20"/>
              </w:rPr>
              <w:t>Numărul studenților implicați, dezagregat pe sex, mediu și tip de instituție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C35BA1" w14:textId="77777777" w:rsidR="00156693" w:rsidRDefault="00000000">
            <w:pPr>
              <w:spacing w:after="0" w:line="240" w:lineRule="auto"/>
              <w:ind w:left="-20"/>
              <w:rPr>
                <w:sz w:val="20"/>
                <w:szCs w:val="20"/>
              </w:rPr>
            </w:pPr>
            <w:r>
              <w:rPr>
                <w:sz w:val="20"/>
                <w:szCs w:val="20"/>
              </w:rPr>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9EEDFB" w14:textId="77777777" w:rsidR="00156693" w:rsidRDefault="00000000">
            <w:pPr>
              <w:spacing w:after="40" w:line="240" w:lineRule="auto"/>
              <w:ind w:left="-20"/>
              <w:jc w:val="center"/>
              <w:rPr>
                <w:sz w:val="20"/>
                <w:szCs w:val="20"/>
              </w:rPr>
            </w:pPr>
            <w:r>
              <w:rPr>
                <w:sz w:val="20"/>
                <w:szCs w:val="20"/>
              </w:rPr>
              <w:t>Ministerul Educației și Cercetării</w:t>
            </w:r>
          </w:p>
          <w:p w14:paraId="151C7C65" w14:textId="77777777" w:rsidR="00156693" w:rsidRDefault="00156693">
            <w:pPr>
              <w:spacing w:after="0" w:line="240" w:lineRule="auto"/>
              <w:ind w:left="-20"/>
              <w:jc w:val="center"/>
              <w:rPr>
                <w:sz w:val="20"/>
                <w:szCs w:val="20"/>
              </w:rPr>
            </w:pPr>
          </w:p>
          <w:p w14:paraId="00DCE9BD" w14:textId="77777777" w:rsidR="00156693" w:rsidRDefault="00000000">
            <w:pPr>
              <w:spacing w:after="0" w:line="240" w:lineRule="auto"/>
              <w:ind w:left="-20"/>
              <w:jc w:val="center"/>
              <w:rPr>
                <w:sz w:val="20"/>
                <w:szCs w:val="20"/>
              </w:rPr>
            </w:pPr>
            <w:r>
              <w:rPr>
                <w:sz w:val="20"/>
                <w:szCs w:val="20"/>
              </w:rPr>
              <w:t>Structurile de autoguvernare studențească</w:t>
            </w:r>
          </w:p>
          <w:p w14:paraId="35FFB03B" w14:textId="77777777" w:rsidR="00156693" w:rsidRDefault="00156693">
            <w:pPr>
              <w:spacing w:after="0" w:line="240" w:lineRule="auto"/>
              <w:ind w:left="-20"/>
              <w:jc w:val="center"/>
              <w:rPr>
                <w:sz w:val="20"/>
                <w:szCs w:val="20"/>
              </w:rPr>
            </w:pPr>
          </w:p>
          <w:p w14:paraId="2D18A698" w14:textId="77777777" w:rsidR="00156693" w:rsidRDefault="00000000">
            <w:pPr>
              <w:spacing w:after="0" w:line="240" w:lineRule="auto"/>
              <w:ind w:left="-20"/>
              <w:jc w:val="center"/>
              <w:rPr>
                <w:sz w:val="20"/>
                <w:szCs w:val="20"/>
              </w:rPr>
            </w:pPr>
            <w:r>
              <w:rPr>
                <w:sz w:val="20"/>
                <w:szCs w:val="20"/>
              </w:rPr>
              <w:t xml:space="preserve">Instituții de învățământ superior </w:t>
            </w:r>
          </w:p>
          <w:p w14:paraId="25BBEE63" w14:textId="77777777" w:rsidR="00156693" w:rsidRDefault="00156693">
            <w:pPr>
              <w:spacing w:after="0" w:line="240" w:lineRule="auto"/>
              <w:ind w:left="-20"/>
              <w:rPr>
                <w:sz w:val="20"/>
                <w:szCs w:val="20"/>
              </w:rPr>
            </w:pP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5B50549" w14:textId="77777777" w:rsidR="00156693" w:rsidRDefault="00000000">
            <w:pPr>
              <w:spacing w:after="40" w:line="240" w:lineRule="auto"/>
              <w:ind w:left="-20"/>
              <w:jc w:val="center"/>
              <w:rPr>
                <w:i/>
                <w:iCs/>
                <w:sz w:val="20"/>
                <w:szCs w:val="20"/>
              </w:rPr>
            </w:pPr>
            <w:r>
              <w:rPr>
                <w:i/>
                <w:iCs/>
                <w:sz w:val="20"/>
                <w:szCs w:val="20"/>
              </w:rPr>
              <w:t>2 100,0 - 2027</w:t>
            </w:r>
          </w:p>
          <w:p w14:paraId="7C9899A2" w14:textId="77777777" w:rsidR="00156693" w:rsidRDefault="00000000">
            <w:pPr>
              <w:spacing w:after="40" w:line="240" w:lineRule="auto"/>
              <w:ind w:left="-20"/>
              <w:jc w:val="center"/>
              <w:rPr>
                <w:i/>
                <w:iCs/>
                <w:sz w:val="20"/>
                <w:szCs w:val="20"/>
              </w:rPr>
            </w:pPr>
            <w:r>
              <w:rPr>
                <w:i/>
                <w:iCs/>
                <w:sz w:val="20"/>
                <w:szCs w:val="20"/>
              </w:rPr>
              <w:t xml:space="preserve">2 100,0 - 2028 </w:t>
            </w:r>
          </w:p>
          <w:p w14:paraId="054ACD12" w14:textId="77777777" w:rsidR="00156693" w:rsidRDefault="00000000">
            <w:pPr>
              <w:spacing w:after="40" w:line="240" w:lineRule="auto"/>
              <w:ind w:left="-20"/>
              <w:jc w:val="center"/>
              <w:rPr>
                <w:i/>
                <w:iCs/>
                <w:sz w:val="20"/>
                <w:szCs w:val="20"/>
              </w:rPr>
            </w:pPr>
            <w:r>
              <w:rPr>
                <w:i/>
                <w:iCs/>
                <w:sz w:val="20"/>
                <w:szCs w:val="20"/>
              </w:rPr>
              <w:t xml:space="preserve">2 800,0 - 2029 </w:t>
            </w:r>
          </w:p>
          <w:p w14:paraId="21A9F0B3" w14:textId="77777777" w:rsidR="00156693" w:rsidRDefault="00000000">
            <w:pPr>
              <w:spacing w:after="40" w:line="240" w:lineRule="auto"/>
              <w:ind w:left="-20"/>
              <w:jc w:val="center"/>
              <w:rPr>
                <w:i/>
                <w:iCs/>
                <w:sz w:val="20"/>
                <w:szCs w:val="20"/>
              </w:rPr>
            </w:pPr>
            <w:r>
              <w:rPr>
                <w:i/>
                <w:iCs/>
                <w:sz w:val="20"/>
                <w:szCs w:val="20"/>
              </w:rPr>
              <w:t>2 800,0 - 2030</w:t>
            </w:r>
          </w:p>
          <w:p w14:paraId="0F83CF9B" w14:textId="77777777" w:rsidR="00156693" w:rsidRDefault="00156693">
            <w:pPr>
              <w:spacing w:after="0" w:line="240" w:lineRule="auto"/>
              <w:ind w:left="-20"/>
              <w:jc w:val="center"/>
              <w:rPr>
                <w:i/>
                <w:iCs/>
                <w:sz w:val="20"/>
                <w:szCs w:val="20"/>
              </w:rPr>
            </w:pPr>
          </w:p>
          <w:p w14:paraId="4EC03936" w14:textId="77777777" w:rsidR="00156693" w:rsidRDefault="00000000">
            <w:pPr>
              <w:spacing w:after="0" w:line="240" w:lineRule="auto"/>
              <w:ind w:left="-20"/>
              <w:jc w:val="center"/>
              <w:rPr>
                <w:sz w:val="20"/>
                <w:szCs w:val="20"/>
              </w:rPr>
            </w:pPr>
            <w:r>
              <w:rPr>
                <w:i/>
                <w:iCs/>
                <w:sz w:val="20"/>
                <w:szCs w:val="20"/>
              </w:rPr>
              <w:t>BS (finanțare complementară)</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F5FA688" w14:textId="77777777" w:rsidR="00156693" w:rsidRDefault="00000000">
            <w:pPr>
              <w:spacing w:after="0" w:line="240" w:lineRule="auto"/>
              <w:ind w:left="-20"/>
              <w:jc w:val="center"/>
              <w:rPr>
                <w:sz w:val="20"/>
                <w:szCs w:val="20"/>
              </w:rPr>
            </w:pPr>
            <w:r>
              <w:rPr>
                <w:sz w:val="20"/>
                <w:szCs w:val="20"/>
              </w:rPr>
              <w:t xml:space="preserve">6 </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84880C" w14:textId="77777777" w:rsidR="00156693" w:rsidRDefault="00000000">
            <w:pPr>
              <w:spacing w:after="0" w:line="240" w:lineRule="auto"/>
              <w:ind w:left="-20"/>
              <w:jc w:val="center"/>
              <w:rPr>
                <w:sz w:val="20"/>
                <w:szCs w:val="20"/>
              </w:rPr>
            </w:pPr>
            <w:r>
              <w:rPr>
                <w:sz w:val="20"/>
                <w:szCs w:val="20"/>
              </w:rPr>
              <w:t>6</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E6409A1" w14:textId="77777777" w:rsidR="00156693" w:rsidRDefault="00000000">
            <w:pPr>
              <w:spacing w:after="0" w:line="240" w:lineRule="auto"/>
              <w:ind w:left="-20"/>
              <w:jc w:val="center"/>
              <w:rPr>
                <w:sz w:val="20"/>
                <w:szCs w:val="20"/>
              </w:rPr>
            </w:pPr>
            <w:r>
              <w:rPr>
                <w:sz w:val="20"/>
                <w:szCs w:val="20"/>
              </w:rPr>
              <w:t>6</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ED23416" w14:textId="77777777" w:rsidR="00156693" w:rsidRDefault="00000000">
            <w:pPr>
              <w:spacing w:after="0" w:line="240" w:lineRule="auto"/>
              <w:ind w:left="-20"/>
              <w:jc w:val="center"/>
              <w:rPr>
                <w:sz w:val="20"/>
                <w:szCs w:val="20"/>
              </w:rPr>
            </w:pPr>
            <w:r>
              <w:rPr>
                <w:sz w:val="20"/>
                <w:szCs w:val="20"/>
              </w:rPr>
              <w:t>8</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251E96" w14:textId="77777777" w:rsidR="00156693" w:rsidRDefault="00000000">
            <w:pPr>
              <w:spacing w:after="0" w:line="240" w:lineRule="auto"/>
              <w:ind w:left="-20"/>
              <w:jc w:val="center"/>
              <w:rPr>
                <w:sz w:val="20"/>
                <w:szCs w:val="20"/>
              </w:rPr>
            </w:pPr>
            <w:r>
              <w:rPr>
                <w:sz w:val="20"/>
                <w:szCs w:val="20"/>
              </w:rPr>
              <w:t>8</w:t>
            </w:r>
          </w:p>
        </w:tc>
      </w:tr>
      <w:tr w:rsidR="00156693" w14:paraId="0A544BF9"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454719D3" w14:textId="77777777" w:rsidR="00156693" w:rsidRDefault="00000000">
            <w:pPr>
              <w:spacing w:after="0" w:line="240" w:lineRule="auto"/>
              <w:ind w:left="-20"/>
              <w:rPr>
                <w:sz w:val="20"/>
                <w:szCs w:val="20"/>
              </w:rPr>
            </w:pPr>
            <w:r>
              <w:rPr>
                <w:sz w:val="20"/>
                <w:szCs w:val="20"/>
              </w:rPr>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3B69CED" w14:textId="77777777" w:rsidR="00156693" w:rsidRDefault="00000000">
            <w:pPr>
              <w:spacing w:after="0" w:line="240" w:lineRule="auto"/>
              <w:ind w:left="-20"/>
              <w:rPr>
                <w:sz w:val="20"/>
                <w:szCs w:val="20"/>
              </w:rPr>
            </w:pPr>
            <w:r>
              <w:rPr>
                <w:sz w:val="20"/>
                <w:szCs w:val="20"/>
              </w:rPr>
              <w:t xml:space="preserve">3.3.2.2. Finanțarea anuală a proiectelor asociațiilor studențești cu personalitate juridică și oferirea de mentorat pentru realizarea acestora.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FAF11CE" w14:textId="77777777" w:rsidR="00156693" w:rsidRDefault="00000000">
            <w:pPr>
              <w:spacing w:after="0" w:line="240" w:lineRule="auto"/>
              <w:ind w:left="-20"/>
              <w:rPr>
                <w:sz w:val="20"/>
                <w:szCs w:val="20"/>
              </w:rPr>
            </w:pPr>
            <w:r>
              <w:rPr>
                <w:sz w:val="20"/>
                <w:szCs w:val="20"/>
              </w:rPr>
              <w:t>Numărul proiectelor studențești finanțate anual prin concursul de proiecte</w:t>
            </w:r>
          </w:p>
          <w:p w14:paraId="1A4AE048" w14:textId="77777777" w:rsidR="00156693" w:rsidRDefault="00156693">
            <w:pPr>
              <w:spacing w:after="0" w:line="240" w:lineRule="auto"/>
              <w:ind w:left="-20"/>
              <w:rPr>
                <w:sz w:val="20"/>
                <w:szCs w:val="20"/>
                <w:highlight w:val="yellow"/>
              </w:rPr>
            </w:pPr>
          </w:p>
          <w:p w14:paraId="458AF8D5" w14:textId="77777777" w:rsidR="00156693" w:rsidRDefault="00000000">
            <w:pPr>
              <w:spacing w:after="0" w:line="240" w:lineRule="auto"/>
              <w:ind w:left="-20"/>
              <w:rPr>
                <w:sz w:val="20"/>
                <w:szCs w:val="20"/>
              </w:rPr>
            </w:pPr>
            <w:r>
              <w:rPr>
                <w:sz w:val="20"/>
                <w:szCs w:val="20"/>
              </w:rPr>
              <w:t xml:space="preserve">O ediție a concursului de finanțare organizată anual. </w:t>
            </w:r>
          </w:p>
          <w:p w14:paraId="7F78D293" w14:textId="77777777" w:rsidR="00156693" w:rsidRDefault="00156693">
            <w:pPr>
              <w:spacing w:after="0" w:line="240" w:lineRule="auto"/>
              <w:ind w:left="-20"/>
              <w:rPr>
                <w:sz w:val="20"/>
                <w:szCs w:val="20"/>
              </w:rPr>
            </w:pPr>
          </w:p>
          <w:p w14:paraId="59335161" w14:textId="77777777" w:rsidR="00156693" w:rsidRDefault="00000000">
            <w:pPr>
              <w:spacing w:after="0" w:line="240" w:lineRule="auto"/>
              <w:ind w:left="-20"/>
              <w:rPr>
                <w:sz w:val="20"/>
                <w:szCs w:val="20"/>
              </w:rPr>
            </w:pPr>
            <w:r>
              <w:rPr>
                <w:sz w:val="20"/>
                <w:szCs w:val="20"/>
              </w:rPr>
              <w:t xml:space="preserve">Numărul asociațiilor studențești finanțate </w:t>
            </w:r>
            <w:r>
              <w:rPr>
                <w:sz w:val="20"/>
                <w:szCs w:val="20"/>
              </w:rPr>
              <w:lastRenderedPageBreak/>
              <w:t xml:space="preserve">care au beneficiat de mentorat.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0C5D95F" w14:textId="77777777" w:rsidR="00156693" w:rsidRDefault="00000000">
            <w:pPr>
              <w:spacing w:after="0" w:line="240" w:lineRule="auto"/>
              <w:ind w:left="-20"/>
              <w:rPr>
                <w:sz w:val="20"/>
                <w:szCs w:val="20"/>
              </w:rPr>
            </w:pPr>
            <w:r>
              <w:rPr>
                <w:sz w:val="20"/>
                <w:szCs w:val="20"/>
              </w:rPr>
              <w:lastRenderedPageBreak/>
              <w:t>Trim. IV, 2027–2030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130D0E6" w14:textId="77777777" w:rsidR="00156693" w:rsidRDefault="00000000">
            <w:pPr>
              <w:spacing w:after="40" w:line="240" w:lineRule="auto"/>
              <w:ind w:left="-20"/>
              <w:rPr>
                <w:sz w:val="20"/>
                <w:szCs w:val="20"/>
              </w:rPr>
            </w:pPr>
            <w:r>
              <w:rPr>
                <w:sz w:val="20"/>
                <w:szCs w:val="20"/>
              </w:rPr>
              <w:t>Agenția Națională Tineret</w:t>
            </w:r>
          </w:p>
          <w:p w14:paraId="28CAFB05" w14:textId="77777777" w:rsidR="00156693" w:rsidRDefault="00156693">
            <w:pPr>
              <w:spacing w:after="0" w:line="240" w:lineRule="auto"/>
              <w:ind w:left="-20"/>
              <w:rPr>
                <w:sz w:val="20"/>
                <w:szCs w:val="20"/>
              </w:rPr>
            </w:pPr>
          </w:p>
          <w:p w14:paraId="0E0CC523" w14:textId="77777777" w:rsidR="00156693" w:rsidRDefault="00000000">
            <w:pPr>
              <w:spacing w:after="0" w:line="240" w:lineRule="auto"/>
              <w:ind w:left="-20"/>
              <w:rPr>
                <w:sz w:val="20"/>
                <w:szCs w:val="20"/>
              </w:rPr>
            </w:pPr>
            <w:r>
              <w:rPr>
                <w:sz w:val="20"/>
                <w:szCs w:val="20"/>
              </w:rPr>
              <w:t>Ministerul Educației și Cercetării; asociații studențești; instituții de învățământ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AF38CC9" w14:textId="77777777" w:rsidR="00156693" w:rsidRDefault="00000000">
            <w:pPr>
              <w:spacing w:after="40" w:line="240" w:lineRule="auto"/>
              <w:ind w:left="-20"/>
              <w:jc w:val="center"/>
              <w:rPr>
                <w:i/>
                <w:iCs/>
                <w:sz w:val="20"/>
                <w:szCs w:val="20"/>
              </w:rPr>
            </w:pPr>
            <w:r>
              <w:rPr>
                <w:i/>
                <w:iCs/>
                <w:sz w:val="20"/>
                <w:szCs w:val="20"/>
              </w:rPr>
              <w:t>1 200,0</w:t>
            </w:r>
          </w:p>
          <w:p w14:paraId="0C6CAFEC" w14:textId="77777777" w:rsidR="00156693" w:rsidRDefault="00000000">
            <w:pPr>
              <w:spacing w:after="40" w:line="240" w:lineRule="auto"/>
              <w:ind w:left="-20"/>
              <w:jc w:val="center"/>
              <w:rPr>
                <w:i/>
                <w:iCs/>
                <w:sz w:val="20"/>
                <w:szCs w:val="20"/>
              </w:rPr>
            </w:pPr>
            <w:r>
              <w:rPr>
                <w:i/>
                <w:iCs/>
                <w:sz w:val="20"/>
                <w:szCs w:val="20"/>
              </w:rPr>
              <w:t>(anual)</w:t>
            </w:r>
          </w:p>
          <w:p w14:paraId="40A5AD5A" w14:textId="77777777" w:rsidR="00156693" w:rsidRDefault="00000000">
            <w:pPr>
              <w:spacing w:after="0" w:line="240" w:lineRule="auto"/>
              <w:ind w:left="-20"/>
              <w:jc w:val="center"/>
              <w:rPr>
                <w:sz w:val="20"/>
                <w:szCs w:val="20"/>
              </w:rPr>
            </w:pPr>
            <w:r>
              <w:rPr>
                <w:i/>
                <w:iCs/>
                <w:sz w:val="20"/>
                <w:szCs w:val="20"/>
              </w:rPr>
              <w:t>BS</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F82D83" w14:textId="77777777" w:rsidR="00156693" w:rsidRDefault="00000000">
            <w:pPr>
              <w:spacing w:after="0" w:line="240" w:lineRule="auto"/>
              <w:ind w:left="-20"/>
              <w:jc w:val="center"/>
              <w:rPr>
                <w:sz w:val="20"/>
                <w:szCs w:val="20"/>
              </w:rPr>
            </w:pPr>
            <w:r>
              <w:rPr>
                <w:sz w:val="20"/>
                <w:szCs w:val="20"/>
              </w:rPr>
              <w:t>4</w:t>
            </w:r>
          </w:p>
          <w:p w14:paraId="01F6CFF0" w14:textId="77777777" w:rsidR="00156693" w:rsidRDefault="00156693">
            <w:pPr>
              <w:spacing w:after="0" w:line="240" w:lineRule="auto"/>
              <w:ind w:left="-20"/>
              <w:jc w:val="center"/>
              <w:rPr>
                <w:sz w:val="20"/>
                <w:szCs w:val="20"/>
              </w:rPr>
            </w:pPr>
          </w:p>
          <w:p w14:paraId="7493D964" w14:textId="77777777" w:rsidR="00156693" w:rsidRDefault="00156693">
            <w:pPr>
              <w:spacing w:after="0" w:line="240" w:lineRule="auto"/>
              <w:ind w:left="-20"/>
              <w:jc w:val="center"/>
              <w:rPr>
                <w:sz w:val="20"/>
                <w:szCs w:val="20"/>
              </w:rPr>
            </w:pP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707BBCD" w14:textId="77777777" w:rsidR="00156693" w:rsidRDefault="00000000">
            <w:pPr>
              <w:spacing w:after="0" w:line="240" w:lineRule="auto"/>
              <w:ind w:left="-20"/>
              <w:jc w:val="center"/>
              <w:rPr>
                <w:sz w:val="20"/>
                <w:szCs w:val="20"/>
              </w:rPr>
            </w:pPr>
            <w:r>
              <w:rPr>
                <w:sz w:val="20"/>
                <w:szCs w:val="20"/>
              </w:rPr>
              <w:t>6</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EBC9C96" w14:textId="77777777" w:rsidR="00156693" w:rsidRDefault="00000000">
            <w:pPr>
              <w:spacing w:after="0" w:line="240" w:lineRule="auto"/>
              <w:ind w:left="-20"/>
              <w:jc w:val="center"/>
              <w:rPr>
                <w:sz w:val="20"/>
                <w:szCs w:val="20"/>
              </w:rPr>
            </w:pPr>
            <w:r>
              <w:rPr>
                <w:sz w:val="20"/>
                <w:szCs w:val="20"/>
              </w:rPr>
              <w:t>8</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4CFFCAA" w14:textId="77777777" w:rsidR="00156693" w:rsidRDefault="00000000">
            <w:pPr>
              <w:spacing w:after="0" w:line="240" w:lineRule="auto"/>
              <w:ind w:left="-20"/>
              <w:jc w:val="center"/>
              <w:rPr>
                <w:sz w:val="20"/>
                <w:szCs w:val="20"/>
              </w:rPr>
            </w:pPr>
            <w:r>
              <w:rPr>
                <w:sz w:val="20"/>
                <w:szCs w:val="20"/>
              </w:rPr>
              <w:t>10</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A1CB4E4" w14:textId="77777777" w:rsidR="00156693" w:rsidRDefault="00000000">
            <w:pPr>
              <w:spacing w:after="0" w:line="240" w:lineRule="auto"/>
              <w:ind w:left="-20"/>
              <w:jc w:val="center"/>
              <w:rPr>
                <w:sz w:val="20"/>
                <w:szCs w:val="20"/>
              </w:rPr>
            </w:pPr>
            <w:r>
              <w:rPr>
                <w:sz w:val="20"/>
                <w:szCs w:val="20"/>
              </w:rPr>
              <w:t>12</w:t>
            </w:r>
          </w:p>
        </w:tc>
      </w:tr>
      <w:tr w:rsidR="00156693" w14:paraId="700141B4" w14:textId="77777777">
        <w:trPr>
          <w:trHeight w:val="2385"/>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EF34B53" w14:textId="77777777" w:rsidR="00156693" w:rsidRDefault="00156693">
            <w:pPr>
              <w:spacing w:after="0" w:line="240" w:lineRule="auto"/>
              <w:ind w:left="-20"/>
              <w:rPr>
                <w:sz w:val="20"/>
                <w:szCs w:val="20"/>
              </w:rPr>
            </w:pP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69D8E03" w14:textId="77777777" w:rsidR="00156693" w:rsidRDefault="00000000">
            <w:pPr>
              <w:spacing w:after="0" w:line="240" w:lineRule="auto"/>
              <w:ind w:left="-20"/>
              <w:rPr>
                <w:sz w:val="20"/>
                <w:szCs w:val="20"/>
              </w:rPr>
            </w:pPr>
            <w:r>
              <w:rPr>
                <w:sz w:val="20"/>
                <w:szCs w:val="20"/>
              </w:rPr>
              <w:t xml:space="preserve">3.3.2.3. Promovarea ofertei de activități nonformale în instituțiile de învățământ superior, prin parteneriate între instituții, structuri studențești, centre și organizații de tineret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55DE148" w14:textId="77777777" w:rsidR="00156693" w:rsidRDefault="00000000">
            <w:pPr>
              <w:spacing w:after="0" w:line="240" w:lineRule="auto"/>
              <w:ind w:left="-20"/>
              <w:rPr>
                <w:sz w:val="20"/>
                <w:szCs w:val="20"/>
              </w:rPr>
            </w:pPr>
            <w:r>
              <w:rPr>
                <w:sz w:val="20"/>
                <w:szCs w:val="20"/>
              </w:rPr>
              <w:t>Numărul acordurilor de parteneriat în baza cărora sunt organizate activități de educație nonformală pentru studenți în anul de raportare;</w:t>
            </w:r>
          </w:p>
          <w:p w14:paraId="0D9858FB" w14:textId="77777777" w:rsidR="00156693" w:rsidRDefault="00000000">
            <w:pPr>
              <w:spacing w:after="0" w:line="240" w:lineRule="auto"/>
              <w:ind w:left="-20"/>
              <w:rPr>
                <w:sz w:val="20"/>
                <w:szCs w:val="20"/>
              </w:rPr>
            </w:pPr>
            <w:r>
              <w:rPr>
                <w:sz w:val="20"/>
                <w:szCs w:val="20"/>
              </w:rPr>
              <w:t xml:space="preserve"> </w:t>
            </w:r>
          </w:p>
          <w:p w14:paraId="289A5626" w14:textId="77777777" w:rsidR="00156693" w:rsidRDefault="00156693">
            <w:pPr>
              <w:spacing w:after="0" w:line="240" w:lineRule="auto"/>
              <w:ind w:left="-20"/>
              <w:rPr>
                <w:sz w:val="20"/>
                <w:szCs w:val="20"/>
              </w:rPr>
            </w:pPr>
          </w:p>
          <w:p w14:paraId="43E7B5CA" w14:textId="77777777" w:rsidR="00156693" w:rsidRDefault="00000000">
            <w:pPr>
              <w:spacing w:after="0" w:line="240" w:lineRule="auto"/>
              <w:ind w:left="-20"/>
              <w:rPr>
                <w:sz w:val="20"/>
                <w:szCs w:val="20"/>
              </w:rPr>
            </w:pPr>
            <w:r>
              <w:rPr>
                <w:sz w:val="20"/>
                <w:szCs w:val="20"/>
              </w:rPr>
              <w:t>Numărul studenților participanți la activitățile nonformale, dezagregat</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B35D2E3" w14:textId="77777777" w:rsidR="00156693" w:rsidRDefault="00000000">
            <w:pPr>
              <w:spacing w:after="0" w:line="240" w:lineRule="auto"/>
              <w:ind w:left="-20"/>
              <w:rPr>
                <w:sz w:val="20"/>
                <w:szCs w:val="20"/>
              </w:rPr>
            </w:pPr>
            <w:r>
              <w:rPr>
                <w:sz w:val="20"/>
                <w:szCs w:val="20"/>
              </w:rPr>
              <w:t xml:space="preserve">Trim. IV, 2027  </w:t>
            </w:r>
          </w:p>
          <w:p w14:paraId="4AE81366" w14:textId="77777777" w:rsidR="00156693" w:rsidRDefault="00156693">
            <w:pPr>
              <w:spacing w:after="0" w:line="240" w:lineRule="auto"/>
              <w:ind w:left="-20"/>
              <w:rPr>
                <w:sz w:val="20"/>
                <w:szCs w:val="20"/>
              </w:rPr>
            </w:pPr>
          </w:p>
          <w:p w14:paraId="443D0E17" w14:textId="77777777" w:rsidR="00156693" w:rsidRDefault="00000000">
            <w:pPr>
              <w:spacing w:after="0" w:line="240" w:lineRule="auto"/>
              <w:ind w:left="-20"/>
              <w:rPr>
                <w:sz w:val="20"/>
                <w:szCs w:val="20"/>
              </w:rPr>
            </w:pPr>
            <w:r>
              <w:rPr>
                <w:sz w:val="20"/>
                <w:szCs w:val="20"/>
              </w:rPr>
              <w:t xml:space="preserve">Trim. IV, 2028–2030 </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552609E" w14:textId="77777777" w:rsidR="00156693" w:rsidRDefault="00000000">
            <w:pPr>
              <w:spacing w:after="40" w:line="240" w:lineRule="auto"/>
              <w:ind w:left="-20"/>
              <w:jc w:val="center"/>
              <w:rPr>
                <w:sz w:val="20"/>
                <w:szCs w:val="20"/>
              </w:rPr>
            </w:pPr>
            <w:r>
              <w:rPr>
                <w:sz w:val="20"/>
                <w:szCs w:val="20"/>
              </w:rPr>
              <w:t xml:space="preserve">Ministerul Educației și Cercetării  </w:t>
            </w:r>
          </w:p>
          <w:p w14:paraId="74518C8D" w14:textId="77777777" w:rsidR="00156693" w:rsidRDefault="00156693">
            <w:pPr>
              <w:spacing w:after="40" w:line="240" w:lineRule="auto"/>
              <w:ind w:left="-20"/>
              <w:jc w:val="center"/>
              <w:rPr>
                <w:sz w:val="20"/>
                <w:szCs w:val="20"/>
              </w:rPr>
            </w:pPr>
          </w:p>
          <w:p w14:paraId="7789E080" w14:textId="77777777" w:rsidR="00156693" w:rsidRDefault="00000000">
            <w:pPr>
              <w:spacing w:after="40" w:line="240" w:lineRule="auto"/>
              <w:ind w:left="-20"/>
              <w:jc w:val="center"/>
              <w:rPr>
                <w:sz w:val="20"/>
                <w:szCs w:val="20"/>
              </w:rPr>
            </w:pPr>
            <w:r>
              <w:rPr>
                <w:sz w:val="20"/>
                <w:szCs w:val="20"/>
              </w:rPr>
              <w:t>Instituții de învățământ superior;</w:t>
            </w:r>
          </w:p>
          <w:p w14:paraId="7F768243" w14:textId="77777777" w:rsidR="00156693" w:rsidRDefault="00156693">
            <w:pPr>
              <w:spacing w:after="40" w:line="240" w:lineRule="auto"/>
              <w:ind w:left="-20"/>
              <w:jc w:val="center"/>
              <w:rPr>
                <w:sz w:val="20"/>
                <w:szCs w:val="20"/>
              </w:rPr>
            </w:pPr>
          </w:p>
          <w:p w14:paraId="0070369C" w14:textId="77777777" w:rsidR="00156693" w:rsidRDefault="00000000">
            <w:pPr>
              <w:spacing w:after="40" w:line="240" w:lineRule="auto"/>
              <w:ind w:left="-20"/>
              <w:jc w:val="center"/>
              <w:rPr>
                <w:sz w:val="20"/>
                <w:szCs w:val="20"/>
              </w:rPr>
            </w:pPr>
            <w:r>
              <w:rPr>
                <w:sz w:val="20"/>
                <w:szCs w:val="20"/>
              </w:rPr>
              <w:t>Agenția Națională Tineret</w:t>
            </w:r>
          </w:p>
          <w:p w14:paraId="6BEBB24C" w14:textId="77777777" w:rsidR="00156693" w:rsidRDefault="00156693">
            <w:pPr>
              <w:spacing w:after="40" w:line="240" w:lineRule="auto"/>
              <w:ind w:left="-20"/>
              <w:jc w:val="center"/>
              <w:rPr>
                <w:sz w:val="20"/>
                <w:szCs w:val="20"/>
              </w:rPr>
            </w:pPr>
          </w:p>
          <w:p w14:paraId="4C23ED38" w14:textId="77777777" w:rsidR="00156693" w:rsidRDefault="00000000">
            <w:pPr>
              <w:spacing w:after="40" w:line="240" w:lineRule="auto"/>
              <w:ind w:left="-20"/>
              <w:jc w:val="center"/>
              <w:rPr>
                <w:sz w:val="20"/>
                <w:szCs w:val="20"/>
              </w:rPr>
            </w:pPr>
            <w:r>
              <w:rPr>
                <w:sz w:val="20"/>
                <w:szCs w:val="20"/>
              </w:rPr>
              <w:t>Organizații de tineret</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9505A08" w14:textId="77777777" w:rsidR="00156693" w:rsidRDefault="00000000">
            <w:pPr>
              <w:spacing w:after="0" w:line="240" w:lineRule="auto"/>
              <w:ind w:left="-20"/>
              <w:jc w:val="center"/>
              <w:rPr>
                <w:sz w:val="20"/>
                <w:szCs w:val="20"/>
              </w:rPr>
            </w:pPr>
            <w:r>
              <w:rPr>
                <w:sz w:val="20"/>
                <w:szCs w:val="20"/>
              </w:rPr>
              <w:t>-</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A9AB2D5" w14:textId="77777777" w:rsidR="00156693" w:rsidRDefault="00000000">
            <w:pPr>
              <w:spacing w:after="0" w:line="240" w:lineRule="auto"/>
              <w:ind w:left="-20"/>
              <w:jc w:val="center"/>
              <w:rPr>
                <w:sz w:val="20"/>
                <w:szCs w:val="20"/>
              </w:rPr>
            </w:pPr>
            <w:r>
              <w:rPr>
                <w:sz w:val="20"/>
                <w:szCs w:val="20"/>
              </w:rPr>
              <w:t>6</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CB6B9F" w14:textId="77777777" w:rsidR="00156693" w:rsidRDefault="00000000">
            <w:pPr>
              <w:spacing w:after="0" w:line="240" w:lineRule="auto"/>
              <w:ind w:left="-20"/>
              <w:jc w:val="center"/>
              <w:rPr>
                <w:sz w:val="20"/>
                <w:szCs w:val="20"/>
              </w:rPr>
            </w:pPr>
            <w:r>
              <w:rPr>
                <w:sz w:val="20"/>
                <w:szCs w:val="20"/>
              </w:rPr>
              <w:t xml:space="preserve">6 </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5EC8F3A" w14:textId="77777777" w:rsidR="00156693" w:rsidRDefault="00000000">
            <w:pPr>
              <w:spacing w:after="0" w:line="240" w:lineRule="auto"/>
              <w:ind w:left="-20"/>
              <w:jc w:val="center"/>
              <w:rPr>
                <w:sz w:val="20"/>
                <w:szCs w:val="20"/>
              </w:rPr>
            </w:pPr>
            <w:r>
              <w:rPr>
                <w:sz w:val="20"/>
                <w:szCs w:val="20"/>
              </w:rPr>
              <w:t xml:space="preserve">7 </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F3F5D16" w14:textId="77777777" w:rsidR="00156693" w:rsidRDefault="00000000">
            <w:pPr>
              <w:spacing w:after="0" w:line="240" w:lineRule="auto"/>
              <w:ind w:left="-20"/>
              <w:jc w:val="center"/>
              <w:rPr>
                <w:sz w:val="20"/>
                <w:szCs w:val="20"/>
              </w:rPr>
            </w:pPr>
            <w:r>
              <w:rPr>
                <w:sz w:val="20"/>
                <w:szCs w:val="20"/>
              </w:rPr>
              <w:t>8</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CE31DF6" w14:textId="77777777" w:rsidR="00156693" w:rsidRDefault="00000000">
            <w:pPr>
              <w:spacing w:after="0" w:line="240" w:lineRule="auto"/>
              <w:ind w:left="-20"/>
              <w:jc w:val="center"/>
              <w:rPr>
                <w:sz w:val="20"/>
                <w:szCs w:val="20"/>
              </w:rPr>
            </w:pPr>
            <w:r>
              <w:rPr>
                <w:sz w:val="20"/>
                <w:szCs w:val="20"/>
              </w:rPr>
              <w:t>10</w:t>
            </w:r>
          </w:p>
        </w:tc>
      </w:tr>
      <w:tr w:rsidR="00156693" w14:paraId="6BA92184"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7B428056" w14:textId="77777777" w:rsidR="00156693" w:rsidRDefault="00000000">
            <w:pPr>
              <w:spacing w:after="0" w:line="240" w:lineRule="auto"/>
              <w:ind w:left="-20"/>
              <w:rPr>
                <w:sz w:val="20"/>
                <w:szCs w:val="20"/>
              </w:rPr>
            </w:pPr>
            <w:r>
              <w:rPr>
                <w:sz w:val="20"/>
                <w:szCs w:val="20"/>
              </w:rPr>
              <w:t>Rezultat anticipat 3.3.3. Spațiile existente destinate activității studențești sunt valorificate, adaptate și utilizate</w:t>
            </w:r>
          </w:p>
          <w:p w14:paraId="41425D73" w14:textId="77777777" w:rsidR="00156693" w:rsidRDefault="00156693">
            <w:pPr>
              <w:spacing w:after="0" w:line="240" w:lineRule="auto"/>
              <w:ind w:left="-20"/>
              <w:rPr>
                <w:sz w:val="20"/>
                <w:szCs w:val="20"/>
              </w:rPr>
            </w:pPr>
          </w:p>
          <w:p w14:paraId="2A07E882" w14:textId="77777777" w:rsidR="00156693" w:rsidRDefault="00000000">
            <w:pPr>
              <w:spacing w:after="0" w:line="240" w:lineRule="auto"/>
              <w:ind w:left="-20"/>
              <w:rPr>
                <w:sz w:val="20"/>
                <w:szCs w:val="20"/>
              </w:rPr>
            </w:pPr>
            <w:r>
              <w:rPr>
                <w:sz w:val="20"/>
                <w:szCs w:val="20"/>
              </w:rPr>
              <w:t xml:space="preserve">Indicator de rezultat: Numărul spațiilor destinate activității studențești adaptate și utilizate efectiv.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6F9401" w14:textId="77777777" w:rsidR="00156693" w:rsidRDefault="00000000">
            <w:pPr>
              <w:spacing w:after="0" w:line="240" w:lineRule="auto"/>
              <w:ind w:left="-20"/>
              <w:rPr>
                <w:sz w:val="20"/>
                <w:szCs w:val="20"/>
              </w:rPr>
            </w:pPr>
            <w:r>
              <w:rPr>
                <w:sz w:val="20"/>
                <w:szCs w:val="20"/>
              </w:rPr>
              <w:t xml:space="preserve">3.3.3.1. Evaluarea spațiilor pentru activități studențești și stabilirea cerințelor de amenajare, accesibilitate și utilizare, împreună cu studenții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F8D967F" w14:textId="77777777" w:rsidR="00156693" w:rsidRDefault="00000000">
            <w:pPr>
              <w:spacing w:after="0" w:line="240" w:lineRule="auto"/>
              <w:ind w:left="-20"/>
              <w:rPr>
                <w:sz w:val="20"/>
                <w:szCs w:val="20"/>
              </w:rPr>
            </w:pPr>
            <w:r>
              <w:rPr>
                <w:sz w:val="20"/>
                <w:szCs w:val="20"/>
              </w:rPr>
              <w:t xml:space="preserve">Numărul rapoartelor de evaluare a spațiilor elaborate sau actualizate </w:t>
            </w:r>
          </w:p>
          <w:p w14:paraId="65D35F73" w14:textId="77777777" w:rsidR="00156693" w:rsidRDefault="00156693">
            <w:pPr>
              <w:spacing w:after="0" w:line="240" w:lineRule="auto"/>
              <w:ind w:left="-20"/>
              <w:rPr>
                <w:sz w:val="20"/>
                <w:szCs w:val="20"/>
              </w:rPr>
            </w:pPr>
          </w:p>
          <w:p w14:paraId="7901AC65" w14:textId="77777777" w:rsidR="00156693" w:rsidRDefault="00000000">
            <w:pPr>
              <w:spacing w:after="0" w:line="240" w:lineRule="auto"/>
              <w:ind w:left="-20"/>
              <w:rPr>
                <w:sz w:val="20"/>
                <w:szCs w:val="20"/>
              </w:rPr>
            </w:pPr>
            <w:r>
              <w:rPr>
                <w:sz w:val="20"/>
                <w:szCs w:val="20"/>
              </w:rPr>
              <w:t xml:space="preserve">Cerințe de amenajare, accesibilitate și utilizare aprobate în 2027 </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03F94ED" w14:textId="77777777" w:rsidR="00156693" w:rsidRDefault="00000000">
            <w:pPr>
              <w:spacing w:after="0" w:line="240" w:lineRule="auto"/>
              <w:ind w:left="-20"/>
              <w:rPr>
                <w:sz w:val="20"/>
                <w:szCs w:val="20"/>
              </w:rPr>
            </w:pPr>
            <w:r>
              <w:rPr>
                <w:sz w:val="20"/>
                <w:szCs w:val="20"/>
              </w:rPr>
              <w:t>Trim. IV, 2027</w:t>
            </w:r>
          </w:p>
          <w:p w14:paraId="32413A37" w14:textId="77777777" w:rsidR="00156693" w:rsidRDefault="00156693">
            <w:pPr>
              <w:spacing w:after="0" w:line="240" w:lineRule="auto"/>
              <w:ind w:left="-20"/>
              <w:rPr>
                <w:sz w:val="20"/>
                <w:szCs w:val="20"/>
              </w:rPr>
            </w:pPr>
          </w:p>
          <w:p w14:paraId="0B631BF6" w14:textId="77777777" w:rsidR="00156693" w:rsidRDefault="00000000">
            <w:pPr>
              <w:spacing w:after="0" w:line="240" w:lineRule="auto"/>
              <w:ind w:left="-20"/>
              <w:rPr>
                <w:sz w:val="20"/>
                <w:szCs w:val="20"/>
              </w:rPr>
            </w:pPr>
            <w:r>
              <w:rPr>
                <w:sz w:val="20"/>
                <w:szCs w:val="20"/>
              </w:rPr>
              <w:t>Trim. IV, 2029</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43466E2" w14:textId="77777777" w:rsidR="00156693" w:rsidRDefault="00000000">
            <w:pPr>
              <w:spacing w:after="40" w:line="240" w:lineRule="auto"/>
              <w:ind w:left="-20"/>
              <w:jc w:val="center"/>
              <w:rPr>
                <w:sz w:val="20"/>
                <w:szCs w:val="20"/>
              </w:rPr>
            </w:pPr>
            <w:r>
              <w:rPr>
                <w:sz w:val="20"/>
                <w:szCs w:val="20"/>
              </w:rPr>
              <w:t>Ministerul Educației și Cercetării</w:t>
            </w:r>
          </w:p>
          <w:p w14:paraId="195BE6FD" w14:textId="77777777" w:rsidR="00156693" w:rsidRDefault="00156693">
            <w:pPr>
              <w:spacing w:after="40" w:line="240" w:lineRule="auto"/>
              <w:ind w:left="-20"/>
              <w:jc w:val="center"/>
              <w:rPr>
                <w:sz w:val="20"/>
                <w:szCs w:val="20"/>
              </w:rPr>
            </w:pPr>
          </w:p>
          <w:p w14:paraId="75B92730" w14:textId="77777777" w:rsidR="00156693" w:rsidRDefault="00000000">
            <w:pPr>
              <w:spacing w:after="0" w:line="240" w:lineRule="auto"/>
              <w:ind w:left="-20"/>
              <w:jc w:val="center"/>
              <w:rPr>
                <w:sz w:val="20"/>
                <w:szCs w:val="20"/>
              </w:rPr>
            </w:pPr>
            <w:r>
              <w:rPr>
                <w:sz w:val="20"/>
                <w:szCs w:val="20"/>
              </w:rPr>
              <w:t>Instituții de învățământ; studenți</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B214DE1" w14:textId="77777777" w:rsidR="00156693" w:rsidRDefault="00000000">
            <w:pPr>
              <w:spacing w:after="40" w:line="240" w:lineRule="auto"/>
              <w:ind w:left="-20"/>
              <w:jc w:val="center"/>
              <w:rPr>
                <w:i/>
                <w:iCs/>
                <w:sz w:val="20"/>
                <w:szCs w:val="20"/>
              </w:rPr>
            </w:pPr>
            <w:r>
              <w:rPr>
                <w:i/>
                <w:iCs/>
                <w:sz w:val="20"/>
                <w:szCs w:val="20"/>
              </w:rPr>
              <w:t>55,0</w:t>
            </w:r>
          </w:p>
          <w:p w14:paraId="27B58AE1" w14:textId="77777777" w:rsidR="00156693" w:rsidRDefault="00000000">
            <w:pPr>
              <w:spacing w:after="40" w:line="240" w:lineRule="auto"/>
              <w:ind w:left="-20"/>
              <w:jc w:val="center"/>
              <w:rPr>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A9DA0EB" w14:textId="77777777" w:rsidR="00156693" w:rsidRDefault="00000000">
            <w:pPr>
              <w:spacing w:after="0" w:line="240" w:lineRule="auto"/>
              <w:ind w:left="-20"/>
              <w:jc w:val="center"/>
              <w:rPr>
                <w:sz w:val="20"/>
                <w:szCs w:val="20"/>
              </w:rPr>
            </w:pPr>
            <w:r>
              <w:rPr>
                <w:sz w:val="20"/>
                <w:szCs w:val="20"/>
              </w:rPr>
              <w:t xml:space="preserve">0 </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C3346A5" w14:textId="77777777" w:rsidR="00156693" w:rsidRDefault="00000000">
            <w:pPr>
              <w:spacing w:after="0" w:line="240" w:lineRule="auto"/>
              <w:ind w:left="-20"/>
              <w:rPr>
                <w:sz w:val="20"/>
                <w:szCs w:val="20"/>
              </w:rPr>
            </w:pPr>
            <w:r>
              <w:rPr>
                <w:sz w:val="20"/>
                <w:szCs w:val="20"/>
              </w:rPr>
              <w:t xml:space="preserve">     1</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629D161" w14:textId="77777777" w:rsidR="00156693" w:rsidRDefault="00000000">
            <w:pPr>
              <w:spacing w:after="0" w:line="240" w:lineRule="auto"/>
              <w:ind w:left="-20"/>
              <w:jc w:val="center"/>
              <w:rPr>
                <w:sz w:val="20"/>
                <w:szCs w:val="20"/>
              </w:rPr>
            </w:pPr>
            <w:r>
              <w:rPr>
                <w:sz w:val="20"/>
                <w:szCs w:val="20"/>
              </w:rPr>
              <w:t>-</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2D523AE0" w14:textId="77777777" w:rsidR="00156693" w:rsidRDefault="00000000">
            <w:pPr>
              <w:spacing w:after="0" w:line="240" w:lineRule="auto"/>
              <w:ind w:left="-20"/>
              <w:jc w:val="center"/>
              <w:rPr>
                <w:sz w:val="20"/>
                <w:szCs w:val="20"/>
              </w:rPr>
            </w:pPr>
            <w:r>
              <w:rPr>
                <w:sz w:val="20"/>
                <w:szCs w:val="20"/>
              </w:rPr>
              <w:t>1</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46A96589" w14:textId="77777777" w:rsidR="00156693" w:rsidRDefault="00000000">
            <w:pPr>
              <w:spacing w:after="0" w:line="240" w:lineRule="auto"/>
              <w:ind w:left="-20"/>
              <w:jc w:val="center"/>
              <w:rPr>
                <w:sz w:val="20"/>
                <w:szCs w:val="20"/>
              </w:rPr>
            </w:pPr>
            <w:r>
              <w:rPr>
                <w:sz w:val="20"/>
                <w:szCs w:val="20"/>
              </w:rPr>
              <w:t>-</w:t>
            </w:r>
          </w:p>
        </w:tc>
      </w:tr>
      <w:tr w:rsidR="00156693" w14:paraId="43F887B6" w14:textId="77777777">
        <w:trPr>
          <w:trHeight w:val="2610"/>
        </w:trPr>
        <w:tc>
          <w:tcPr>
            <w:tcW w:w="2535" w:type="dxa"/>
            <w:tcBorders>
              <w:top w:val="nil"/>
              <w:left w:val="single" w:sz="6" w:space="0" w:color="000000"/>
              <w:bottom w:val="single" w:sz="6" w:space="0" w:color="000000"/>
              <w:right w:val="single" w:sz="6" w:space="0" w:color="000000"/>
            </w:tcBorders>
            <w:shd w:val="clear" w:color="auto" w:fill="auto"/>
            <w:tcMar>
              <w:top w:w="40" w:type="dxa"/>
              <w:left w:w="60" w:type="dxa"/>
              <w:bottom w:w="40" w:type="dxa"/>
              <w:right w:w="60" w:type="dxa"/>
            </w:tcMar>
          </w:tcPr>
          <w:p w14:paraId="5277C29B" w14:textId="77777777" w:rsidR="00156693" w:rsidRDefault="00000000">
            <w:pPr>
              <w:pBdr>
                <w:top w:val="nil"/>
                <w:left w:val="nil"/>
                <w:bottom w:val="nil"/>
                <w:right w:val="nil"/>
                <w:between w:val="nil"/>
              </w:pBdr>
              <w:spacing w:after="0" w:line="240" w:lineRule="auto"/>
              <w:ind w:left="-20"/>
              <w:rPr>
                <w:sz w:val="20"/>
                <w:szCs w:val="20"/>
              </w:rPr>
            </w:pPr>
            <w:r>
              <w:rPr>
                <w:sz w:val="20"/>
                <w:szCs w:val="20"/>
              </w:rPr>
              <w:lastRenderedPageBreak/>
              <w:t xml:space="preserve"> </w:t>
            </w:r>
          </w:p>
        </w:tc>
        <w:tc>
          <w:tcPr>
            <w:tcW w:w="169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771A5AD" w14:textId="77777777" w:rsidR="00156693" w:rsidRDefault="00000000">
            <w:pPr>
              <w:pBdr>
                <w:top w:val="nil"/>
                <w:left w:val="nil"/>
                <w:bottom w:val="nil"/>
                <w:right w:val="nil"/>
                <w:between w:val="nil"/>
              </w:pBdr>
              <w:spacing w:after="0" w:line="240" w:lineRule="auto"/>
              <w:ind w:left="-20"/>
              <w:rPr>
                <w:sz w:val="20"/>
                <w:szCs w:val="20"/>
              </w:rPr>
            </w:pPr>
            <w:r>
              <w:rPr>
                <w:sz w:val="20"/>
                <w:szCs w:val="20"/>
              </w:rPr>
              <w:t xml:space="preserve">3.3.3.2. Amenajarea și dotarea spațiilor pentru activități studențești, conform nevoilor identificate și cerințelor de accesibilitate </w:t>
            </w:r>
          </w:p>
        </w:tc>
        <w:tc>
          <w:tcPr>
            <w:tcW w:w="19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EDB0DE" w14:textId="77777777" w:rsidR="00156693" w:rsidRDefault="00000000">
            <w:pPr>
              <w:pBdr>
                <w:top w:val="nil"/>
                <w:left w:val="nil"/>
                <w:bottom w:val="nil"/>
                <w:right w:val="nil"/>
                <w:between w:val="nil"/>
              </w:pBdr>
              <w:spacing w:after="0" w:line="240" w:lineRule="auto"/>
              <w:ind w:left="-20"/>
              <w:rPr>
                <w:sz w:val="20"/>
                <w:szCs w:val="20"/>
              </w:rPr>
            </w:pPr>
            <w:r>
              <w:rPr>
                <w:sz w:val="20"/>
                <w:szCs w:val="20"/>
              </w:rPr>
              <w:t xml:space="preserve">Numărul spațiilor amenajate, dotate și utilizate pentru activități studențești; </w:t>
            </w:r>
          </w:p>
          <w:p w14:paraId="62A71860" w14:textId="77777777" w:rsidR="00156693" w:rsidRDefault="00156693">
            <w:pPr>
              <w:pBdr>
                <w:top w:val="nil"/>
                <w:left w:val="nil"/>
                <w:bottom w:val="nil"/>
                <w:right w:val="nil"/>
                <w:between w:val="nil"/>
              </w:pBdr>
              <w:spacing w:after="0" w:line="240" w:lineRule="auto"/>
              <w:ind w:left="-20"/>
              <w:rPr>
                <w:sz w:val="20"/>
                <w:szCs w:val="20"/>
              </w:rPr>
            </w:pPr>
          </w:p>
          <w:p w14:paraId="3F5F1203" w14:textId="77777777" w:rsidR="00156693" w:rsidRDefault="00000000">
            <w:pPr>
              <w:pBdr>
                <w:top w:val="nil"/>
                <w:left w:val="nil"/>
                <w:bottom w:val="nil"/>
                <w:right w:val="nil"/>
                <w:between w:val="nil"/>
              </w:pBdr>
              <w:spacing w:after="0" w:line="240" w:lineRule="auto"/>
              <w:ind w:left="-20"/>
              <w:rPr>
                <w:sz w:val="20"/>
                <w:szCs w:val="20"/>
              </w:rPr>
            </w:pPr>
            <w:r>
              <w:rPr>
                <w:sz w:val="20"/>
                <w:szCs w:val="20"/>
              </w:rPr>
              <w:t>Numărul studenților care utilizează anual spațiile amenajate.</w:t>
            </w:r>
          </w:p>
        </w:tc>
        <w:tc>
          <w:tcPr>
            <w:tcW w:w="123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3D42CF96" w14:textId="77777777" w:rsidR="00156693" w:rsidRDefault="00000000">
            <w:pPr>
              <w:pBdr>
                <w:top w:val="nil"/>
                <w:left w:val="nil"/>
                <w:bottom w:val="nil"/>
                <w:right w:val="nil"/>
                <w:between w:val="nil"/>
              </w:pBdr>
              <w:spacing w:after="0" w:line="240" w:lineRule="auto"/>
              <w:ind w:left="-20"/>
              <w:rPr>
                <w:sz w:val="20"/>
                <w:szCs w:val="20"/>
              </w:rPr>
            </w:pPr>
            <w:r>
              <w:rPr>
                <w:sz w:val="20"/>
                <w:szCs w:val="20"/>
              </w:rPr>
              <w:t>Trim. I,</w:t>
            </w:r>
          </w:p>
          <w:p w14:paraId="472286CE" w14:textId="77777777" w:rsidR="00156693" w:rsidRDefault="00000000">
            <w:pPr>
              <w:pBdr>
                <w:top w:val="nil"/>
                <w:left w:val="nil"/>
                <w:bottom w:val="nil"/>
                <w:right w:val="nil"/>
                <w:between w:val="nil"/>
              </w:pBdr>
              <w:spacing w:after="0" w:line="240" w:lineRule="auto"/>
              <w:ind w:left="-20"/>
              <w:rPr>
                <w:sz w:val="20"/>
                <w:szCs w:val="20"/>
              </w:rPr>
            </w:pPr>
            <w:r>
              <w:rPr>
                <w:sz w:val="20"/>
                <w:szCs w:val="20"/>
              </w:rPr>
              <w:t>2028–2030</w:t>
            </w:r>
          </w:p>
        </w:tc>
        <w:tc>
          <w:tcPr>
            <w:tcW w:w="216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129A7A76"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Instituții de învățământ superior</w:t>
            </w:r>
          </w:p>
          <w:p w14:paraId="4B58AA61" w14:textId="77777777" w:rsidR="00156693" w:rsidRDefault="00156693">
            <w:pPr>
              <w:pBdr>
                <w:top w:val="nil"/>
                <w:left w:val="nil"/>
                <w:bottom w:val="nil"/>
                <w:right w:val="nil"/>
                <w:between w:val="nil"/>
              </w:pBdr>
              <w:spacing w:after="0" w:line="240" w:lineRule="auto"/>
              <w:ind w:left="-20"/>
              <w:jc w:val="center"/>
              <w:rPr>
                <w:sz w:val="20"/>
                <w:szCs w:val="20"/>
              </w:rPr>
            </w:pPr>
          </w:p>
          <w:p w14:paraId="238D16D8"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 xml:space="preserve">Ministerul Educației și Cercetării </w:t>
            </w:r>
          </w:p>
          <w:p w14:paraId="76B21A82" w14:textId="77777777" w:rsidR="00156693" w:rsidRDefault="00156693">
            <w:pPr>
              <w:pBdr>
                <w:top w:val="nil"/>
                <w:left w:val="nil"/>
                <w:bottom w:val="nil"/>
                <w:right w:val="nil"/>
                <w:between w:val="nil"/>
              </w:pBdr>
              <w:spacing w:after="0" w:line="240" w:lineRule="auto"/>
              <w:ind w:left="-20"/>
              <w:jc w:val="center"/>
              <w:rPr>
                <w:sz w:val="20"/>
                <w:szCs w:val="20"/>
              </w:rPr>
            </w:pPr>
          </w:p>
          <w:p w14:paraId="29AFD65A"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Parteneri de dezvoltare</w:t>
            </w:r>
          </w:p>
        </w:tc>
        <w:tc>
          <w:tcPr>
            <w:tcW w:w="1137"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59BF0E8A" w14:textId="77777777" w:rsidR="00156693" w:rsidRDefault="00000000">
            <w:pPr>
              <w:spacing w:after="40" w:line="240" w:lineRule="auto"/>
              <w:ind w:left="-20"/>
              <w:jc w:val="center"/>
              <w:rPr>
                <w:i/>
                <w:iCs/>
                <w:sz w:val="20"/>
                <w:szCs w:val="20"/>
              </w:rPr>
            </w:pPr>
            <w:r>
              <w:rPr>
                <w:i/>
                <w:iCs/>
                <w:sz w:val="20"/>
                <w:szCs w:val="20"/>
              </w:rPr>
              <w:t>1 500,0</w:t>
            </w:r>
          </w:p>
          <w:p w14:paraId="119DA7CA" w14:textId="77777777" w:rsidR="00156693" w:rsidRDefault="00000000">
            <w:pPr>
              <w:spacing w:after="0" w:line="240" w:lineRule="auto"/>
              <w:ind w:left="-20"/>
              <w:jc w:val="center"/>
              <w:rPr>
                <w:i/>
                <w:iCs/>
                <w:sz w:val="20"/>
                <w:szCs w:val="20"/>
              </w:rPr>
            </w:pPr>
            <w:r>
              <w:rPr>
                <w:i/>
                <w:iCs/>
                <w:sz w:val="20"/>
                <w:szCs w:val="20"/>
              </w:rPr>
              <w:t>(anual)</w:t>
            </w:r>
          </w:p>
          <w:p w14:paraId="683ABA2F" w14:textId="77777777" w:rsidR="00156693" w:rsidRDefault="00000000">
            <w:pPr>
              <w:spacing w:after="0" w:line="240" w:lineRule="auto"/>
              <w:ind w:left="-20"/>
              <w:jc w:val="center"/>
              <w:rPr>
                <w:i/>
                <w:iCs/>
                <w:sz w:val="20"/>
                <w:szCs w:val="20"/>
              </w:rPr>
            </w:pPr>
            <w:r>
              <w:rPr>
                <w:i/>
                <w:iCs/>
                <w:sz w:val="20"/>
                <w:szCs w:val="20"/>
              </w:rPr>
              <w:t>2028-2030</w:t>
            </w:r>
          </w:p>
          <w:p w14:paraId="30059A0E" w14:textId="77777777" w:rsidR="00156693" w:rsidRDefault="00000000">
            <w:pPr>
              <w:spacing w:after="0" w:line="240" w:lineRule="auto"/>
              <w:ind w:left="-20"/>
              <w:jc w:val="center"/>
              <w:rPr>
                <w:i/>
                <w:iCs/>
                <w:sz w:val="20"/>
                <w:szCs w:val="20"/>
              </w:rPr>
            </w:pPr>
            <w:r>
              <w:rPr>
                <w:i/>
                <w:iCs/>
                <w:sz w:val="20"/>
                <w:szCs w:val="20"/>
              </w:rPr>
              <w:t>BS</w:t>
            </w:r>
          </w:p>
          <w:p w14:paraId="61F3E406" w14:textId="77777777" w:rsidR="00156693" w:rsidRDefault="00156693">
            <w:pPr>
              <w:spacing w:after="0" w:line="240" w:lineRule="auto"/>
              <w:ind w:left="-20"/>
              <w:jc w:val="center"/>
              <w:rPr>
                <w:i/>
                <w:iCs/>
                <w:sz w:val="20"/>
                <w:szCs w:val="20"/>
              </w:rPr>
            </w:pPr>
          </w:p>
          <w:p w14:paraId="647FAB52" w14:textId="77777777" w:rsidR="00156693" w:rsidRDefault="00000000">
            <w:pPr>
              <w:spacing w:after="0" w:line="240" w:lineRule="auto"/>
              <w:ind w:left="-20"/>
              <w:jc w:val="center"/>
              <w:rPr>
                <w:i/>
                <w:iCs/>
                <w:sz w:val="20"/>
                <w:szCs w:val="20"/>
              </w:rPr>
            </w:pPr>
            <w:r>
              <w:rPr>
                <w:i/>
                <w:iCs/>
                <w:sz w:val="20"/>
                <w:szCs w:val="20"/>
              </w:rPr>
              <w:t>1 000,0</w:t>
            </w:r>
          </w:p>
          <w:p w14:paraId="10DC4D45" w14:textId="77777777" w:rsidR="00156693" w:rsidRDefault="00000000">
            <w:pPr>
              <w:spacing w:after="0" w:line="240" w:lineRule="auto"/>
              <w:ind w:left="-20"/>
              <w:jc w:val="center"/>
              <w:rPr>
                <w:i/>
                <w:iCs/>
                <w:sz w:val="20"/>
                <w:szCs w:val="20"/>
              </w:rPr>
            </w:pPr>
            <w:r>
              <w:rPr>
                <w:i/>
                <w:iCs/>
                <w:sz w:val="20"/>
                <w:szCs w:val="20"/>
              </w:rPr>
              <w:t>(anual)</w:t>
            </w:r>
          </w:p>
          <w:p w14:paraId="6E8D19CB" w14:textId="77777777" w:rsidR="00156693" w:rsidRDefault="00000000">
            <w:pPr>
              <w:spacing w:after="0" w:line="240" w:lineRule="auto"/>
              <w:ind w:left="-20"/>
              <w:jc w:val="center"/>
              <w:rPr>
                <w:i/>
                <w:iCs/>
                <w:sz w:val="20"/>
                <w:szCs w:val="20"/>
              </w:rPr>
            </w:pPr>
            <w:r>
              <w:rPr>
                <w:i/>
                <w:iCs/>
                <w:sz w:val="20"/>
                <w:szCs w:val="20"/>
              </w:rPr>
              <w:t>2028-2030</w:t>
            </w:r>
          </w:p>
          <w:p w14:paraId="362376C2" w14:textId="77777777" w:rsidR="00156693" w:rsidRDefault="00000000">
            <w:pPr>
              <w:spacing w:after="0" w:line="240" w:lineRule="auto"/>
              <w:ind w:left="-20"/>
              <w:jc w:val="center"/>
              <w:rPr>
                <w:sz w:val="20"/>
                <w:szCs w:val="20"/>
              </w:rPr>
            </w:pPr>
            <w:r>
              <w:rPr>
                <w:i/>
                <w:iCs/>
                <w:sz w:val="20"/>
                <w:szCs w:val="20"/>
              </w:rPr>
              <w:t>surse externe</w:t>
            </w:r>
          </w:p>
        </w:tc>
        <w:tc>
          <w:tcPr>
            <w:tcW w:w="872"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098FCD9E"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0</w:t>
            </w:r>
          </w:p>
        </w:tc>
        <w:tc>
          <w:tcPr>
            <w:tcW w:w="78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6CCFD168"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0</w:t>
            </w:r>
          </w:p>
        </w:tc>
        <w:tc>
          <w:tcPr>
            <w:tcW w:w="70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BA166A8"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2</w:t>
            </w:r>
          </w:p>
        </w:tc>
        <w:tc>
          <w:tcPr>
            <w:tcW w:w="735"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9EC402D" w14:textId="77777777" w:rsidR="00156693" w:rsidRDefault="00000000">
            <w:pPr>
              <w:spacing w:after="0" w:line="240" w:lineRule="auto"/>
              <w:ind w:left="-20"/>
              <w:jc w:val="center"/>
              <w:rPr>
                <w:sz w:val="20"/>
                <w:szCs w:val="20"/>
              </w:rPr>
            </w:pPr>
            <w:r>
              <w:rPr>
                <w:sz w:val="20"/>
                <w:szCs w:val="20"/>
              </w:rPr>
              <w:t>4</w:t>
            </w:r>
          </w:p>
        </w:tc>
        <w:tc>
          <w:tcPr>
            <w:tcW w:w="750" w:type="dxa"/>
            <w:tcBorders>
              <w:top w:val="nil"/>
              <w:left w:val="nil"/>
              <w:bottom w:val="single" w:sz="6" w:space="0" w:color="000000"/>
              <w:right w:val="single" w:sz="6" w:space="0" w:color="000000"/>
            </w:tcBorders>
            <w:shd w:val="clear" w:color="auto" w:fill="auto"/>
            <w:tcMar>
              <w:top w:w="40" w:type="dxa"/>
              <w:left w:w="60" w:type="dxa"/>
              <w:bottom w:w="40" w:type="dxa"/>
              <w:right w:w="60" w:type="dxa"/>
            </w:tcMar>
          </w:tcPr>
          <w:p w14:paraId="7766F601" w14:textId="77777777" w:rsidR="00156693" w:rsidRDefault="00000000">
            <w:pPr>
              <w:pBdr>
                <w:top w:val="nil"/>
                <w:left w:val="nil"/>
                <w:bottom w:val="nil"/>
                <w:right w:val="nil"/>
                <w:between w:val="nil"/>
              </w:pBdr>
              <w:spacing w:after="0" w:line="240" w:lineRule="auto"/>
              <w:ind w:left="-20"/>
              <w:jc w:val="center"/>
              <w:rPr>
                <w:sz w:val="20"/>
                <w:szCs w:val="20"/>
              </w:rPr>
            </w:pPr>
            <w:r>
              <w:rPr>
                <w:sz w:val="20"/>
                <w:szCs w:val="20"/>
              </w:rPr>
              <w:t>6</w:t>
            </w:r>
          </w:p>
        </w:tc>
      </w:tr>
    </w:tbl>
    <w:p w14:paraId="307B3AFE" w14:textId="77777777" w:rsidR="00156693" w:rsidRDefault="00156693">
      <w:pPr>
        <w:spacing w:after="0" w:line="240" w:lineRule="auto"/>
        <w:jc w:val="both"/>
      </w:pPr>
    </w:p>
    <w:sectPr w:rsidR="00156693">
      <w:pgSz w:w="16838" w:h="11906" w:orient="landscape"/>
      <w:pgMar w:top="1134" w:right="1134" w:bottom="1134" w:left="1134" w:header="624"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42BB1" w14:textId="77777777" w:rsidR="00D057BE" w:rsidRDefault="00D057BE">
      <w:pPr>
        <w:spacing w:after="0" w:line="240" w:lineRule="auto"/>
      </w:pPr>
      <w:r>
        <w:separator/>
      </w:r>
    </w:p>
  </w:endnote>
  <w:endnote w:type="continuationSeparator" w:id="0">
    <w:p w14:paraId="32B4E427" w14:textId="77777777" w:rsidR="00D057BE" w:rsidRDefault="00D0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C4F4B6-A209-49D4-9503-BBCFCD188FE0}"/>
    <w:embedBold r:id="rId2" w:fontKey="{FAFF7285-EC46-4148-9E15-0CF5B6BE3A91}"/>
    <w:embedItalic r:id="rId3" w:fontKey="{6DDC28E4-69DC-4D7F-B413-8DF1651A5A3E}"/>
    <w:embedBoldItalic r:id="rId4" w:fontKey="{22EBD97C-7179-48EB-A90A-885B1FFBD618}"/>
  </w:font>
  <w:font w:name="Courier">
    <w:panose1 w:val="02070409020205020404"/>
    <w:charset w:val="00"/>
    <w:family w:val="modern"/>
    <w:pitch w:val="fixed"/>
    <w:sig w:usb0="00000003" w:usb1="00000000" w:usb2="00000000" w:usb3="00000000" w:csb0="00000001" w:csb1="00000000"/>
  </w:font>
  <w:font w:name="Gungsuh">
    <w:charset w:val="81"/>
    <w:family w:val="roman"/>
    <w:pitch w:val="variable"/>
    <w:sig w:usb0="B00002AF" w:usb1="69D77CFB" w:usb2="00000030" w:usb3="00000000" w:csb0="0008009F" w:csb1="00000000"/>
    <w:embedRegular r:id="rId5" w:subsetted="1" w:fontKey="{833BE498-7247-47E2-B04C-FF9E2D2411F4}"/>
  </w:font>
  <w:font w:name="Cambria">
    <w:panose1 w:val="02040503050406030204"/>
    <w:charset w:val="00"/>
    <w:family w:val="roman"/>
    <w:pitch w:val="variable"/>
    <w:sig w:usb0="E00006FF" w:usb1="420024FF" w:usb2="02000000" w:usb3="00000000" w:csb0="0000019F" w:csb1="00000000"/>
    <w:embedRegular r:id="rId6" w:fontKey="{2E58A082-3875-4A56-8A31-972AB9A207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8961" w14:textId="77777777" w:rsidR="00156693"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667085"/>
        <w:sz w:val="17"/>
        <w:szCs w:val="17"/>
      </w:rPr>
      <w:t xml:space="preserve">Pagina </w:t>
    </w:r>
    <w:r>
      <w:rPr>
        <w:color w:val="667085"/>
        <w:sz w:val="17"/>
        <w:szCs w:val="17"/>
      </w:rPr>
      <w:fldChar w:fldCharType="begin"/>
    </w:r>
    <w:r>
      <w:rPr>
        <w:color w:val="667085"/>
        <w:sz w:val="17"/>
        <w:szCs w:val="17"/>
      </w:rPr>
      <w:instrText>PAGE</w:instrText>
    </w:r>
    <w:r>
      <w:rPr>
        <w:color w:val="667085"/>
        <w:sz w:val="17"/>
        <w:szCs w:val="17"/>
      </w:rPr>
      <w:fldChar w:fldCharType="separate"/>
    </w:r>
    <w:r w:rsidR="009E3242">
      <w:rPr>
        <w:noProof/>
        <w:color w:val="667085"/>
        <w:sz w:val="17"/>
        <w:szCs w:val="17"/>
      </w:rPr>
      <w:t>2</w:t>
    </w:r>
    <w:r>
      <w:rPr>
        <w:color w:val="667085"/>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1F26F" w14:textId="77777777" w:rsidR="00D057BE" w:rsidRDefault="00D057BE">
      <w:pPr>
        <w:spacing w:after="0" w:line="240" w:lineRule="auto"/>
      </w:pPr>
      <w:r>
        <w:separator/>
      </w:r>
    </w:p>
  </w:footnote>
  <w:footnote w:type="continuationSeparator" w:id="0">
    <w:p w14:paraId="498CAB81" w14:textId="77777777" w:rsidR="00D057BE" w:rsidRDefault="00D0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54F0F" w14:textId="77777777" w:rsidR="00156693" w:rsidRDefault="00156693">
    <w:pPr>
      <w:keepNext/>
      <w:tabs>
        <w:tab w:val="center" w:pos="4680"/>
        <w:tab w:val="right" w:pos="9360"/>
      </w:tabs>
      <w:spacing w:before="120" w:after="60" w:line="240" w:lineRule="auto"/>
      <w:rPr>
        <w:b/>
        <w:bCs/>
        <w:color w:val="667085"/>
        <w:sz w:val="19"/>
        <w:szCs w:val="19"/>
      </w:rPr>
    </w:pPr>
  </w:p>
  <w:p w14:paraId="1426C10D" w14:textId="77777777" w:rsidR="00156693" w:rsidRDefault="00156693">
    <w:pPr>
      <w:tabs>
        <w:tab w:val="center" w:pos="4680"/>
        <w:tab w:val="right" w:pos="9360"/>
      </w:tabs>
      <w:spacing w:after="0" w:line="24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0649F4"/>
    <w:multiLevelType w:val="multilevel"/>
    <w:tmpl w:val="9EC446A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4922764">
    <w:abstractNumId w:val="0"/>
  </w:num>
  <w:num w:numId="2" w16cid:durableId="126781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702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0468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0791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3572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693"/>
    <w:rsid w:val="00156693"/>
    <w:rsid w:val="003428C5"/>
    <w:rsid w:val="009E3242"/>
    <w:rsid w:val="00D05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56440"/>
  <w15:docId w15:val="{082E0DF4-0397-42FB-8A5E-E1741EC2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160"/>
      <w:outlineLvl w:val="0"/>
    </w:pPr>
    <w:rPr>
      <w:rFonts w:ascii="Calibri" w:eastAsia="Calibri" w:hAnsi="Calibri" w:cs="Calibri"/>
      <w:b/>
      <w:bCs/>
      <w:color w:val="1F4E78"/>
      <w:sz w:val="32"/>
      <w:szCs w:val="32"/>
    </w:rPr>
  </w:style>
  <w:style w:type="paragraph" w:styleId="Heading2">
    <w:name w:val="heading 2"/>
    <w:basedOn w:val="Normal"/>
    <w:next w:val="Normal"/>
    <w:link w:val="Heading2Char"/>
    <w:uiPriority w:val="9"/>
    <w:unhideWhenUsed/>
    <w:qFormat/>
    <w:pPr>
      <w:keepNext/>
      <w:keepLines/>
      <w:spacing w:before="240"/>
      <w:outlineLvl w:val="1"/>
    </w:pPr>
    <w:rPr>
      <w:rFonts w:ascii="Calibri" w:eastAsia="Calibri" w:hAnsi="Calibri" w:cs="Calibri"/>
      <w:b/>
      <w:bCs/>
      <w:color w:val="1F4E78"/>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rFonts w:ascii="Calibri" w:eastAsia="Calibri" w:hAnsi="Calibri" w:cs="Calibri"/>
      <w:b/>
      <w:bCs/>
      <w:color w:val="17365D"/>
      <w:sz w:val="23"/>
      <w:szCs w:val="23"/>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TableNormala">
    <w:name w:val="TableNormal"/>
    <w:tblPr>
      <w:tblCellMar>
        <w:top w:w="100" w:type="dxa"/>
        <w:left w:w="100" w:type="dxa"/>
        <w:bottom w:w="100" w:type="dxa"/>
        <w:right w:w="100" w:type="dxa"/>
      </w:tblCellMar>
    </w:tblPr>
  </w:style>
  <w:style w:type="table" w:customStyle="1" w:styleId="TableNormalb">
    <w:name w:val="TableNormal"/>
    <w:tblPr>
      <w:tblCellMar>
        <w:top w:w="100" w:type="dxa"/>
        <w:left w:w="100" w:type="dxa"/>
        <w:bottom w:w="100" w:type="dxa"/>
        <w:right w:w="100" w:type="dxa"/>
      </w:tblCellMar>
    </w:tblPr>
  </w:style>
  <w:style w:type="table" w:customStyle="1" w:styleId="TableNormalc">
    <w:name w:val="TableNormal"/>
    <w:tblPr>
      <w:tblCellMar>
        <w:top w:w="100" w:type="dxa"/>
        <w:left w:w="100" w:type="dxa"/>
        <w:bottom w:w="100" w:type="dxa"/>
        <w:right w:w="100" w:type="dxa"/>
      </w:tblCellMar>
    </w:tblPr>
  </w:style>
  <w:style w:type="table" w:customStyle="1" w:styleId="TableNormald">
    <w:name w:val="TableNormal"/>
    <w:tblPr>
      <w:tblCellMar>
        <w:top w:w="100" w:type="dxa"/>
        <w:left w:w="100" w:type="dxa"/>
        <w:bottom w:w="100" w:type="dxa"/>
        <w:right w:w="100" w:type="dxa"/>
      </w:tblCellMar>
    </w:tblPr>
  </w:style>
  <w:style w:type="table" w:customStyle="1" w:styleId="TableNormale">
    <w:name w:val="TableNormal"/>
    <w:tblPr>
      <w:tblCellMar>
        <w:top w:w="100" w:type="dxa"/>
        <w:left w:w="100" w:type="dxa"/>
        <w:bottom w:w="100" w:type="dxa"/>
        <w:right w:w="100" w:type="dxa"/>
      </w:tblCellMar>
    </w:tblPr>
  </w:style>
  <w:style w:type="table" w:customStyle="1" w:styleId="TableNormalf">
    <w:name w:val="TableNormal"/>
    <w:tblPr>
      <w:tblCellMar>
        <w:top w:w="100" w:type="dxa"/>
        <w:left w:w="100" w:type="dxa"/>
        <w:bottom w:w="100" w:type="dxa"/>
        <w:right w:w="100" w:type="dxa"/>
      </w:tblCellMar>
    </w:tblPr>
  </w:style>
  <w:style w:type="table" w:customStyle="1" w:styleId="TableNormalf0">
    <w:name w:val="TableNormal"/>
    <w:tblPr>
      <w:tblCellMar>
        <w:top w:w="100" w:type="dxa"/>
        <w:left w:w="100" w:type="dxa"/>
        <w:bottom w:w="100" w:type="dxa"/>
        <w:right w:w="100" w:type="dxa"/>
      </w:tblCellMar>
    </w:tblPr>
  </w:style>
  <w:style w:type="table" w:customStyle="1" w:styleId="TableNormalf1">
    <w:name w:val="TableNormal"/>
    <w:tblPr>
      <w:tblCellMar>
        <w:top w:w="100" w:type="dxa"/>
        <w:left w:w="100" w:type="dxa"/>
        <w:bottom w:w="100" w:type="dxa"/>
        <w:right w:w="100" w:type="dxa"/>
      </w:tblCellMar>
    </w:tblPr>
  </w:style>
  <w:style w:type="table" w:customStyle="1" w:styleId="TableNormalf2">
    <w:name w:val="TableNormal"/>
    <w:tblPr>
      <w:tblCellMar>
        <w:top w:w="100" w:type="dxa"/>
        <w:left w:w="100" w:type="dxa"/>
        <w:bottom w:w="100" w:type="dxa"/>
        <w:right w:w="100" w:type="dxa"/>
      </w:tblCellMar>
    </w:tblPr>
  </w:style>
  <w:style w:type="table" w:customStyle="1" w:styleId="TableNormalf3">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567" w:hanging="283"/>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spacing w:after="80" w:line="264" w:lineRule="auto"/>
      <w:ind w:left="567" w:hanging="283"/>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667085"/>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71770"/>
    <w:rPr>
      <w:sz w:val="16"/>
      <w:szCs w:val="16"/>
    </w:rPr>
  </w:style>
  <w:style w:type="paragraph" w:styleId="CommentText">
    <w:name w:val="annotation text"/>
    <w:basedOn w:val="Normal"/>
    <w:link w:val="CommentTextChar"/>
    <w:uiPriority w:val="99"/>
    <w:semiHidden/>
    <w:unhideWhenUsed/>
    <w:rsid w:val="00171770"/>
    <w:pPr>
      <w:spacing w:line="240" w:lineRule="auto"/>
    </w:pPr>
    <w:rPr>
      <w:sz w:val="20"/>
      <w:szCs w:val="20"/>
    </w:rPr>
  </w:style>
  <w:style w:type="character" w:customStyle="1" w:styleId="CommentTextChar">
    <w:name w:val="Comment Text Char"/>
    <w:basedOn w:val="DefaultParagraphFont"/>
    <w:link w:val="CommentText"/>
    <w:uiPriority w:val="99"/>
    <w:semiHidden/>
    <w:rsid w:val="00171770"/>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71770"/>
    <w:rPr>
      <w:b/>
      <w:bCs/>
    </w:rPr>
  </w:style>
  <w:style w:type="character" w:customStyle="1" w:styleId="CommentSubjectChar">
    <w:name w:val="Comment Subject Char"/>
    <w:basedOn w:val="CommentTextChar"/>
    <w:link w:val="CommentSubject"/>
    <w:uiPriority w:val="99"/>
    <w:semiHidden/>
    <w:rsid w:val="00171770"/>
    <w:rPr>
      <w:rFonts w:ascii="Times New Roman" w:eastAsia="Times New Roman" w:hAnsi="Times New Roman"/>
      <w:b/>
      <w:bCs/>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Pr>
  </w:style>
  <w:style w:type="table" w:customStyle="1" w:styleId="aff8">
    <w:basedOn w:val="TableNormal"/>
    <w:pPr>
      <w:spacing w:after="0" w:line="240" w:lineRule="auto"/>
    </w:pPr>
    <w:tblPr>
      <w:tblStyleRowBandSize w:val="1"/>
      <w:tblStyleColBandSize w:val="1"/>
    </w:tblPr>
  </w:style>
  <w:style w:type="table" w:customStyle="1" w:styleId="aff9">
    <w:basedOn w:val="TableNormal"/>
    <w:pPr>
      <w:spacing w:after="0" w:line="240" w:lineRule="auto"/>
    </w:pPr>
    <w:tblPr>
      <w:tblStyleRowBandSize w:val="1"/>
      <w:tblStyleColBandSize w:val="1"/>
    </w:tblPr>
  </w:style>
  <w:style w:type="table" w:customStyle="1" w:styleId="affa">
    <w:basedOn w:val="TableNormal"/>
    <w:pPr>
      <w:spacing w:after="0" w:line="240" w:lineRule="auto"/>
    </w:pPr>
    <w:tblPr>
      <w:tblStyleRowBandSize w:val="1"/>
      <w:tblStyleColBandSize w:val="1"/>
    </w:tblPr>
  </w:style>
  <w:style w:type="table" w:customStyle="1" w:styleId="affb">
    <w:basedOn w:val="TableNormal"/>
    <w:pPr>
      <w:spacing w:after="0" w:line="240" w:lineRule="auto"/>
    </w:pPr>
    <w:tblPr>
      <w:tblStyleRowBandSize w:val="1"/>
      <w:tblStyleColBandSize w:val="1"/>
    </w:tblPr>
  </w:style>
  <w:style w:type="table" w:customStyle="1" w:styleId="affc">
    <w:basedOn w:val="TableNormal"/>
    <w:pPr>
      <w:spacing w:after="0" w:line="240" w:lineRule="auto"/>
    </w:pPr>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pPr>
      <w:spacing w:after="0" w:line="240" w:lineRule="auto"/>
    </w:pPr>
    <w:tblPr>
      <w:tblStyleRowBandSize w:val="1"/>
      <w:tblStyleColBandSize w:val="1"/>
    </w:tblPr>
  </w:style>
  <w:style w:type="table" w:customStyle="1" w:styleId="afff1">
    <w:basedOn w:val="TableNormal"/>
    <w:pPr>
      <w:spacing w:after="0" w:line="240" w:lineRule="auto"/>
    </w:pPr>
    <w:tblPr>
      <w:tblStyleRowBandSize w:val="1"/>
      <w:tblStyleColBandSize w:val="1"/>
    </w:tblPr>
  </w:style>
  <w:style w:type="table" w:customStyle="1" w:styleId="afff2">
    <w:basedOn w:val="TableNormal"/>
    <w:pPr>
      <w:spacing w:after="0" w:line="240" w:lineRule="auto"/>
    </w:pPr>
    <w:tblPr>
      <w:tblStyleRowBandSize w:val="1"/>
      <w:tblStyleColBandSize w:val="1"/>
    </w:tblPr>
  </w:style>
  <w:style w:type="table" w:customStyle="1" w:styleId="afff3">
    <w:basedOn w:val="TableNormal"/>
    <w:pPr>
      <w:spacing w:after="0" w:line="240" w:lineRule="auto"/>
    </w:pPr>
    <w:tblPr>
      <w:tblStyleRowBandSize w:val="1"/>
      <w:tblStyleColBandSize w:val="1"/>
    </w:tblPr>
  </w:style>
  <w:style w:type="table" w:customStyle="1" w:styleId="afff4">
    <w:basedOn w:val="TableNormal"/>
    <w:pPr>
      <w:spacing w:after="0" w:line="240" w:lineRule="auto"/>
    </w:pPr>
    <w:tblPr>
      <w:tblStyleRowBandSize w:val="1"/>
      <w:tblStyleColBandSize w:val="1"/>
    </w:tblPr>
  </w:style>
  <w:style w:type="table" w:customStyle="1" w:styleId="afff5">
    <w:basedOn w:val="TableNormal"/>
    <w:pPr>
      <w:spacing w:after="0" w:line="240" w:lineRule="auto"/>
    </w:pPr>
    <w:tblPr>
      <w:tblStyleRowBandSize w:val="1"/>
      <w:tblStyleColBandSize w:val="1"/>
    </w:tblPr>
  </w:style>
  <w:style w:type="table" w:customStyle="1" w:styleId="afff6">
    <w:basedOn w:val="TableNormal"/>
    <w:pPr>
      <w:spacing w:after="0" w:line="240" w:lineRule="auto"/>
    </w:pPr>
    <w:tblPr>
      <w:tblStyleRowBandSize w:val="1"/>
      <w:tblStyleColBandSize w:val="1"/>
    </w:tblPr>
  </w:style>
  <w:style w:type="table" w:customStyle="1" w:styleId="afff7">
    <w:basedOn w:val="TableNormal"/>
    <w:pPr>
      <w:spacing w:after="0" w:line="240" w:lineRule="auto"/>
    </w:pPr>
    <w:tblPr>
      <w:tblStyleRowBandSize w:val="1"/>
      <w:tblStyleColBandSize w:val="1"/>
    </w:tblPr>
  </w:style>
  <w:style w:type="table" w:customStyle="1" w:styleId="afff8">
    <w:basedOn w:val="TableNormal"/>
    <w:pPr>
      <w:spacing w:after="0" w:line="240" w:lineRule="auto"/>
    </w:pPr>
    <w:tblPr>
      <w:tblStyleRowBandSize w:val="1"/>
      <w:tblStyleColBandSize w:val="1"/>
    </w:tblPr>
  </w:style>
  <w:style w:type="table" w:customStyle="1" w:styleId="afff9">
    <w:basedOn w:val="TableNormal"/>
    <w:pPr>
      <w:spacing w:after="0" w:line="240" w:lineRule="auto"/>
    </w:pPr>
    <w:tblPr>
      <w:tblStyleRowBandSize w:val="1"/>
      <w:tblStyleColBandSize w:val="1"/>
    </w:tblPr>
  </w:style>
  <w:style w:type="table" w:customStyle="1" w:styleId="afffa">
    <w:basedOn w:val="TableNormal"/>
    <w:pPr>
      <w:spacing w:after="0" w:line="240" w:lineRule="auto"/>
    </w:pPr>
    <w:tblPr>
      <w:tblStyleRowBandSize w:val="1"/>
      <w:tblStyleColBandSize w:val="1"/>
    </w:tblPr>
  </w:style>
  <w:style w:type="table" w:customStyle="1" w:styleId="afffb">
    <w:basedOn w:val="TableNormal"/>
    <w:pPr>
      <w:spacing w:after="0" w:line="240" w:lineRule="auto"/>
    </w:pPr>
    <w:tblPr>
      <w:tblStyleRowBandSize w:val="1"/>
      <w:tblStyleColBandSize w:val="1"/>
    </w:tblPr>
  </w:style>
  <w:style w:type="table" w:customStyle="1" w:styleId="afffc">
    <w:basedOn w:val="TableNormal"/>
    <w:pPr>
      <w:spacing w:after="0" w:line="240" w:lineRule="auto"/>
    </w:pPr>
    <w:tblPr>
      <w:tblStyleRowBandSize w:val="1"/>
      <w:tblStyleColBandSize w:val="1"/>
    </w:tblPr>
  </w:style>
  <w:style w:type="table" w:customStyle="1" w:styleId="afffd">
    <w:basedOn w:val="TableNormal"/>
    <w:pPr>
      <w:spacing w:after="0" w:line="240" w:lineRule="auto"/>
    </w:pPr>
    <w:tblPr>
      <w:tblStyleRowBandSize w:val="1"/>
      <w:tblStyleColBandSize w:val="1"/>
    </w:tblPr>
  </w:style>
  <w:style w:type="table" w:customStyle="1" w:styleId="afffe">
    <w:basedOn w:val="TableNormal"/>
    <w:pPr>
      <w:spacing w:after="0" w:line="240" w:lineRule="auto"/>
    </w:pPr>
    <w:tblPr>
      <w:tblStyleRowBandSize w:val="1"/>
      <w:tblStyleColBandSize w:val="1"/>
    </w:tblPr>
  </w:style>
  <w:style w:type="table" w:customStyle="1" w:styleId="affff">
    <w:basedOn w:val="TableNormal"/>
    <w:pPr>
      <w:spacing w:after="0" w:line="240" w:lineRule="auto"/>
    </w:pPr>
    <w:tblPr>
      <w:tblStyleRowBandSize w:val="1"/>
      <w:tblStyleColBandSize w:val="1"/>
    </w:tblPr>
  </w:style>
  <w:style w:type="table" w:customStyle="1" w:styleId="affff0">
    <w:basedOn w:val="TableNormal"/>
    <w:pPr>
      <w:spacing w:after="0" w:line="240" w:lineRule="auto"/>
    </w:pPr>
    <w:tblPr>
      <w:tblStyleRowBandSize w:val="1"/>
      <w:tblStyleColBandSize w:val="1"/>
    </w:tblPr>
  </w:style>
  <w:style w:type="table" w:customStyle="1" w:styleId="affff1">
    <w:basedOn w:val="TableNormal"/>
    <w:pPr>
      <w:spacing w:after="0" w:line="240" w:lineRule="auto"/>
    </w:pPr>
    <w:tblPr>
      <w:tblStyleRowBandSize w:val="1"/>
      <w:tblStyleColBandSize w:val="1"/>
    </w:tblPr>
  </w:style>
  <w:style w:type="table" w:customStyle="1" w:styleId="affff2">
    <w:basedOn w:val="TableNormal"/>
    <w:pPr>
      <w:spacing w:after="0" w:line="240" w:lineRule="auto"/>
    </w:pPr>
    <w:tblPr>
      <w:tblStyleRowBandSize w:val="1"/>
      <w:tblStyleColBandSize w:val="1"/>
    </w:tblPr>
  </w:style>
  <w:style w:type="table" w:customStyle="1" w:styleId="affff3">
    <w:basedOn w:val="TableNormal"/>
    <w:pPr>
      <w:spacing w:after="0" w:line="240" w:lineRule="auto"/>
    </w:pPr>
    <w:tblPr>
      <w:tblStyleRowBandSize w:val="1"/>
      <w:tblStyleColBandSize w:val="1"/>
    </w:tblPr>
  </w:style>
  <w:style w:type="table" w:customStyle="1" w:styleId="affff4">
    <w:basedOn w:val="TableNormal"/>
    <w:pPr>
      <w:spacing w:after="0" w:line="240" w:lineRule="auto"/>
    </w:pPr>
    <w:tblPr>
      <w:tblStyleRowBandSize w:val="1"/>
      <w:tblStyleColBandSize w:val="1"/>
    </w:tblPr>
  </w:style>
  <w:style w:type="table" w:customStyle="1" w:styleId="affff5">
    <w:basedOn w:val="TableNormal"/>
    <w:tblPr>
      <w:tblStyleRowBandSize w:val="1"/>
      <w:tblStyleColBandSize w:val="1"/>
    </w:tblPr>
  </w:style>
  <w:style w:type="table" w:customStyle="1" w:styleId="affff6">
    <w:basedOn w:val="TableNormal"/>
    <w:pPr>
      <w:spacing w:after="0" w:line="240" w:lineRule="auto"/>
    </w:pPr>
    <w:tblPr>
      <w:tblStyleRowBandSize w:val="1"/>
      <w:tblStyleColBandSize w:val="1"/>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pPr>
      <w:spacing w:after="0" w:line="240" w:lineRule="auto"/>
    </w:pPr>
    <w:tblPr>
      <w:tblStyleRowBandSize w:val="1"/>
      <w:tblStyleColBandSize w:val="1"/>
    </w:tblPr>
  </w:style>
  <w:style w:type="table" w:customStyle="1" w:styleId="affffc">
    <w:basedOn w:val="TableNormal"/>
    <w:pPr>
      <w:spacing w:after="0" w:line="240" w:lineRule="auto"/>
    </w:pPr>
    <w:tblPr>
      <w:tblStyleRowBandSize w:val="1"/>
      <w:tblStyleColBandSize w:val="1"/>
    </w:tblPr>
  </w:style>
  <w:style w:type="table" w:customStyle="1" w:styleId="affffd">
    <w:basedOn w:val="TableNormal"/>
    <w:pPr>
      <w:spacing w:after="0" w:line="240" w:lineRule="auto"/>
    </w:pPr>
    <w:tblPr>
      <w:tblStyleRowBandSize w:val="1"/>
      <w:tblStyleColBandSize w:val="1"/>
    </w:tblPr>
  </w:style>
  <w:style w:type="table" w:customStyle="1" w:styleId="affffe">
    <w:basedOn w:val="TableNormal"/>
    <w:pPr>
      <w:spacing w:after="0" w:line="240" w:lineRule="auto"/>
    </w:pPr>
    <w:tblPr>
      <w:tblStyleRowBandSize w:val="1"/>
      <w:tblStyleColBandSize w:val="1"/>
    </w:tblPr>
  </w:style>
  <w:style w:type="table" w:customStyle="1" w:styleId="afffff">
    <w:basedOn w:val="TableNormal"/>
    <w:pPr>
      <w:spacing w:after="0" w:line="240" w:lineRule="auto"/>
    </w:pPr>
    <w:tblPr>
      <w:tblStyleRowBandSize w:val="1"/>
      <w:tblStyleColBandSize w:val="1"/>
    </w:tblPr>
  </w:style>
  <w:style w:type="table" w:customStyle="1" w:styleId="afffff0">
    <w:basedOn w:val="TableNormal"/>
    <w:pPr>
      <w:spacing w:after="0" w:line="240" w:lineRule="auto"/>
    </w:pPr>
    <w:tblPr>
      <w:tblStyleRowBandSize w:val="1"/>
      <w:tblStyleColBandSize w:val="1"/>
    </w:tblPr>
  </w:style>
  <w:style w:type="table" w:customStyle="1" w:styleId="afffff1">
    <w:basedOn w:val="TableNormal"/>
    <w:pPr>
      <w:spacing w:after="0" w:line="240" w:lineRule="auto"/>
    </w:pPr>
    <w:tblPr>
      <w:tblStyleRowBandSize w:val="1"/>
      <w:tblStyleColBandSize w:val="1"/>
    </w:tblPr>
  </w:style>
  <w:style w:type="table" w:customStyle="1" w:styleId="afffff2">
    <w:basedOn w:val="TableNormal"/>
    <w:pPr>
      <w:spacing w:after="0" w:line="240" w:lineRule="auto"/>
    </w:pPr>
    <w:tblPr>
      <w:tblStyleRowBandSize w:val="1"/>
      <w:tblStyleColBandSize w:val="1"/>
    </w:tblPr>
  </w:style>
  <w:style w:type="table" w:customStyle="1" w:styleId="afffff3">
    <w:basedOn w:val="TableNormal"/>
    <w:pPr>
      <w:spacing w:after="0" w:line="240" w:lineRule="auto"/>
    </w:pPr>
    <w:tblPr>
      <w:tblStyleRowBandSize w:val="1"/>
      <w:tblStyleColBandSize w:val="1"/>
    </w:tblPr>
  </w:style>
  <w:style w:type="table" w:customStyle="1" w:styleId="afffff4">
    <w:basedOn w:val="TableNormal"/>
    <w:pPr>
      <w:spacing w:after="0" w:line="240" w:lineRule="auto"/>
    </w:pPr>
    <w:tblPr>
      <w:tblStyleRowBandSize w:val="1"/>
      <w:tblStyleColBandSize w:val="1"/>
    </w:tblPr>
  </w:style>
  <w:style w:type="table" w:customStyle="1" w:styleId="afffff5">
    <w:basedOn w:val="TableNormal"/>
    <w:pPr>
      <w:spacing w:after="0" w:line="240" w:lineRule="auto"/>
    </w:pPr>
    <w:tblPr>
      <w:tblStyleRowBandSize w:val="1"/>
      <w:tblStyleColBandSize w:val="1"/>
    </w:tblPr>
  </w:style>
  <w:style w:type="table" w:customStyle="1" w:styleId="afffff6">
    <w:basedOn w:val="TableNormal"/>
    <w:pPr>
      <w:spacing w:after="0" w:line="240" w:lineRule="auto"/>
    </w:pPr>
    <w:tblPr>
      <w:tblStyleRowBandSize w:val="1"/>
      <w:tblStyleColBandSize w:val="1"/>
    </w:tblPr>
  </w:style>
  <w:style w:type="table" w:customStyle="1" w:styleId="afffff7">
    <w:basedOn w:val="TableNormal"/>
    <w:pPr>
      <w:spacing w:after="0" w:line="240" w:lineRule="auto"/>
    </w:pPr>
    <w:tblPr>
      <w:tblStyleRowBandSize w:val="1"/>
      <w:tblStyleColBandSize w:val="1"/>
    </w:tblPr>
  </w:style>
  <w:style w:type="table" w:customStyle="1" w:styleId="afffff8">
    <w:basedOn w:val="TableNormal"/>
    <w:pPr>
      <w:spacing w:after="0" w:line="240" w:lineRule="auto"/>
    </w:pPr>
    <w:tblPr>
      <w:tblStyleRowBandSize w:val="1"/>
      <w:tblStyleColBandSize w:val="1"/>
    </w:tblPr>
  </w:style>
  <w:style w:type="table" w:customStyle="1" w:styleId="afffff9">
    <w:basedOn w:val="TableNormal"/>
    <w:pPr>
      <w:spacing w:after="0" w:line="240" w:lineRule="auto"/>
    </w:pPr>
    <w:tblPr>
      <w:tblStyleRowBandSize w:val="1"/>
      <w:tblStyleColBandSize w:val="1"/>
    </w:tblPr>
  </w:style>
  <w:style w:type="table" w:customStyle="1" w:styleId="afffffa">
    <w:basedOn w:val="TableNormal"/>
    <w:pPr>
      <w:spacing w:after="0" w:line="240" w:lineRule="auto"/>
    </w:pPr>
    <w:tblPr>
      <w:tblStyleRowBandSize w:val="1"/>
      <w:tblStyleColBandSize w:val="1"/>
    </w:tblPr>
  </w:style>
  <w:style w:type="table" w:customStyle="1" w:styleId="afffffb">
    <w:basedOn w:val="TableNormal"/>
    <w:pPr>
      <w:spacing w:after="0" w:line="240" w:lineRule="auto"/>
    </w:pPr>
    <w:tblPr>
      <w:tblStyleRowBandSize w:val="1"/>
      <w:tblStyleColBandSize w:val="1"/>
    </w:tblPr>
  </w:style>
  <w:style w:type="table" w:customStyle="1" w:styleId="afffffc">
    <w:basedOn w:val="TableNormal"/>
    <w:pPr>
      <w:spacing w:after="0" w:line="240" w:lineRule="auto"/>
    </w:pPr>
    <w:tblPr>
      <w:tblStyleRowBandSize w:val="1"/>
      <w:tblStyleColBandSize w:val="1"/>
    </w:tblPr>
  </w:style>
  <w:style w:type="table" w:customStyle="1" w:styleId="afffffd">
    <w:basedOn w:val="TableNormal"/>
    <w:tblPr>
      <w:tblStyleRowBandSize w:val="1"/>
      <w:tblStyleColBandSize w:val="1"/>
    </w:tblPr>
  </w:style>
  <w:style w:type="table" w:customStyle="1" w:styleId="afffffe">
    <w:basedOn w:val="TableNormal"/>
    <w:pPr>
      <w:spacing w:after="0" w:line="240" w:lineRule="auto"/>
    </w:pPr>
    <w:tblPr>
      <w:tblStyleRowBandSize w:val="1"/>
      <w:tblStyleColBandSize w:val="1"/>
    </w:tblPr>
  </w:style>
  <w:style w:type="table" w:customStyle="1" w:styleId="affffff">
    <w:basedOn w:val="TableNormal"/>
    <w:pPr>
      <w:spacing w:after="0" w:line="240" w:lineRule="auto"/>
    </w:pPr>
    <w:tblPr>
      <w:tblStyleRowBandSize w:val="1"/>
      <w:tblStyleColBandSize w:val="1"/>
    </w:tblPr>
  </w:style>
  <w:style w:type="table" w:customStyle="1" w:styleId="affffff0">
    <w:basedOn w:val="TableNormal"/>
    <w:pPr>
      <w:spacing w:after="0" w:line="240" w:lineRule="auto"/>
    </w:pPr>
    <w:tblPr>
      <w:tblStyleRowBandSize w:val="1"/>
      <w:tblStyleColBandSize w:val="1"/>
    </w:tblPr>
  </w:style>
  <w:style w:type="table" w:customStyle="1" w:styleId="affffff1">
    <w:basedOn w:val="TableNormal"/>
    <w:pPr>
      <w:spacing w:after="0" w:line="240" w:lineRule="auto"/>
    </w:pPr>
    <w:tblPr>
      <w:tblStyleRowBandSize w:val="1"/>
      <w:tblStyleColBandSize w:val="1"/>
    </w:tblPr>
  </w:style>
  <w:style w:type="table" w:customStyle="1" w:styleId="affffff2">
    <w:basedOn w:val="TableNormal"/>
    <w:pPr>
      <w:spacing w:after="0" w:line="240" w:lineRule="auto"/>
    </w:pPr>
    <w:tblPr>
      <w:tblStyleRowBandSize w:val="1"/>
      <w:tblStyleColBandSize w:val="1"/>
    </w:tblPr>
  </w:style>
  <w:style w:type="table" w:customStyle="1" w:styleId="affffff3">
    <w:basedOn w:val="TableNormal"/>
    <w:pPr>
      <w:spacing w:after="0" w:line="240" w:lineRule="auto"/>
    </w:pPr>
    <w:tblPr>
      <w:tblStyleRowBandSize w:val="1"/>
      <w:tblStyleColBandSize w:val="1"/>
    </w:tblPr>
  </w:style>
  <w:style w:type="table" w:customStyle="1" w:styleId="affffff4">
    <w:basedOn w:val="TableNormal"/>
    <w:pPr>
      <w:spacing w:after="0" w:line="240" w:lineRule="auto"/>
    </w:pPr>
    <w:tblPr>
      <w:tblStyleRowBandSize w:val="1"/>
      <w:tblStyleColBandSize w:val="1"/>
    </w:tblPr>
  </w:style>
  <w:style w:type="table" w:customStyle="1" w:styleId="affffff5">
    <w:basedOn w:val="TableNormal"/>
    <w:pPr>
      <w:spacing w:after="0" w:line="240" w:lineRule="auto"/>
    </w:pPr>
    <w:tblPr>
      <w:tblStyleRowBandSize w:val="1"/>
      <w:tblStyleColBandSize w:val="1"/>
    </w:tblPr>
  </w:style>
  <w:style w:type="table" w:customStyle="1" w:styleId="affffff6">
    <w:basedOn w:val="TableNormal"/>
    <w:pPr>
      <w:spacing w:after="0" w:line="240" w:lineRule="auto"/>
    </w:pPr>
    <w:tblPr>
      <w:tblStyleRowBandSize w:val="1"/>
      <w:tblStyleColBandSize w:val="1"/>
    </w:tblPr>
  </w:style>
  <w:style w:type="table" w:customStyle="1" w:styleId="affffff7">
    <w:basedOn w:val="TableNormal"/>
    <w:pPr>
      <w:spacing w:after="0" w:line="240" w:lineRule="auto"/>
    </w:pPr>
    <w:tblPr>
      <w:tblStyleRowBandSize w:val="1"/>
      <w:tblStyleColBandSize w:val="1"/>
    </w:tblPr>
  </w:style>
  <w:style w:type="table" w:customStyle="1" w:styleId="affffff8">
    <w:basedOn w:val="TableNormal"/>
    <w:pPr>
      <w:spacing w:after="0" w:line="240" w:lineRule="auto"/>
    </w:pPr>
    <w:tblPr>
      <w:tblStyleRowBandSize w:val="1"/>
      <w:tblStyleColBandSize w:val="1"/>
    </w:tblPr>
  </w:style>
  <w:style w:type="table" w:customStyle="1" w:styleId="affffff9">
    <w:basedOn w:val="TableNormal"/>
    <w:pPr>
      <w:spacing w:after="0" w:line="240" w:lineRule="auto"/>
    </w:pPr>
    <w:tblPr>
      <w:tblStyleRowBandSize w:val="1"/>
      <w:tblStyleColBandSize w:val="1"/>
    </w:tblPr>
  </w:style>
  <w:style w:type="table" w:customStyle="1" w:styleId="affffffa">
    <w:basedOn w:val="TableNormal"/>
    <w:pPr>
      <w:spacing w:after="0" w:line="240" w:lineRule="auto"/>
    </w:pPr>
    <w:tblPr>
      <w:tblStyleRowBandSize w:val="1"/>
      <w:tblStyleColBandSize w:val="1"/>
    </w:tblPr>
  </w:style>
  <w:style w:type="table" w:customStyle="1" w:styleId="affffffb">
    <w:basedOn w:val="TableNormal"/>
    <w:pPr>
      <w:spacing w:after="0" w:line="240" w:lineRule="auto"/>
    </w:pPr>
    <w:tblPr>
      <w:tblStyleRowBandSize w:val="1"/>
      <w:tblStyleColBandSize w:val="1"/>
    </w:tblPr>
  </w:style>
  <w:style w:type="table" w:customStyle="1" w:styleId="affffffc">
    <w:basedOn w:val="TableNormal"/>
    <w:pPr>
      <w:spacing w:after="0" w:line="240" w:lineRule="auto"/>
    </w:pPr>
    <w:tblPr>
      <w:tblStyleRowBandSize w:val="1"/>
      <w:tblStyleColBandSize w:val="1"/>
    </w:tblPr>
  </w:style>
  <w:style w:type="table" w:customStyle="1" w:styleId="affffffd">
    <w:basedOn w:val="TableNormal"/>
    <w:pPr>
      <w:spacing w:after="0" w:line="240" w:lineRule="auto"/>
    </w:pPr>
    <w:tblPr>
      <w:tblStyleRowBandSize w:val="1"/>
      <w:tblStyleColBandSize w:val="1"/>
    </w:tblPr>
  </w:style>
  <w:style w:type="table" w:customStyle="1" w:styleId="affffffe">
    <w:basedOn w:val="TableNormal"/>
    <w:pPr>
      <w:spacing w:after="0" w:line="240" w:lineRule="auto"/>
    </w:pPr>
    <w:tblPr>
      <w:tblStyleRowBandSize w:val="1"/>
      <w:tblStyleColBandSize w:val="1"/>
    </w:tblPr>
  </w:style>
  <w:style w:type="table" w:customStyle="1" w:styleId="afffffff">
    <w:basedOn w:val="TableNormal"/>
    <w:pPr>
      <w:spacing w:after="0" w:line="240" w:lineRule="auto"/>
    </w:pPr>
    <w:tblPr>
      <w:tblStyleRowBandSize w:val="1"/>
      <w:tblStyleColBandSize w:val="1"/>
    </w:tblPr>
  </w:style>
  <w:style w:type="table" w:customStyle="1" w:styleId="afffffff0">
    <w:basedOn w:val="TableNormal"/>
    <w:pPr>
      <w:spacing w:after="0" w:line="240" w:lineRule="auto"/>
    </w:pPr>
    <w:tblPr>
      <w:tblStyleRowBandSize w:val="1"/>
      <w:tblStyleColBandSize w:val="1"/>
    </w:tblPr>
  </w:style>
  <w:style w:type="table" w:customStyle="1" w:styleId="afffffff1">
    <w:basedOn w:val="TableNormal"/>
    <w:pPr>
      <w:spacing w:after="0" w:line="240" w:lineRule="auto"/>
    </w:pPr>
    <w:tblPr>
      <w:tblStyleRowBandSize w:val="1"/>
      <w:tblStyleColBandSize w:val="1"/>
    </w:tblPr>
  </w:style>
  <w:style w:type="table" w:customStyle="1" w:styleId="afffffff2">
    <w:basedOn w:val="TableNormal"/>
    <w:pPr>
      <w:spacing w:after="0" w:line="240" w:lineRule="auto"/>
    </w:pPr>
    <w:tblPr>
      <w:tblStyleRowBandSize w:val="1"/>
      <w:tblStyleColBandSize w:val="1"/>
    </w:tblPr>
  </w:style>
  <w:style w:type="table" w:customStyle="1" w:styleId="afffffff3">
    <w:basedOn w:val="TableNormal"/>
    <w:pPr>
      <w:spacing w:after="0" w:line="240" w:lineRule="auto"/>
    </w:pPr>
    <w:tblPr>
      <w:tblStyleRowBandSize w:val="1"/>
      <w:tblStyleColBandSize w:val="1"/>
    </w:tblPr>
  </w:style>
  <w:style w:type="table" w:customStyle="1" w:styleId="afffffff4">
    <w:basedOn w:val="TableNormal"/>
    <w:pPr>
      <w:spacing w:after="0" w:line="240" w:lineRule="auto"/>
    </w:pPr>
    <w:tblPr>
      <w:tblStyleRowBandSize w:val="1"/>
      <w:tblStyleColBandSize w:val="1"/>
    </w:tblPr>
  </w:style>
  <w:style w:type="table" w:customStyle="1" w:styleId="afffffff5">
    <w:basedOn w:val="TableNormal"/>
    <w:tblPr>
      <w:tblStyleRowBandSize w:val="1"/>
      <w:tblStyleColBandSize w:val="1"/>
    </w:tblPr>
  </w:style>
  <w:style w:type="table" w:customStyle="1" w:styleId="afffffff6">
    <w:basedOn w:val="TableNormal"/>
    <w:pPr>
      <w:spacing w:after="0" w:line="240" w:lineRule="auto"/>
    </w:pPr>
    <w:tblPr>
      <w:tblStyleRowBandSize w:val="1"/>
      <w:tblStyleColBandSize w:val="1"/>
    </w:tblPr>
  </w:style>
  <w:style w:type="table" w:customStyle="1" w:styleId="afffffff7">
    <w:basedOn w:val="TableNormal"/>
    <w:pPr>
      <w:spacing w:after="0" w:line="240" w:lineRule="auto"/>
    </w:pPr>
    <w:tblPr>
      <w:tblStyleRowBandSize w:val="1"/>
      <w:tblStyleColBandSize w:val="1"/>
    </w:tblPr>
  </w:style>
  <w:style w:type="table" w:customStyle="1" w:styleId="afffffff8">
    <w:basedOn w:val="TableNormal"/>
    <w:pPr>
      <w:spacing w:after="0" w:line="240" w:lineRule="auto"/>
    </w:pPr>
    <w:tblPr>
      <w:tblStyleRowBandSize w:val="1"/>
      <w:tblStyleColBandSize w:val="1"/>
    </w:tblPr>
  </w:style>
  <w:style w:type="table" w:customStyle="1" w:styleId="afffffff9">
    <w:basedOn w:val="TableNormal"/>
    <w:pPr>
      <w:spacing w:after="0" w:line="240" w:lineRule="auto"/>
    </w:pPr>
    <w:tblPr>
      <w:tblStyleRowBandSize w:val="1"/>
      <w:tblStyleColBandSize w:val="1"/>
    </w:tblPr>
  </w:style>
  <w:style w:type="table" w:customStyle="1" w:styleId="afffffffa">
    <w:basedOn w:val="TableNormal"/>
    <w:pPr>
      <w:spacing w:after="0" w:line="240" w:lineRule="auto"/>
    </w:pPr>
    <w:tblPr>
      <w:tblStyleRowBandSize w:val="1"/>
      <w:tblStyleColBandSize w:val="1"/>
    </w:tblPr>
  </w:style>
  <w:style w:type="table" w:customStyle="1" w:styleId="afffffffb">
    <w:basedOn w:val="TableNormal"/>
    <w:pPr>
      <w:spacing w:after="0" w:line="240" w:lineRule="auto"/>
    </w:pPr>
    <w:tblPr>
      <w:tblStyleRowBandSize w:val="1"/>
      <w:tblStyleColBandSize w:val="1"/>
    </w:tblPr>
  </w:style>
  <w:style w:type="table" w:customStyle="1" w:styleId="afffffffc">
    <w:basedOn w:val="TableNormal"/>
    <w:pPr>
      <w:spacing w:after="0" w:line="240" w:lineRule="auto"/>
    </w:pPr>
    <w:tblPr>
      <w:tblStyleRowBandSize w:val="1"/>
      <w:tblStyleColBandSize w:val="1"/>
    </w:tblPr>
  </w:style>
  <w:style w:type="table" w:customStyle="1" w:styleId="afffffffd">
    <w:basedOn w:val="TableNormal"/>
    <w:pPr>
      <w:spacing w:after="0" w:line="240" w:lineRule="auto"/>
    </w:pPr>
    <w:tblPr>
      <w:tblStyleRowBandSize w:val="1"/>
      <w:tblStyleColBandSize w:val="1"/>
    </w:tblPr>
  </w:style>
  <w:style w:type="table" w:customStyle="1" w:styleId="afffffffe">
    <w:basedOn w:val="TableNormal"/>
    <w:pPr>
      <w:spacing w:after="0" w:line="240" w:lineRule="auto"/>
    </w:pPr>
    <w:tblPr>
      <w:tblStyleRowBandSize w:val="1"/>
      <w:tblStyleColBandSize w:val="1"/>
    </w:tblPr>
  </w:style>
  <w:style w:type="table" w:customStyle="1" w:styleId="affffffff">
    <w:basedOn w:val="TableNormal"/>
    <w:pPr>
      <w:spacing w:after="0" w:line="240" w:lineRule="auto"/>
    </w:pPr>
    <w:tblPr>
      <w:tblStyleRowBandSize w:val="1"/>
      <w:tblStyleColBandSize w:val="1"/>
    </w:tblPr>
  </w:style>
  <w:style w:type="table" w:customStyle="1" w:styleId="affffffff0">
    <w:basedOn w:val="TableNormal"/>
    <w:pPr>
      <w:spacing w:after="0" w:line="240" w:lineRule="auto"/>
    </w:pPr>
    <w:tblPr>
      <w:tblStyleRowBandSize w:val="1"/>
      <w:tblStyleColBandSize w:val="1"/>
    </w:tblPr>
  </w:style>
  <w:style w:type="table" w:customStyle="1" w:styleId="affffffff1">
    <w:basedOn w:val="TableNormal"/>
    <w:pPr>
      <w:spacing w:after="0" w:line="240" w:lineRule="auto"/>
    </w:pPr>
    <w:tblPr>
      <w:tblStyleRowBandSize w:val="1"/>
      <w:tblStyleColBandSize w:val="1"/>
    </w:tblPr>
  </w:style>
  <w:style w:type="table" w:customStyle="1" w:styleId="affffffff2">
    <w:basedOn w:val="TableNormal"/>
    <w:pPr>
      <w:spacing w:after="0" w:line="240" w:lineRule="auto"/>
    </w:pPr>
    <w:tblPr>
      <w:tblStyleRowBandSize w:val="1"/>
      <w:tblStyleColBandSize w:val="1"/>
    </w:tblPr>
  </w:style>
  <w:style w:type="table" w:customStyle="1" w:styleId="affffffff3">
    <w:basedOn w:val="TableNormal"/>
    <w:pPr>
      <w:spacing w:after="0" w:line="240" w:lineRule="auto"/>
    </w:pPr>
    <w:tblPr>
      <w:tblStyleRowBandSize w:val="1"/>
      <w:tblStyleColBandSize w:val="1"/>
    </w:tblPr>
  </w:style>
  <w:style w:type="table" w:customStyle="1" w:styleId="affffffff4">
    <w:basedOn w:val="TableNormal"/>
    <w:pPr>
      <w:spacing w:after="0" w:line="240" w:lineRule="auto"/>
    </w:pPr>
    <w:tblPr>
      <w:tblStyleRowBandSize w:val="1"/>
      <w:tblStyleColBandSize w:val="1"/>
    </w:tblPr>
  </w:style>
  <w:style w:type="table" w:customStyle="1" w:styleId="affffffff5">
    <w:basedOn w:val="TableNormal"/>
    <w:pPr>
      <w:spacing w:after="0" w:line="240" w:lineRule="auto"/>
    </w:pPr>
    <w:tblPr>
      <w:tblStyleRowBandSize w:val="1"/>
      <w:tblStyleColBandSize w:val="1"/>
    </w:tblPr>
  </w:style>
  <w:style w:type="table" w:customStyle="1" w:styleId="affffffff6">
    <w:basedOn w:val="TableNormal"/>
    <w:pPr>
      <w:spacing w:after="0" w:line="240" w:lineRule="auto"/>
    </w:pPr>
    <w:tblPr>
      <w:tblStyleRowBandSize w:val="1"/>
      <w:tblStyleColBandSize w:val="1"/>
    </w:tblPr>
  </w:style>
  <w:style w:type="table" w:customStyle="1" w:styleId="affffffff7">
    <w:basedOn w:val="TableNormal"/>
    <w:pPr>
      <w:spacing w:after="0" w:line="240" w:lineRule="auto"/>
    </w:pPr>
    <w:tblPr>
      <w:tblStyleRowBandSize w:val="1"/>
      <w:tblStyleColBandSize w:val="1"/>
    </w:tblPr>
  </w:style>
  <w:style w:type="table" w:customStyle="1" w:styleId="affffffff8">
    <w:basedOn w:val="TableNormal"/>
    <w:pPr>
      <w:spacing w:after="0" w:line="240" w:lineRule="auto"/>
    </w:pPr>
    <w:tblPr>
      <w:tblStyleRowBandSize w:val="1"/>
      <w:tblStyleColBandSize w:val="1"/>
    </w:tblPr>
  </w:style>
  <w:style w:type="table" w:customStyle="1" w:styleId="affffffff9">
    <w:basedOn w:val="TableNormal"/>
    <w:pPr>
      <w:spacing w:after="0" w:line="240" w:lineRule="auto"/>
    </w:pPr>
    <w:tblPr>
      <w:tblStyleRowBandSize w:val="1"/>
      <w:tblStyleColBandSize w:val="1"/>
    </w:tblPr>
  </w:style>
  <w:style w:type="table" w:customStyle="1" w:styleId="affffffffa">
    <w:basedOn w:val="TableNormal"/>
    <w:pPr>
      <w:spacing w:after="0" w:line="240" w:lineRule="auto"/>
    </w:pPr>
    <w:tblPr>
      <w:tblStyleRowBandSize w:val="1"/>
      <w:tblStyleColBandSize w:val="1"/>
    </w:tblPr>
  </w:style>
  <w:style w:type="table" w:customStyle="1" w:styleId="affffffffb">
    <w:basedOn w:val="TableNormal"/>
    <w:pPr>
      <w:spacing w:after="0" w:line="240" w:lineRule="auto"/>
    </w:pPr>
    <w:tblPr>
      <w:tblStyleRowBandSize w:val="1"/>
      <w:tblStyleColBandSize w:val="1"/>
    </w:tblPr>
  </w:style>
  <w:style w:type="table" w:customStyle="1" w:styleId="affffffffc">
    <w:basedOn w:val="TableNormal"/>
    <w:tblPr>
      <w:tblStyleRowBandSize w:val="1"/>
      <w:tblStyleColBandSize w:val="1"/>
    </w:tblPr>
  </w:style>
  <w:style w:type="table" w:customStyle="1" w:styleId="affffffffd">
    <w:basedOn w:val="TableNormal"/>
    <w:pPr>
      <w:spacing w:after="0" w:line="240" w:lineRule="auto"/>
    </w:pPr>
    <w:tblPr>
      <w:tblStyleRowBandSize w:val="1"/>
      <w:tblStyleColBandSize w:val="1"/>
    </w:tblPr>
  </w:style>
  <w:style w:type="table" w:customStyle="1" w:styleId="affffffffe">
    <w:basedOn w:val="TableNormal"/>
    <w:pPr>
      <w:spacing w:after="0" w:line="240" w:lineRule="auto"/>
    </w:pPr>
    <w:tblPr>
      <w:tblStyleRowBandSize w:val="1"/>
      <w:tblStyleColBandSize w:val="1"/>
    </w:tblPr>
  </w:style>
  <w:style w:type="table" w:customStyle="1" w:styleId="afffffffff">
    <w:basedOn w:val="TableNormal"/>
    <w:pPr>
      <w:spacing w:after="0" w:line="240" w:lineRule="auto"/>
    </w:pPr>
    <w:tblPr>
      <w:tblStyleRowBandSize w:val="1"/>
      <w:tblStyleColBandSize w:val="1"/>
    </w:tblPr>
  </w:style>
  <w:style w:type="table" w:customStyle="1" w:styleId="afffffffff0">
    <w:basedOn w:val="TableNormal"/>
    <w:pPr>
      <w:spacing w:after="0" w:line="240" w:lineRule="auto"/>
    </w:pPr>
    <w:tblPr>
      <w:tblStyleRowBandSize w:val="1"/>
      <w:tblStyleColBandSize w:val="1"/>
    </w:tblPr>
  </w:style>
  <w:style w:type="table" w:customStyle="1" w:styleId="afffffffff1">
    <w:basedOn w:val="TableNormal"/>
    <w:pPr>
      <w:spacing w:after="0" w:line="240" w:lineRule="auto"/>
    </w:pPr>
    <w:tblPr>
      <w:tblStyleRowBandSize w:val="1"/>
      <w:tblStyleColBandSize w:val="1"/>
    </w:tblPr>
  </w:style>
  <w:style w:type="table" w:customStyle="1" w:styleId="afffffffff2">
    <w:basedOn w:val="TableNormal"/>
    <w:pPr>
      <w:spacing w:after="0" w:line="240" w:lineRule="auto"/>
    </w:pPr>
    <w:tblPr>
      <w:tblStyleRowBandSize w:val="1"/>
      <w:tblStyleColBandSize w:val="1"/>
    </w:tblPr>
  </w:style>
  <w:style w:type="table" w:customStyle="1" w:styleId="afffffffff3">
    <w:basedOn w:val="TableNormal"/>
    <w:pPr>
      <w:spacing w:after="0" w:line="240" w:lineRule="auto"/>
    </w:pPr>
    <w:tblPr>
      <w:tblStyleRowBandSize w:val="1"/>
      <w:tblStyleColBandSize w:val="1"/>
    </w:tblPr>
  </w:style>
  <w:style w:type="table" w:customStyle="1" w:styleId="afffffffff4">
    <w:basedOn w:val="TableNormal"/>
    <w:pPr>
      <w:spacing w:after="0" w:line="240" w:lineRule="auto"/>
    </w:pPr>
    <w:tblPr>
      <w:tblStyleRowBandSize w:val="1"/>
      <w:tblStyleColBandSize w:val="1"/>
    </w:tblPr>
  </w:style>
  <w:style w:type="table" w:customStyle="1" w:styleId="afffffffff5">
    <w:basedOn w:val="TableNormal"/>
    <w:pPr>
      <w:spacing w:after="0" w:line="240" w:lineRule="auto"/>
    </w:pPr>
    <w:tblPr>
      <w:tblStyleRowBandSize w:val="1"/>
      <w:tblStyleColBandSize w:val="1"/>
    </w:tblPr>
  </w:style>
  <w:style w:type="table" w:customStyle="1" w:styleId="afffffffff6">
    <w:basedOn w:val="TableNormal"/>
    <w:pPr>
      <w:spacing w:after="0" w:line="240" w:lineRule="auto"/>
    </w:pPr>
    <w:tblPr>
      <w:tblStyleRowBandSize w:val="1"/>
      <w:tblStyleColBandSize w:val="1"/>
    </w:tblPr>
  </w:style>
  <w:style w:type="table" w:customStyle="1" w:styleId="afffffffff7">
    <w:basedOn w:val="TableNormal"/>
    <w:pPr>
      <w:spacing w:after="0" w:line="240" w:lineRule="auto"/>
    </w:pPr>
    <w:tblPr>
      <w:tblStyleRowBandSize w:val="1"/>
      <w:tblStyleColBandSize w:val="1"/>
    </w:tblPr>
  </w:style>
  <w:style w:type="table" w:customStyle="1" w:styleId="afffffffff8">
    <w:basedOn w:val="TableNormal"/>
    <w:pPr>
      <w:spacing w:after="0" w:line="240" w:lineRule="auto"/>
    </w:pPr>
    <w:tblPr>
      <w:tblStyleRowBandSize w:val="1"/>
      <w:tblStyleColBandSize w:val="1"/>
    </w:tblPr>
  </w:style>
  <w:style w:type="table" w:customStyle="1" w:styleId="afffffffff9">
    <w:basedOn w:val="TableNormal"/>
    <w:pPr>
      <w:spacing w:after="0" w:line="240" w:lineRule="auto"/>
    </w:pPr>
    <w:tblPr>
      <w:tblStyleRowBandSize w:val="1"/>
      <w:tblStyleColBandSize w:val="1"/>
    </w:tblPr>
  </w:style>
  <w:style w:type="table" w:customStyle="1" w:styleId="afffffffffa">
    <w:basedOn w:val="TableNormal"/>
    <w:pPr>
      <w:spacing w:after="0" w:line="240" w:lineRule="auto"/>
    </w:pPr>
    <w:tblPr>
      <w:tblStyleRowBandSize w:val="1"/>
      <w:tblStyleColBandSize w:val="1"/>
    </w:tblPr>
  </w:style>
  <w:style w:type="table" w:customStyle="1" w:styleId="afffffffffb">
    <w:basedOn w:val="TableNormal"/>
    <w:pPr>
      <w:spacing w:after="0" w:line="240" w:lineRule="auto"/>
    </w:pPr>
    <w:tblPr>
      <w:tblStyleRowBandSize w:val="1"/>
      <w:tblStyleColBandSize w:val="1"/>
    </w:tblPr>
  </w:style>
  <w:style w:type="table" w:customStyle="1" w:styleId="afffffffffc">
    <w:basedOn w:val="TableNormal"/>
    <w:pPr>
      <w:spacing w:after="0" w:line="240" w:lineRule="auto"/>
    </w:pPr>
    <w:tblPr>
      <w:tblStyleRowBandSize w:val="1"/>
      <w:tblStyleColBandSize w:val="1"/>
    </w:tblPr>
  </w:style>
  <w:style w:type="table" w:customStyle="1" w:styleId="afffffffffd">
    <w:basedOn w:val="TableNormal"/>
    <w:pPr>
      <w:spacing w:after="0" w:line="240" w:lineRule="auto"/>
    </w:pPr>
    <w:tblPr>
      <w:tblStyleRowBandSize w:val="1"/>
      <w:tblStyleColBandSize w:val="1"/>
    </w:tblPr>
  </w:style>
  <w:style w:type="table" w:customStyle="1" w:styleId="afffffffffe">
    <w:basedOn w:val="TableNormal"/>
    <w:pPr>
      <w:spacing w:after="0" w:line="240" w:lineRule="auto"/>
    </w:pPr>
    <w:tblPr>
      <w:tblStyleRowBandSize w:val="1"/>
      <w:tblStyleColBandSize w:val="1"/>
    </w:tblPr>
  </w:style>
  <w:style w:type="table" w:customStyle="1" w:styleId="affffffffff">
    <w:basedOn w:val="TableNormal"/>
    <w:pPr>
      <w:spacing w:after="0" w:line="240" w:lineRule="auto"/>
    </w:pPr>
    <w:tblPr>
      <w:tblStyleRowBandSize w:val="1"/>
      <w:tblStyleColBandSize w:val="1"/>
    </w:tblPr>
  </w:style>
  <w:style w:type="table" w:customStyle="1" w:styleId="affffffffff0">
    <w:basedOn w:val="TableNormal"/>
    <w:pPr>
      <w:spacing w:after="0" w:line="240" w:lineRule="auto"/>
    </w:pPr>
    <w:tblPr>
      <w:tblStyleRowBandSize w:val="1"/>
      <w:tblStyleColBandSize w:val="1"/>
    </w:tblPr>
  </w:style>
  <w:style w:type="table" w:customStyle="1" w:styleId="affffffffff1">
    <w:basedOn w:val="TableNormal"/>
    <w:pPr>
      <w:spacing w:after="0" w:line="240" w:lineRule="auto"/>
    </w:pPr>
    <w:tblPr>
      <w:tblStyleRowBandSize w:val="1"/>
      <w:tblStyleColBandSize w:val="1"/>
    </w:tblPr>
  </w:style>
  <w:style w:type="table" w:customStyle="1" w:styleId="affffffffff2">
    <w:basedOn w:val="TableNormal"/>
    <w:pPr>
      <w:spacing w:after="0" w:line="240" w:lineRule="auto"/>
    </w:pPr>
    <w:tblPr>
      <w:tblStyleRowBandSize w:val="1"/>
      <w:tblStyleColBandSize w:val="1"/>
    </w:tblPr>
  </w:style>
  <w:style w:type="table" w:customStyle="1" w:styleId="affffffffff3">
    <w:basedOn w:val="TableNormal"/>
    <w:tblPr>
      <w:tblStyleRowBandSize w:val="1"/>
      <w:tblStyleColBandSize w:val="1"/>
    </w:tblPr>
  </w:style>
  <w:style w:type="table" w:customStyle="1" w:styleId="affffffffff4">
    <w:basedOn w:val="TableNormal"/>
    <w:pPr>
      <w:spacing w:after="0" w:line="240" w:lineRule="auto"/>
    </w:pPr>
    <w:tblPr>
      <w:tblStyleRowBandSize w:val="1"/>
      <w:tblStyleColBandSize w:val="1"/>
    </w:tblPr>
  </w:style>
  <w:style w:type="table" w:customStyle="1" w:styleId="affffffffff5">
    <w:basedOn w:val="TableNormal"/>
    <w:pPr>
      <w:spacing w:after="0" w:line="240" w:lineRule="auto"/>
    </w:pPr>
    <w:tblPr>
      <w:tblStyleRowBandSize w:val="1"/>
      <w:tblStyleColBandSize w:val="1"/>
    </w:tblPr>
  </w:style>
  <w:style w:type="table" w:customStyle="1" w:styleId="affffffffff6">
    <w:basedOn w:val="TableNormal"/>
    <w:pPr>
      <w:spacing w:after="0" w:line="240" w:lineRule="auto"/>
    </w:pPr>
    <w:tblPr>
      <w:tblStyleRowBandSize w:val="1"/>
      <w:tblStyleColBandSize w:val="1"/>
    </w:tblPr>
  </w:style>
  <w:style w:type="table" w:customStyle="1" w:styleId="affffffffff7">
    <w:basedOn w:val="TableNormal"/>
    <w:pPr>
      <w:spacing w:after="0" w:line="240" w:lineRule="auto"/>
    </w:pPr>
    <w:tblPr>
      <w:tblStyleRowBandSize w:val="1"/>
      <w:tblStyleColBandSize w:val="1"/>
    </w:tblPr>
  </w:style>
  <w:style w:type="table" w:customStyle="1" w:styleId="affffffffff8">
    <w:basedOn w:val="TableNormal"/>
    <w:pPr>
      <w:spacing w:after="0" w:line="240" w:lineRule="auto"/>
    </w:pPr>
    <w:tblPr>
      <w:tblStyleRowBandSize w:val="1"/>
      <w:tblStyleColBandSize w:val="1"/>
    </w:tblPr>
  </w:style>
  <w:style w:type="table" w:customStyle="1" w:styleId="affffffffff9">
    <w:basedOn w:val="TableNormal"/>
    <w:pPr>
      <w:spacing w:after="0" w:line="240" w:lineRule="auto"/>
    </w:pPr>
    <w:tblPr>
      <w:tblStyleRowBandSize w:val="1"/>
      <w:tblStyleColBandSize w:val="1"/>
    </w:tblPr>
  </w:style>
  <w:style w:type="table" w:customStyle="1" w:styleId="affffffffffa">
    <w:basedOn w:val="TableNormal"/>
    <w:pPr>
      <w:spacing w:after="0" w:line="240" w:lineRule="auto"/>
    </w:pPr>
    <w:tblPr>
      <w:tblStyleRowBandSize w:val="1"/>
      <w:tblStyleColBandSize w:val="1"/>
    </w:tblPr>
  </w:style>
  <w:style w:type="table" w:customStyle="1" w:styleId="affffffffffb">
    <w:basedOn w:val="TableNormal"/>
    <w:pPr>
      <w:spacing w:after="0" w:line="240" w:lineRule="auto"/>
    </w:pPr>
    <w:tblPr>
      <w:tblStyleRowBandSize w:val="1"/>
      <w:tblStyleColBandSize w:val="1"/>
    </w:tblPr>
  </w:style>
  <w:style w:type="table" w:customStyle="1" w:styleId="affffffffffc">
    <w:basedOn w:val="TableNormal"/>
    <w:pPr>
      <w:spacing w:after="0" w:line="240" w:lineRule="auto"/>
    </w:pPr>
    <w:tblPr>
      <w:tblStyleRowBandSize w:val="1"/>
      <w:tblStyleColBandSize w:val="1"/>
    </w:tblPr>
  </w:style>
  <w:style w:type="table" w:customStyle="1" w:styleId="affffffffffd">
    <w:basedOn w:val="TableNormal"/>
    <w:pPr>
      <w:spacing w:after="0" w:line="240" w:lineRule="auto"/>
    </w:pPr>
    <w:tblPr>
      <w:tblStyleRowBandSize w:val="1"/>
      <w:tblStyleColBandSize w:val="1"/>
    </w:tblPr>
  </w:style>
  <w:style w:type="table" w:customStyle="1" w:styleId="affffffffffe">
    <w:basedOn w:val="TableNormal"/>
    <w:pPr>
      <w:spacing w:after="0" w:line="240" w:lineRule="auto"/>
    </w:pPr>
    <w:tblPr>
      <w:tblStyleRowBandSize w:val="1"/>
      <w:tblStyleColBandSize w:val="1"/>
    </w:tblPr>
  </w:style>
  <w:style w:type="table" w:customStyle="1" w:styleId="afffffffffff">
    <w:basedOn w:val="TableNormal"/>
    <w:pPr>
      <w:spacing w:after="0" w:line="240" w:lineRule="auto"/>
    </w:pPr>
    <w:tblPr>
      <w:tblStyleRowBandSize w:val="1"/>
      <w:tblStyleColBandSize w:val="1"/>
    </w:tblPr>
  </w:style>
  <w:style w:type="table" w:customStyle="1" w:styleId="afffffffffff0">
    <w:basedOn w:val="TableNormal"/>
    <w:pPr>
      <w:spacing w:after="0" w:line="240" w:lineRule="auto"/>
    </w:pPr>
    <w:tblPr>
      <w:tblStyleRowBandSize w:val="1"/>
      <w:tblStyleColBandSize w:val="1"/>
    </w:tblPr>
  </w:style>
  <w:style w:type="table" w:customStyle="1" w:styleId="afffffffffff1">
    <w:basedOn w:val="TableNormal"/>
    <w:pPr>
      <w:spacing w:after="0" w:line="240" w:lineRule="auto"/>
    </w:pPr>
    <w:tblPr>
      <w:tblStyleRowBandSize w:val="1"/>
      <w:tblStyleColBandSize w:val="1"/>
    </w:tblPr>
  </w:style>
  <w:style w:type="table" w:customStyle="1" w:styleId="afffffffffff2">
    <w:basedOn w:val="TableNormal"/>
    <w:pPr>
      <w:spacing w:after="0" w:line="240" w:lineRule="auto"/>
    </w:pPr>
    <w:tblPr>
      <w:tblStyleRowBandSize w:val="1"/>
      <w:tblStyleColBandSize w:val="1"/>
    </w:tblPr>
  </w:style>
  <w:style w:type="table" w:customStyle="1" w:styleId="afffffffffff3">
    <w:basedOn w:val="TableNormal"/>
    <w:pPr>
      <w:spacing w:after="0" w:line="240" w:lineRule="auto"/>
    </w:pPr>
    <w:tblPr>
      <w:tblStyleRowBandSize w:val="1"/>
      <w:tblStyleColBandSize w:val="1"/>
    </w:tblPr>
  </w:style>
  <w:style w:type="table" w:customStyle="1" w:styleId="afffffffffff4">
    <w:basedOn w:val="TableNormal"/>
    <w:pPr>
      <w:spacing w:after="0" w:line="240" w:lineRule="auto"/>
    </w:pPr>
    <w:tblPr>
      <w:tblStyleRowBandSize w:val="1"/>
      <w:tblStyleColBandSize w:val="1"/>
    </w:tblPr>
  </w:style>
  <w:style w:type="table" w:customStyle="1" w:styleId="afffffffffff5">
    <w:basedOn w:val="TableNormal"/>
    <w:pPr>
      <w:spacing w:after="0" w:line="240" w:lineRule="auto"/>
    </w:pPr>
    <w:tblPr>
      <w:tblStyleRowBandSize w:val="1"/>
      <w:tblStyleColBandSize w:val="1"/>
    </w:tblPr>
  </w:style>
  <w:style w:type="table" w:customStyle="1" w:styleId="afffffffffff6">
    <w:basedOn w:val="TableNormal"/>
    <w:pPr>
      <w:spacing w:after="0" w:line="240" w:lineRule="auto"/>
    </w:pPr>
    <w:tblPr>
      <w:tblStyleRowBandSize w:val="1"/>
      <w:tblStyleColBandSize w:val="1"/>
    </w:tblPr>
  </w:style>
  <w:style w:type="table" w:customStyle="1" w:styleId="afffffffffff7">
    <w:basedOn w:val="TableNormal"/>
    <w:pPr>
      <w:spacing w:after="0" w:line="240" w:lineRule="auto"/>
    </w:pPr>
    <w:tblPr>
      <w:tblStyleRowBandSize w:val="1"/>
      <w:tblStyleColBandSize w:val="1"/>
    </w:tblPr>
  </w:style>
  <w:style w:type="table" w:customStyle="1" w:styleId="afffffffffff8">
    <w:basedOn w:val="TableNormal"/>
    <w:pPr>
      <w:spacing w:after="0" w:line="240" w:lineRule="auto"/>
    </w:pPr>
    <w:tblPr>
      <w:tblStyleRowBandSize w:val="1"/>
      <w:tblStyleColBandSize w:val="1"/>
    </w:tblPr>
  </w:style>
  <w:style w:type="table" w:customStyle="1" w:styleId="afffffffffff9">
    <w:basedOn w:val="TableNormal"/>
    <w:pPr>
      <w:spacing w:after="0" w:line="240" w:lineRule="auto"/>
    </w:pPr>
    <w:tblPr>
      <w:tblStyleRowBandSize w:val="1"/>
      <w:tblStyleColBandSize w:val="1"/>
    </w:tblPr>
  </w:style>
  <w:style w:type="table" w:customStyle="1" w:styleId="afffffffffffa">
    <w:basedOn w:val="TableNormal"/>
    <w:tblPr>
      <w:tblStyleRowBandSize w:val="1"/>
      <w:tblStyleColBandSize w:val="1"/>
    </w:tblPr>
  </w:style>
  <w:style w:type="table" w:customStyle="1" w:styleId="afffffffffffb">
    <w:basedOn w:val="TableNormal"/>
    <w:pPr>
      <w:spacing w:after="0" w:line="240" w:lineRule="auto"/>
    </w:pPr>
    <w:tblPr>
      <w:tblStyleRowBandSize w:val="1"/>
      <w:tblStyleColBandSize w:val="1"/>
    </w:tblPr>
  </w:style>
  <w:style w:type="table" w:customStyle="1" w:styleId="afffffffffffc">
    <w:basedOn w:val="TableNormal"/>
    <w:pPr>
      <w:spacing w:after="0" w:line="240" w:lineRule="auto"/>
    </w:pPr>
    <w:tblPr>
      <w:tblStyleRowBandSize w:val="1"/>
      <w:tblStyleColBandSize w:val="1"/>
    </w:tblPr>
  </w:style>
  <w:style w:type="table" w:customStyle="1" w:styleId="afffffffffffd">
    <w:basedOn w:val="TableNormal"/>
    <w:pPr>
      <w:spacing w:after="0" w:line="240" w:lineRule="auto"/>
    </w:pPr>
    <w:tblPr>
      <w:tblStyleRowBandSize w:val="1"/>
      <w:tblStyleColBandSize w:val="1"/>
    </w:tblPr>
  </w:style>
  <w:style w:type="table" w:customStyle="1" w:styleId="afffffffffffe">
    <w:basedOn w:val="TableNormal"/>
    <w:pPr>
      <w:spacing w:after="0" w:line="240" w:lineRule="auto"/>
    </w:pPr>
    <w:tblPr>
      <w:tblStyleRowBandSize w:val="1"/>
      <w:tblStyleColBandSize w:val="1"/>
    </w:tblPr>
  </w:style>
  <w:style w:type="table" w:customStyle="1" w:styleId="affffffffffff">
    <w:basedOn w:val="TableNormal"/>
    <w:pPr>
      <w:spacing w:after="0" w:line="240" w:lineRule="auto"/>
    </w:pPr>
    <w:tblPr>
      <w:tblStyleRowBandSize w:val="1"/>
      <w:tblStyleColBandSize w:val="1"/>
    </w:tblPr>
  </w:style>
  <w:style w:type="table" w:customStyle="1" w:styleId="affffffffffff0">
    <w:basedOn w:val="TableNormal"/>
    <w:pPr>
      <w:spacing w:after="0" w:line="240" w:lineRule="auto"/>
    </w:pPr>
    <w:tblPr>
      <w:tblStyleRowBandSize w:val="1"/>
      <w:tblStyleColBandSize w:val="1"/>
    </w:tblPr>
  </w:style>
  <w:style w:type="table" w:customStyle="1" w:styleId="affffffffffff1">
    <w:basedOn w:val="TableNormal"/>
    <w:pPr>
      <w:spacing w:after="0" w:line="240" w:lineRule="auto"/>
    </w:pPr>
    <w:tblPr>
      <w:tblStyleRowBandSize w:val="1"/>
      <w:tblStyleColBandSize w:val="1"/>
    </w:tblPr>
  </w:style>
  <w:style w:type="table" w:customStyle="1" w:styleId="affffffffffff2">
    <w:basedOn w:val="TableNormal"/>
    <w:pPr>
      <w:spacing w:after="0" w:line="240" w:lineRule="auto"/>
    </w:pPr>
    <w:tblPr>
      <w:tblStyleRowBandSize w:val="1"/>
      <w:tblStyleColBandSize w:val="1"/>
    </w:tblPr>
  </w:style>
  <w:style w:type="table" w:customStyle="1" w:styleId="affffffffffff3">
    <w:basedOn w:val="TableNormal"/>
    <w:pPr>
      <w:spacing w:after="0" w:line="240" w:lineRule="auto"/>
    </w:pPr>
    <w:tblPr>
      <w:tblStyleRowBandSize w:val="1"/>
      <w:tblStyleColBandSize w:val="1"/>
    </w:tblPr>
  </w:style>
  <w:style w:type="table" w:customStyle="1" w:styleId="affffffffffff4">
    <w:basedOn w:val="TableNormal"/>
    <w:pPr>
      <w:spacing w:after="0" w:line="240" w:lineRule="auto"/>
    </w:pPr>
    <w:tblPr>
      <w:tblStyleRowBandSize w:val="1"/>
      <w:tblStyleColBandSize w:val="1"/>
    </w:tblPr>
  </w:style>
  <w:style w:type="table" w:customStyle="1" w:styleId="affffffffffff5">
    <w:basedOn w:val="TableNormal"/>
    <w:pPr>
      <w:spacing w:after="0" w:line="240" w:lineRule="auto"/>
    </w:pPr>
    <w:tblPr>
      <w:tblStyleRowBandSize w:val="1"/>
      <w:tblStyleColBandSize w:val="1"/>
    </w:tblPr>
  </w:style>
  <w:style w:type="table" w:customStyle="1" w:styleId="affffffffffff6">
    <w:basedOn w:val="TableNormal"/>
    <w:pPr>
      <w:spacing w:after="0" w:line="240" w:lineRule="auto"/>
    </w:pPr>
    <w:tblPr>
      <w:tblStyleRowBandSize w:val="1"/>
      <w:tblStyleColBandSize w:val="1"/>
    </w:tblPr>
  </w:style>
  <w:style w:type="table" w:customStyle="1" w:styleId="affffffffffff7">
    <w:basedOn w:val="TableNormal"/>
    <w:pPr>
      <w:spacing w:after="0" w:line="240" w:lineRule="auto"/>
    </w:pPr>
    <w:tblPr>
      <w:tblStyleRowBandSize w:val="1"/>
      <w:tblStyleColBandSize w:val="1"/>
    </w:tblPr>
  </w:style>
  <w:style w:type="table" w:customStyle="1" w:styleId="affffffffffff8">
    <w:basedOn w:val="TableNormal"/>
    <w:pPr>
      <w:spacing w:after="0" w:line="240" w:lineRule="auto"/>
    </w:pPr>
    <w:tblPr>
      <w:tblStyleRowBandSize w:val="1"/>
      <w:tblStyleColBandSize w:val="1"/>
    </w:tblPr>
  </w:style>
  <w:style w:type="table" w:customStyle="1" w:styleId="affffffffffff9">
    <w:basedOn w:val="TableNormal"/>
    <w:pPr>
      <w:spacing w:after="0" w:line="240" w:lineRule="auto"/>
    </w:pPr>
    <w:tblPr>
      <w:tblStyleRowBandSize w:val="1"/>
      <w:tblStyleColBandSize w:val="1"/>
    </w:tblPr>
  </w:style>
  <w:style w:type="table" w:customStyle="1" w:styleId="affffffffffffa">
    <w:basedOn w:val="TableNormal"/>
    <w:pPr>
      <w:spacing w:after="0" w:line="240" w:lineRule="auto"/>
    </w:pPr>
    <w:tblPr>
      <w:tblStyleRowBandSize w:val="1"/>
      <w:tblStyleColBandSize w:val="1"/>
    </w:tblPr>
  </w:style>
  <w:style w:type="table" w:customStyle="1" w:styleId="affffffffffffb">
    <w:basedOn w:val="TableNormal"/>
    <w:pPr>
      <w:spacing w:after="0" w:line="240" w:lineRule="auto"/>
    </w:pPr>
    <w:tblPr>
      <w:tblStyleRowBandSize w:val="1"/>
      <w:tblStyleColBandSize w:val="1"/>
    </w:tblPr>
  </w:style>
  <w:style w:type="table" w:customStyle="1" w:styleId="affffffffffffc">
    <w:basedOn w:val="TableNormal"/>
    <w:pPr>
      <w:spacing w:after="0" w:line="240" w:lineRule="auto"/>
    </w:pPr>
    <w:tblPr>
      <w:tblStyleRowBandSize w:val="1"/>
      <w:tblStyleColBandSize w:val="1"/>
    </w:tblPr>
  </w:style>
  <w:style w:type="table" w:customStyle="1" w:styleId="affffffffffffd">
    <w:basedOn w:val="TableNormal"/>
    <w:pPr>
      <w:spacing w:after="0" w:line="240" w:lineRule="auto"/>
    </w:pPr>
    <w:tblPr>
      <w:tblStyleRowBandSize w:val="1"/>
      <w:tblStyleColBandSize w:val="1"/>
    </w:tblPr>
  </w:style>
  <w:style w:type="table" w:customStyle="1" w:styleId="affffffffffffe">
    <w:basedOn w:val="TableNormal"/>
    <w:pPr>
      <w:spacing w:after="0" w:line="240" w:lineRule="auto"/>
    </w:pPr>
    <w:tblPr>
      <w:tblStyleRowBandSize w:val="1"/>
      <w:tblStyleColBandSize w:val="1"/>
    </w:tblPr>
  </w:style>
  <w:style w:type="table" w:customStyle="1" w:styleId="afffffffffffff">
    <w:basedOn w:val="TableNormal"/>
    <w:pPr>
      <w:spacing w:after="0" w:line="240" w:lineRule="auto"/>
    </w:pPr>
    <w:tblPr>
      <w:tblStyleRowBandSize w:val="1"/>
      <w:tblStyleColBandSize w:val="1"/>
    </w:tblPr>
  </w:style>
  <w:style w:type="table" w:customStyle="1" w:styleId="afffffffffffff0">
    <w:basedOn w:val="TableNormal"/>
    <w:pPr>
      <w:spacing w:after="0" w:line="240" w:lineRule="auto"/>
    </w:pPr>
    <w:tblPr>
      <w:tblStyleRowBandSize w:val="1"/>
      <w:tblStyleColBandSize w:val="1"/>
    </w:tblPr>
  </w:style>
  <w:style w:type="table" w:customStyle="1" w:styleId="afffffffffffff1">
    <w:basedOn w:val="TableNormal"/>
    <w:tblPr>
      <w:tblStyleRowBandSize w:val="1"/>
      <w:tblStyleColBandSize w:val="1"/>
    </w:tblPr>
  </w:style>
  <w:style w:type="table" w:customStyle="1" w:styleId="afffffffffffff2">
    <w:basedOn w:val="TableNormal"/>
    <w:pPr>
      <w:spacing w:after="0" w:line="240" w:lineRule="auto"/>
    </w:pPr>
    <w:tblPr>
      <w:tblStyleRowBandSize w:val="1"/>
      <w:tblStyleColBandSize w:val="1"/>
    </w:tblPr>
  </w:style>
  <w:style w:type="table" w:customStyle="1" w:styleId="afffffffffffff3">
    <w:basedOn w:val="TableNormal"/>
    <w:pPr>
      <w:spacing w:after="0" w:line="240" w:lineRule="auto"/>
    </w:pPr>
    <w:tblPr>
      <w:tblStyleRowBandSize w:val="1"/>
      <w:tblStyleColBandSize w:val="1"/>
    </w:tblPr>
  </w:style>
  <w:style w:type="table" w:customStyle="1" w:styleId="afffffffffffff4">
    <w:basedOn w:val="TableNormal"/>
    <w:pPr>
      <w:spacing w:after="0" w:line="240" w:lineRule="auto"/>
    </w:pPr>
    <w:tblPr>
      <w:tblStyleRowBandSize w:val="1"/>
      <w:tblStyleColBandSize w:val="1"/>
    </w:tblPr>
  </w:style>
  <w:style w:type="table" w:customStyle="1" w:styleId="afffffffffffff5">
    <w:basedOn w:val="TableNormal"/>
    <w:pPr>
      <w:spacing w:after="0" w:line="240" w:lineRule="auto"/>
    </w:pPr>
    <w:tblPr>
      <w:tblStyleRowBandSize w:val="1"/>
      <w:tblStyleColBandSize w:val="1"/>
    </w:tblPr>
  </w:style>
  <w:style w:type="table" w:customStyle="1" w:styleId="afffffffffffff6">
    <w:basedOn w:val="TableNormal"/>
    <w:pPr>
      <w:spacing w:after="0" w:line="240" w:lineRule="auto"/>
    </w:pPr>
    <w:tblPr>
      <w:tblStyleRowBandSize w:val="1"/>
      <w:tblStyleColBandSize w:val="1"/>
    </w:tblPr>
  </w:style>
  <w:style w:type="table" w:customStyle="1" w:styleId="afffffffffffff7">
    <w:basedOn w:val="TableNormal"/>
    <w:pPr>
      <w:spacing w:after="0" w:line="240" w:lineRule="auto"/>
    </w:pPr>
    <w:tblPr>
      <w:tblStyleRowBandSize w:val="1"/>
      <w:tblStyleColBandSize w:val="1"/>
    </w:tblPr>
  </w:style>
  <w:style w:type="table" w:customStyle="1" w:styleId="afffffffffffff8">
    <w:basedOn w:val="TableNormal"/>
    <w:pPr>
      <w:spacing w:after="0" w:line="240" w:lineRule="auto"/>
    </w:pPr>
    <w:tblPr>
      <w:tblStyleRowBandSize w:val="1"/>
      <w:tblStyleColBandSize w:val="1"/>
    </w:tblPr>
  </w:style>
  <w:style w:type="table" w:customStyle="1" w:styleId="afffffffffffff9">
    <w:basedOn w:val="TableNormal"/>
    <w:pPr>
      <w:spacing w:after="0" w:line="240" w:lineRule="auto"/>
    </w:pPr>
    <w:tblPr>
      <w:tblStyleRowBandSize w:val="1"/>
      <w:tblStyleColBandSize w:val="1"/>
    </w:tblPr>
  </w:style>
  <w:style w:type="table" w:customStyle="1" w:styleId="afffffffffffffa">
    <w:basedOn w:val="TableNormal"/>
    <w:pPr>
      <w:spacing w:after="0" w:line="240" w:lineRule="auto"/>
    </w:pPr>
    <w:tblPr>
      <w:tblStyleRowBandSize w:val="1"/>
      <w:tblStyleColBandSize w:val="1"/>
    </w:tblPr>
  </w:style>
  <w:style w:type="table" w:customStyle="1" w:styleId="afffffffffffffb">
    <w:basedOn w:val="TableNormal"/>
    <w:pPr>
      <w:spacing w:after="0" w:line="240" w:lineRule="auto"/>
    </w:pPr>
    <w:tblPr>
      <w:tblStyleRowBandSize w:val="1"/>
      <w:tblStyleColBandSize w:val="1"/>
    </w:tblPr>
  </w:style>
  <w:style w:type="table" w:customStyle="1" w:styleId="afffffffffffffc">
    <w:basedOn w:val="TableNormal"/>
    <w:pPr>
      <w:spacing w:after="0" w:line="240" w:lineRule="auto"/>
    </w:pPr>
    <w:tblPr>
      <w:tblStyleRowBandSize w:val="1"/>
      <w:tblStyleColBandSize w:val="1"/>
    </w:tblPr>
  </w:style>
  <w:style w:type="table" w:customStyle="1" w:styleId="afffffffffffffd">
    <w:basedOn w:val="TableNormal"/>
    <w:pPr>
      <w:spacing w:after="0" w:line="240" w:lineRule="auto"/>
    </w:pPr>
    <w:tblPr>
      <w:tblStyleRowBandSize w:val="1"/>
      <w:tblStyleColBandSize w:val="1"/>
    </w:tblPr>
  </w:style>
  <w:style w:type="table" w:customStyle="1" w:styleId="afffffffffffffe">
    <w:basedOn w:val="TableNormal"/>
    <w:pPr>
      <w:spacing w:after="0" w:line="240" w:lineRule="auto"/>
    </w:pPr>
    <w:tblPr>
      <w:tblStyleRowBandSize w:val="1"/>
      <w:tblStyleColBandSize w:val="1"/>
    </w:tblPr>
  </w:style>
  <w:style w:type="table" w:customStyle="1" w:styleId="affffffffffffff">
    <w:basedOn w:val="TableNormal"/>
    <w:pPr>
      <w:spacing w:after="0" w:line="240" w:lineRule="auto"/>
    </w:pPr>
    <w:tblPr>
      <w:tblStyleRowBandSize w:val="1"/>
      <w:tblStyleColBandSize w:val="1"/>
    </w:tblPr>
  </w:style>
  <w:style w:type="table" w:customStyle="1" w:styleId="affffffffffffff0">
    <w:basedOn w:val="TableNormal"/>
    <w:pPr>
      <w:spacing w:after="0" w:line="240" w:lineRule="auto"/>
    </w:pPr>
    <w:tblPr>
      <w:tblStyleRowBandSize w:val="1"/>
      <w:tblStyleColBandSize w:val="1"/>
    </w:tblPr>
  </w:style>
  <w:style w:type="table" w:customStyle="1" w:styleId="affffffffffffff1">
    <w:basedOn w:val="TableNormal"/>
    <w:pPr>
      <w:spacing w:after="0" w:line="240" w:lineRule="auto"/>
    </w:pPr>
    <w:tblPr>
      <w:tblStyleRowBandSize w:val="1"/>
      <w:tblStyleColBandSize w:val="1"/>
    </w:tblPr>
  </w:style>
  <w:style w:type="table" w:customStyle="1" w:styleId="affffffffffffff2">
    <w:basedOn w:val="TableNormal"/>
    <w:pPr>
      <w:spacing w:after="0" w:line="240" w:lineRule="auto"/>
    </w:pPr>
    <w:tblPr>
      <w:tblStyleRowBandSize w:val="1"/>
      <w:tblStyleColBandSize w:val="1"/>
    </w:tblPr>
  </w:style>
  <w:style w:type="table" w:customStyle="1" w:styleId="affffffffffffff3">
    <w:basedOn w:val="TableNormal"/>
    <w:pPr>
      <w:spacing w:after="0" w:line="240" w:lineRule="auto"/>
    </w:pPr>
    <w:tblPr>
      <w:tblStyleRowBandSize w:val="1"/>
      <w:tblStyleColBandSize w:val="1"/>
    </w:tblPr>
  </w:style>
  <w:style w:type="table" w:customStyle="1" w:styleId="affffffffffffff4">
    <w:basedOn w:val="TableNormal"/>
    <w:pPr>
      <w:spacing w:after="0" w:line="240" w:lineRule="auto"/>
    </w:pPr>
    <w:tblPr>
      <w:tblStyleRowBandSize w:val="1"/>
      <w:tblStyleColBandSize w:val="1"/>
    </w:tblPr>
  </w:style>
  <w:style w:type="table" w:customStyle="1" w:styleId="affffffffffffff5">
    <w:basedOn w:val="TableNormal"/>
    <w:pPr>
      <w:spacing w:after="0" w:line="240" w:lineRule="auto"/>
    </w:pPr>
    <w:tblPr>
      <w:tblStyleRowBandSize w:val="1"/>
      <w:tblStyleColBandSize w:val="1"/>
    </w:tblPr>
  </w:style>
  <w:style w:type="table" w:customStyle="1" w:styleId="affffffffffffff6">
    <w:basedOn w:val="TableNormal"/>
    <w:pPr>
      <w:spacing w:after="0" w:line="240" w:lineRule="auto"/>
    </w:pPr>
    <w:tblPr>
      <w:tblStyleRowBandSize w:val="1"/>
      <w:tblStyleColBandSize w:val="1"/>
    </w:tblPr>
  </w:style>
  <w:style w:type="table" w:customStyle="1" w:styleId="affffffffffffff7">
    <w:basedOn w:val="TableNormal"/>
    <w:pPr>
      <w:spacing w:after="0" w:line="240" w:lineRule="auto"/>
    </w:pPr>
    <w:tblPr>
      <w:tblStyleRowBandSize w:val="1"/>
      <w:tblStyleColBandSize w:val="1"/>
    </w:tblPr>
  </w:style>
  <w:style w:type="table" w:customStyle="1" w:styleId="affffffffffffff8">
    <w:basedOn w:val="TableNormal"/>
    <w:tblPr>
      <w:tblStyleRowBandSize w:val="1"/>
      <w:tblStyleColBandSize w:val="1"/>
    </w:tblPr>
  </w:style>
  <w:style w:type="table" w:customStyle="1" w:styleId="affffffffffffff9">
    <w:basedOn w:val="TableNormal"/>
    <w:pPr>
      <w:spacing w:after="0" w:line="240" w:lineRule="auto"/>
    </w:pPr>
    <w:tblPr>
      <w:tblStyleRowBandSize w:val="1"/>
      <w:tblStyleColBandSize w:val="1"/>
    </w:tblPr>
  </w:style>
  <w:style w:type="table" w:customStyle="1" w:styleId="affffffffffffffa">
    <w:basedOn w:val="TableNormal"/>
    <w:pPr>
      <w:spacing w:after="0" w:line="240" w:lineRule="auto"/>
    </w:pPr>
    <w:tblPr>
      <w:tblStyleRowBandSize w:val="1"/>
      <w:tblStyleColBandSize w:val="1"/>
    </w:tblPr>
  </w:style>
  <w:style w:type="table" w:customStyle="1" w:styleId="affffffffffffffb">
    <w:basedOn w:val="TableNormal"/>
    <w:pPr>
      <w:spacing w:after="0" w:line="240" w:lineRule="auto"/>
    </w:pPr>
    <w:tblPr>
      <w:tblStyleRowBandSize w:val="1"/>
      <w:tblStyleColBandSize w:val="1"/>
    </w:tblPr>
  </w:style>
  <w:style w:type="table" w:customStyle="1" w:styleId="affffffffffffffc">
    <w:basedOn w:val="TableNormal"/>
    <w:pPr>
      <w:spacing w:after="0" w:line="240" w:lineRule="auto"/>
    </w:pPr>
    <w:tblPr>
      <w:tblStyleRowBandSize w:val="1"/>
      <w:tblStyleColBandSize w:val="1"/>
    </w:tblPr>
  </w:style>
  <w:style w:type="table" w:customStyle="1" w:styleId="affffffffffffffd">
    <w:basedOn w:val="TableNormal"/>
    <w:pPr>
      <w:spacing w:after="0" w:line="240" w:lineRule="auto"/>
    </w:pPr>
    <w:tblPr>
      <w:tblStyleRowBandSize w:val="1"/>
      <w:tblStyleColBandSize w:val="1"/>
    </w:tblPr>
  </w:style>
  <w:style w:type="table" w:customStyle="1" w:styleId="affffffffffffffe">
    <w:basedOn w:val="TableNormal"/>
    <w:pPr>
      <w:spacing w:after="0" w:line="240" w:lineRule="auto"/>
    </w:pPr>
    <w:tblPr>
      <w:tblStyleRowBandSize w:val="1"/>
      <w:tblStyleColBandSize w:val="1"/>
    </w:tblPr>
  </w:style>
  <w:style w:type="table" w:customStyle="1" w:styleId="afffffffffffffff">
    <w:basedOn w:val="TableNormal"/>
    <w:pPr>
      <w:spacing w:after="0" w:line="240" w:lineRule="auto"/>
    </w:pPr>
    <w:tblPr>
      <w:tblStyleRowBandSize w:val="1"/>
      <w:tblStyleColBandSize w:val="1"/>
    </w:tblPr>
  </w:style>
  <w:style w:type="table" w:customStyle="1" w:styleId="afffffffffffffff0">
    <w:basedOn w:val="TableNormal"/>
    <w:pPr>
      <w:spacing w:after="0" w:line="240" w:lineRule="auto"/>
    </w:pPr>
    <w:tblPr>
      <w:tblStyleRowBandSize w:val="1"/>
      <w:tblStyleColBandSize w:val="1"/>
    </w:tblPr>
  </w:style>
  <w:style w:type="table" w:customStyle="1" w:styleId="afffffffffffffff1">
    <w:basedOn w:val="TableNormal"/>
    <w:pPr>
      <w:spacing w:after="0" w:line="240" w:lineRule="auto"/>
    </w:pPr>
    <w:tblPr>
      <w:tblStyleRowBandSize w:val="1"/>
      <w:tblStyleColBandSize w:val="1"/>
    </w:tblPr>
  </w:style>
  <w:style w:type="table" w:customStyle="1" w:styleId="afffffffffffffff2">
    <w:basedOn w:val="TableNormal"/>
    <w:pPr>
      <w:spacing w:after="0" w:line="240" w:lineRule="auto"/>
    </w:pPr>
    <w:tblPr>
      <w:tblStyleRowBandSize w:val="1"/>
      <w:tblStyleColBandSize w:val="1"/>
    </w:tblPr>
  </w:style>
  <w:style w:type="table" w:customStyle="1" w:styleId="afffffffffffffff3">
    <w:basedOn w:val="TableNormal"/>
    <w:pPr>
      <w:spacing w:after="0" w:line="240" w:lineRule="auto"/>
    </w:pPr>
    <w:tblPr>
      <w:tblStyleRowBandSize w:val="1"/>
      <w:tblStyleColBandSize w:val="1"/>
    </w:tblPr>
  </w:style>
  <w:style w:type="table" w:customStyle="1" w:styleId="afffffffffffffff4">
    <w:basedOn w:val="TableNormal"/>
    <w:pPr>
      <w:spacing w:after="0" w:line="240" w:lineRule="auto"/>
    </w:pPr>
    <w:tblPr>
      <w:tblStyleRowBandSize w:val="1"/>
      <w:tblStyleColBandSize w:val="1"/>
    </w:tblPr>
  </w:style>
  <w:style w:type="table" w:customStyle="1" w:styleId="afffffffffffffff5">
    <w:basedOn w:val="TableNormal"/>
    <w:pPr>
      <w:spacing w:after="0" w:line="240" w:lineRule="auto"/>
    </w:pPr>
    <w:tblPr>
      <w:tblStyleRowBandSize w:val="1"/>
      <w:tblStyleColBandSize w:val="1"/>
    </w:tblPr>
  </w:style>
  <w:style w:type="table" w:customStyle="1" w:styleId="afffffffffffffff6">
    <w:basedOn w:val="TableNormal"/>
    <w:pPr>
      <w:spacing w:after="0" w:line="240" w:lineRule="auto"/>
    </w:pPr>
    <w:tblPr>
      <w:tblStyleRowBandSize w:val="1"/>
      <w:tblStyleColBandSize w:val="1"/>
    </w:tblPr>
  </w:style>
  <w:style w:type="table" w:customStyle="1" w:styleId="afffffffffffffff7">
    <w:basedOn w:val="TableNormal"/>
    <w:pPr>
      <w:spacing w:after="0" w:line="240" w:lineRule="auto"/>
    </w:pPr>
    <w:tblPr>
      <w:tblStyleRowBandSize w:val="1"/>
      <w:tblStyleColBandSize w:val="1"/>
    </w:tblPr>
  </w:style>
  <w:style w:type="table" w:customStyle="1" w:styleId="afffffffffffffff8">
    <w:basedOn w:val="TableNormal"/>
    <w:pPr>
      <w:spacing w:after="0" w:line="240" w:lineRule="auto"/>
    </w:pPr>
    <w:tblPr>
      <w:tblStyleRowBandSize w:val="1"/>
      <w:tblStyleColBandSize w:val="1"/>
    </w:tblPr>
  </w:style>
  <w:style w:type="table" w:customStyle="1" w:styleId="afffffffffffffff9">
    <w:basedOn w:val="TableNormal"/>
    <w:pPr>
      <w:spacing w:after="0" w:line="240" w:lineRule="auto"/>
    </w:pPr>
    <w:tblPr>
      <w:tblStyleRowBandSize w:val="1"/>
      <w:tblStyleColBandSize w:val="1"/>
    </w:tblPr>
  </w:style>
  <w:style w:type="table" w:customStyle="1" w:styleId="afffffffffffffffa">
    <w:basedOn w:val="TableNormal"/>
    <w:pPr>
      <w:spacing w:after="0" w:line="240" w:lineRule="auto"/>
    </w:pPr>
    <w:tblPr>
      <w:tblStyleRowBandSize w:val="1"/>
      <w:tblStyleColBandSize w:val="1"/>
    </w:tblPr>
  </w:style>
  <w:style w:type="table" w:customStyle="1" w:styleId="afffffffffffffffb">
    <w:basedOn w:val="TableNormal"/>
    <w:pPr>
      <w:spacing w:after="0" w:line="240" w:lineRule="auto"/>
    </w:pPr>
    <w:tblPr>
      <w:tblStyleRowBandSize w:val="1"/>
      <w:tblStyleColBandSize w:val="1"/>
    </w:tblPr>
  </w:style>
  <w:style w:type="table" w:customStyle="1" w:styleId="afffffffffffffffc">
    <w:basedOn w:val="TableNormal"/>
    <w:pPr>
      <w:spacing w:after="0" w:line="240" w:lineRule="auto"/>
    </w:pPr>
    <w:tblPr>
      <w:tblStyleRowBandSize w:val="1"/>
      <w:tblStyleColBandSize w:val="1"/>
    </w:tblPr>
  </w:style>
  <w:style w:type="table" w:customStyle="1" w:styleId="afffffffffffffffd">
    <w:basedOn w:val="TableNormal"/>
    <w:pPr>
      <w:spacing w:after="0" w:line="240" w:lineRule="auto"/>
    </w:pPr>
    <w:tblPr>
      <w:tblStyleRowBandSize w:val="1"/>
      <w:tblStyleColBandSize w:val="1"/>
    </w:tblPr>
  </w:style>
  <w:style w:type="table" w:customStyle="1" w:styleId="afffffffffffffffe">
    <w:basedOn w:val="TableNormal"/>
    <w:pPr>
      <w:spacing w:after="0" w:line="240" w:lineRule="auto"/>
    </w:pPr>
    <w:tblPr>
      <w:tblStyleRowBandSize w:val="1"/>
      <w:tblStyleColBandSize w:val="1"/>
    </w:tblPr>
  </w:style>
  <w:style w:type="table" w:customStyle="1" w:styleId="affffffffffffffff">
    <w:basedOn w:val="TableNormal"/>
    <w:tblPr>
      <w:tblStyleRowBandSize w:val="1"/>
      <w:tblStyleColBandSize w:val="1"/>
    </w:tblPr>
  </w:style>
  <w:style w:type="table" w:customStyle="1" w:styleId="affffffffffffffff0">
    <w:basedOn w:val="TableNormal"/>
    <w:pPr>
      <w:spacing w:after="0" w:line="240" w:lineRule="auto"/>
    </w:pPr>
    <w:tblPr>
      <w:tblStyleRowBandSize w:val="1"/>
      <w:tblStyleColBandSize w:val="1"/>
    </w:tblPr>
  </w:style>
  <w:style w:type="table" w:customStyle="1" w:styleId="affffffffffffffff1">
    <w:basedOn w:val="TableNormal"/>
    <w:pPr>
      <w:spacing w:after="0" w:line="240" w:lineRule="auto"/>
    </w:pPr>
    <w:tblPr>
      <w:tblStyleRowBandSize w:val="1"/>
      <w:tblStyleColBandSize w:val="1"/>
    </w:tblPr>
  </w:style>
  <w:style w:type="table" w:customStyle="1" w:styleId="affffffffffffffff2">
    <w:basedOn w:val="TableNormal"/>
    <w:pPr>
      <w:spacing w:after="0" w:line="240" w:lineRule="auto"/>
    </w:pPr>
    <w:tblPr>
      <w:tblStyleRowBandSize w:val="1"/>
      <w:tblStyleColBandSize w:val="1"/>
    </w:tblPr>
  </w:style>
  <w:style w:type="table" w:customStyle="1" w:styleId="affffffffffffffff3">
    <w:basedOn w:val="TableNormal"/>
    <w:pPr>
      <w:spacing w:after="0" w:line="240" w:lineRule="auto"/>
    </w:pPr>
    <w:tblPr>
      <w:tblStyleRowBandSize w:val="1"/>
      <w:tblStyleColBandSize w:val="1"/>
    </w:tblPr>
  </w:style>
  <w:style w:type="table" w:customStyle="1" w:styleId="affffffffffffffff4">
    <w:basedOn w:val="TableNormal"/>
    <w:pPr>
      <w:spacing w:after="0" w:line="240" w:lineRule="auto"/>
    </w:pPr>
    <w:tblPr>
      <w:tblStyleRowBandSize w:val="1"/>
      <w:tblStyleColBandSize w:val="1"/>
    </w:tblPr>
  </w:style>
  <w:style w:type="table" w:customStyle="1" w:styleId="affffffffffffffff5">
    <w:basedOn w:val="TableNormal"/>
    <w:pPr>
      <w:spacing w:after="0" w:line="240" w:lineRule="auto"/>
    </w:pPr>
    <w:tblPr>
      <w:tblStyleRowBandSize w:val="1"/>
      <w:tblStyleColBandSize w:val="1"/>
    </w:tblPr>
  </w:style>
  <w:style w:type="table" w:customStyle="1" w:styleId="affffffffffffffff6">
    <w:basedOn w:val="TableNormal"/>
    <w:pPr>
      <w:spacing w:after="0" w:line="240" w:lineRule="auto"/>
    </w:pPr>
    <w:tblPr>
      <w:tblStyleRowBandSize w:val="1"/>
      <w:tblStyleColBandSize w:val="1"/>
    </w:tblPr>
  </w:style>
  <w:style w:type="table" w:customStyle="1" w:styleId="affffffffffffffff7">
    <w:basedOn w:val="TableNormal"/>
    <w:pPr>
      <w:spacing w:after="0" w:line="240" w:lineRule="auto"/>
    </w:pPr>
    <w:tblPr>
      <w:tblStyleRowBandSize w:val="1"/>
      <w:tblStyleColBandSize w:val="1"/>
    </w:tblPr>
  </w:style>
  <w:style w:type="table" w:customStyle="1" w:styleId="affffffffffffffff8">
    <w:basedOn w:val="TableNormal"/>
    <w:pPr>
      <w:spacing w:after="0" w:line="240" w:lineRule="auto"/>
    </w:pPr>
    <w:tblPr>
      <w:tblStyleRowBandSize w:val="1"/>
      <w:tblStyleColBandSize w:val="1"/>
    </w:tblPr>
  </w:style>
  <w:style w:type="table" w:customStyle="1" w:styleId="affffffffffffffff9">
    <w:basedOn w:val="TableNormal"/>
    <w:pPr>
      <w:spacing w:after="0" w:line="240" w:lineRule="auto"/>
    </w:pPr>
    <w:tblPr>
      <w:tblStyleRowBandSize w:val="1"/>
      <w:tblStyleColBandSize w:val="1"/>
    </w:tblPr>
  </w:style>
  <w:style w:type="table" w:customStyle="1" w:styleId="affffffffffffffffa">
    <w:basedOn w:val="TableNormal"/>
    <w:pPr>
      <w:spacing w:after="0" w:line="240" w:lineRule="auto"/>
    </w:pPr>
    <w:tblPr>
      <w:tblStyleRowBandSize w:val="1"/>
      <w:tblStyleColBandSize w:val="1"/>
    </w:tblPr>
  </w:style>
  <w:style w:type="table" w:customStyle="1" w:styleId="affffffffffffffffb">
    <w:basedOn w:val="TableNormal"/>
    <w:pPr>
      <w:spacing w:after="0" w:line="240" w:lineRule="auto"/>
    </w:pPr>
    <w:tblPr>
      <w:tblStyleRowBandSize w:val="1"/>
      <w:tblStyleColBandSize w:val="1"/>
    </w:tblPr>
  </w:style>
  <w:style w:type="table" w:customStyle="1" w:styleId="affffffffffffffffc">
    <w:basedOn w:val="TableNormal"/>
    <w:pPr>
      <w:spacing w:after="0" w:line="240" w:lineRule="auto"/>
    </w:pPr>
    <w:tblPr>
      <w:tblStyleRowBandSize w:val="1"/>
      <w:tblStyleColBandSize w:val="1"/>
    </w:tblPr>
  </w:style>
  <w:style w:type="table" w:customStyle="1" w:styleId="affffffffffffffffd">
    <w:basedOn w:val="TableNormal"/>
    <w:pPr>
      <w:spacing w:after="0" w:line="240" w:lineRule="auto"/>
    </w:pPr>
    <w:tblPr>
      <w:tblStyleRowBandSize w:val="1"/>
      <w:tblStyleColBandSize w:val="1"/>
    </w:tblPr>
  </w:style>
  <w:style w:type="table" w:customStyle="1" w:styleId="affffffffffffffffe">
    <w:basedOn w:val="TableNormal"/>
    <w:pPr>
      <w:spacing w:after="0" w:line="240" w:lineRule="auto"/>
    </w:pPr>
    <w:tblPr>
      <w:tblStyleRowBandSize w:val="1"/>
      <w:tblStyleColBandSize w:val="1"/>
    </w:tblPr>
  </w:style>
  <w:style w:type="table" w:customStyle="1" w:styleId="afffffffffffffffff">
    <w:basedOn w:val="TableNormal"/>
    <w:pPr>
      <w:spacing w:after="0" w:line="240" w:lineRule="auto"/>
    </w:pPr>
    <w:tblPr>
      <w:tblStyleRowBandSize w:val="1"/>
      <w:tblStyleColBandSize w:val="1"/>
    </w:tblPr>
  </w:style>
  <w:style w:type="table" w:customStyle="1" w:styleId="afffffffffffffffff0">
    <w:basedOn w:val="TableNormal"/>
    <w:pPr>
      <w:spacing w:after="0" w:line="240" w:lineRule="auto"/>
    </w:pPr>
    <w:tblPr>
      <w:tblStyleRowBandSize w:val="1"/>
      <w:tblStyleColBandSize w:val="1"/>
    </w:tblPr>
  </w:style>
  <w:style w:type="table" w:customStyle="1" w:styleId="afffffffffffffffff1">
    <w:basedOn w:val="TableNormal"/>
    <w:pPr>
      <w:spacing w:after="0" w:line="240" w:lineRule="auto"/>
    </w:pPr>
    <w:tblPr>
      <w:tblStyleRowBandSize w:val="1"/>
      <w:tblStyleColBandSize w:val="1"/>
    </w:tblPr>
  </w:style>
  <w:style w:type="table" w:customStyle="1" w:styleId="afffffffffffffffff2">
    <w:basedOn w:val="TableNormal"/>
    <w:pPr>
      <w:spacing w:after="0" w:line="240" w:lineRule="auto"/>
    </w:pPr>
    <w:tblPr>
      <w:tblStyleRowBandSize w:val="1"/>
      <w:tblStyleColBandSize w:val="1"/>
    </w:tblPr>
  </w:style>
  <w:style w:type="table" w:customStyle="1" w:styleId="afffffffffffffffff3">
    <w:basedOn w:val="TableNormal"/>
    <w:pPr>
      <w:spacing w:after="0" w:line="240" w:lineRule="auto"/>
    </w:pPr>
    <w:tblPr>
      <w:tblStyleRowBandSize w:val="1"/>
      <w:tblStyleColBandSize w:val="1"/>
    </w:tblPr>
  </w:style>
  <w:style w:type="table" w:customStyle="1" w:styleId="afffffffffffffffff4">
    <w:basedOn w:val="TableNormal"/>
    <w:pPr>
      <w:spacing w:after="0" w:line="240" w:lineRule="auto"/>
    </w:pPr>
    <w:tblPr>
      <w:tblStyleRowBandSize w:val="1"/>
      <w:tblStyleColBandSize w:val="1"/>
    </w:tblPr>
  </w:style>
  <w:style w:type="table" w:customStyle="1" w:styleId="afffffffffffffffff5">
    <w:basedOn w:val="TableNormal"/>
    <w:pPr>
      <w:spacing w:after="0" w:line="240" w:lineRule="auto"/>
    </w:pPr>
    <w:tblPr>
      <w:tblStyleRowBandSize w:val="1"/>
      <w:tblStyleColBandSize w:val="1"/>
    </w:tblPr>
  </w:style>
  <w:style w:type="table" w:customStyle="1" w:styleId="afffffffffffffffff6">
    <w:basedOn w:val="TableNormal"/>
    <w:tblPr>
      <w:tblStyleRowBandSize w:val="1"/>
      <w:tblStyleColBandSize w:val="1"/>
    </w:tblPr>
  </w:style>
  <w:style w:type="table" w:customStyle="1" w:styleId="afffffffffffffffff7">
    <w:basedOn w:val="TableNormal"/>
    <w:pPr>
      <w:spacing w:after="0" w:line="240" w:lineRule="auto"/>
    </w:pPr>
    <w:tblPr>
      <w:tblStyleRowBandSize w:val="1"/>
      <w:tblStyleColBandSize w:val="1"/>
    </w:tblPr>
  </w:style>
  <w:style w:type="table" w:customStyle="1" w:styleId="afffffffffffffffff8">
    <w:basedOn w:val="TableNormal"/>
    <w:pPr>
      <w:spacing w:after="0" w:line="240" w:lineRule="auto"/>
    </w:pPr>
    <w:tblPr>
      <w:tblStyleRowBandSize w:val="1"/>
      <w:tblStyleColBandSize w:val="1"/>
    </w:tblPr>
  </w:style>
  <w:style w:type="table" w:customStyle="1" w:styleId="afffffffffffffffff9">
    <w:basedOn w:val="TableNormal"/>
    <w:pPr>
      <w:spacing w:after="0" w:line="240" w:lineRule="auto"/>
    </w:pPr>
    <w:tblPr>
      <w:tblStyleRowBandSize w:val="1"/>
      <w:tblStyleColBandSize w:val="1"/>
    </w:tblPr>
  </w:style>
  <w:style w:type="table" w:customStyle="1" w:styleId="afffffffffffffffffa">
    <w:basedOn w:val="TableNormal"/>
    <w:pPr>
      <w:spacing w:after="0" w:line="240" w:lineRule="auto"/>
    </w:pPr>
    <w:tblPr>
      <w:tblStyleRowBandSize w:val="1"/>
      <w:tblStyleColBandSize w:val="1"/>
    </w:tblPr>
  </w:style>
  <w:style w:type="table" w:customStyle="1" w:styleId="afffffffffffffffffb">
    <w:basedOn w:val="TableNormal"/>
    <w:pPr>
      <w:spacing w:after="0" w:line="240" w:lineRule="auto"/>
    </w:pPr>
    <w:tblPr>
      <w:tblStyleRowBandSize w:val="1"/>
      <w:tblStyleColBandSize w:val="1"/>
    </w:tblPr>
  </w:style>
  <w:style w:type="table" w:customStyle="1" w:styleId="afffffffffffffffffc">
    <w:basedOn w:val="TableNormal"/>
    <w:pPr>
      <w:spacing w:after="0" w:line="240" w:lineRule="auto"/>
    </w:pPr>
    <w:tblPr>
      <w:tblStyleRowBandSize w:val="1"/>
      <w:tblStyleColBandSize w:val="1"/>
    </w:tblPr>
  </w:style>
  <w:style w:type="table" w:customStyle="1" w:styleId="afffffffffffffffffd">
    <w:basedOn w:val="TableNormal"/>
    <w:pPr>
      <w:spacing w:after="0" w:line="240" w:lineRule="auto"/>
    </w:pPr>
    <w:tblPr>
      <w:tblStyleRowBandSize w:val="1"/>
      <w:tblStyleColBandSize w:val="1"/>
    </w:tblPr>
  </w:style>
  <w:style w:type="table" w:customStyle="1" w:styleId="afffffffffffffffffe">
    <w:basedOn w:val="TableNormal"/>
    <w:pPr>
      <w:spacing w:after="0" w:line="240" w:lineRule="auto"/>
    </w:pPr>
    <w:tblPr>
      <w:tblStyleRowBandSize w:val="1"/>
      <w:tblStyleColBandSize w:val="1"/>
    </w:tblPr>
  </w:style>
  <w:style w:type="table" w:customStyle="1" w:styleId="affffffffffffffffff">
    <w:basedOn w:val="TableNormal"/>
    <w:pPr>
      <w:spacing w:after="0" w:line="240" w:lineRule="auto"/>
    </w:pPr>
    <w:tblPr>
      <w:tblStyleRowBandSize w:val="1"/>
      <w:tblStyleColBandSize w:val="1"/>
    </w:tblPr>
  </w:style>
  <w:style w:type="table" w:customStyle="1" w:styleId="affffffffffffffffff0">
    <w:basedOn w:val="TableNormal"/>
    <w:pPr>
      <w:spacing w:after="0" w:line="240" w:lineRule="auto"/>
    </w:pPr>
    <w:tblPr>
      <w:tblStyleRowBandSize w:val="1"/>
      <w:tblStyleColBandSize w:val="1"/>
    </w:tblPr>
  </w:style>
  <w:style w:type="table" w:customStyle="1" w:styleId="affffffffffffffffff1">
    <w:basedOn w:val="TableNormal"/>
    <w:pPr>
      <w:spacing w:after="0" w:line="240" w:lineRule="auto"/>
    </w:pPr>
    <w:tblPr>
      <w:tblStyleRowBandSize w:val="1"/>
      <w:tblStyleColBandSize w:val="1"/>
    </w:tblPr>
  </w:style>
  <w:style w:type="table" w:customStyle="1" w:styleId="affffffffffffffffff2">
    <w:basedOn w:val="TableNormal"/>
    <w:pPr>
      <w:spacing w:after="0" w:line="240" w:lineRule="auto"/>
    </w:pPr>
    <w:tblPr>
      <w:tblStyleRowBandSize w:val="1"/>
      <w:tblStyleColBandSize w:val="1"/>
    </w:tblPr>
  </w:style>
  <w:style w:type="table" w:customStyle="1" w:styleId="affffffffffffffffff3">
    <w:basedOn w:val="TableNormal"/>
    <w:pPr>
      <w:spacing w:after="0" w:line="240" w:lineRule="auto"/>
    </w:pPr>
    <w:tblPr>
      <w:tblStyleRowBandSize w:val="1"/>
      <w:tblStyleColBandSize w:val="1"/>
    </w:tblPr>
  </w:style>
  <w:style w:type="table" w:customStyle="1" w:styleId="affffffffffffffffff4">
    <w:basedOn w:val="TableNormal"/>
    <w:pPr>
      <w:spacing w:after="0" w:line="240" w:lineRule="auto"/>
    </w:pPr>
    <w:tblPr>
      <w:tblStyleRowBandSize w:val="1"/>
      <w:tblStyleColBandSize w:val="1"/>
    </w:tblPr>
  </w:style>
  <w:style w:type="table" w:customStyle="1" w:styleId="affffffffffffffffff5">
    <w:basedOn w:val="TableNormal"/>
    <w:pPr>
      <w:spacing w:after="0" w:line="240" w:lineRule="auto"/>
    </w:pPr>
    <w:tblPr>
      <w:tblStyleRowBandSize w:val="1"/>
      <w:tblStyleColBandSize w:val="1"/>
    </w:tblPr>
  </w:style>
  <w:style w:type="table" w:customStyle="1" w:styleId="affffffffffffffffff6">
    <w:basedOn w:val="TableNormal"/>
    <w:pPr>
      <w:spacing w:after="0" w:line="240" w:lineRule="auto"/>
    </w:pPr>
    <w:tblPr>
      <w:tblStyleRowBandSize w:val="1"/>
      <w:tblStyleColBandSize w:val="1"/>
    </w:tblPr>
  </w:style>
  <w:style w:type="table" w:customStyle="1" w:styleId="affffffffffffffffff7">
    <w:basedOn w:val="TableNormal"/>
    <w:pPr>
      <w:spacing w:after="0" w:line="240" w:lineRule="auto"/>
    </w:pPr>
    <w:tblPr>
      <w:tblStyleRowBandSize w:val="1"/>
      <w:tblStyleColBandSize w:val="1"/>
    </w:tblPr>
  </w:style>
  <w:style w:type="table" w:customStyle="1" w:styleId="affffffffffffffffff8">
    <w:basedOn w:val="TableNormal"/>
    <w:pPr>
      <w:spacing w:after="0" w:line="240" w:lineRule="auto"/>
    </w:pPr>
    <w:tblPr>
      <w:tblStyleRowBandSize w:val="1"/>
      <w:tblStyleColBandSize w:val="1"/>
    </w:tblPr>
  </w:style>
  <w:style w:type="table" w:customStyle="1" w:styleId="affffffffffffffffff9">
    <w:basedOn w:val="TableNormal"/>
    <w:pPr>
      <w:spacing w:after="0" w:line="240" w:lineRule="auto"/>
    </w:pPr>
    <w:tblPr>
      <w:tblStyleRowBandSize w:val="1"/>
      <w:tblStyleColBandSize w:val="1"/>
    </w:tblPr>
  </w:style>
  <w:style w:type="table" w:customStyle="1" w:styleId="affffffffffffffffffa">
    <w:basedOn w:val="TableNormal"/>
    <w:pPr>
      <w:spacing w:after="0" w:line="240" w:lineRule="auto"/>
    </w:pPr>
    <w:tblPr>
      <w:tblStyleRowBandSize w:val="1"/>
      <w:tblStyleColBandSize w:val="1"/>
    </w:tblPr>
  </w:style>
  <w:style w:type="table" w:customStyle="1" w:styleId="affffffffffffffffffb">
    <w:basedOn w:val="TableNormal"/>
    <w:pPr>
      <w:spacing w:after="0" w:line="240" w:lineRule="auto"/>
    </w:pPr>
    <w:tblPr>
      <w:tblStyleRowBandSize w:val="1"/>
      <w:tblStyleColBandSize w:val="1"/>
    </w:tblPr>
  </w:style>
  <w:style w:type="table" w:customStyle="1" w:styleId="affffffffffffffffffc">
    <w:basedOn w:val="TableNormal"/>
    <w:pPr>
      <w:spacing w:after="0" w:line="240" w:lineRule="auto"/>
    </w:pPr>
    <w:tblPr>
      <w:tblStyleRowBandSize w:val="1"/>
      <w:tblStyleColBandSize w:val="1"/>
    </w:tblPr>
  </w:style>
  <w:style w:type="table" w:customStyle="1" w:styleId="affffffffffffffffffd">
    <w:basedOn w:val="TableNormal"/>
    <w:pPr>
      <w:spacing w:after="0" w:line="240" w:lineRule="auto"/>
    </w:pPr>
    <w:tblPr>
      <w:tblStyleRowBandSize w:val="1"/>
      <w:tblStyleColBandSize w:val="1"/>
    </w:tblPr>
  </w:style>
  <w:style w:type="table" w:customStyle="1" w:styleId="affffffffffffffffffe">
    <w:basedOn w:val="TableNormal"/>
    <w:pPr>
      <w:spacing w:after="0" w:line="240" w:lineRule="auto"/>
    </w:pPr>
    <w:tblPr>
      <w:tblStyleRowBandSize w:val="1"/>
      <w:tblStyleColBandSize w:val="1"/>
    </w:tblPr>
  </w:style>
  <w:style w:type="table" w:customStyle="1" w:styleId="afffffffffffffffffff">
    <w:basedOn w:val="TableNormal"/>
    <w:pPr>
      <w:spacing w:after="0" w:line="240" w:lineRule="auto"/>
    </w:pPr>
    <w:tblPr>
      <w:tblStyleRowBandSize w:val="1"/>
      <w:tblStyleColBandSize w:val="1"/>
    </w:tblPr>
  </w:style>
  <w:style w:type="table" w:customStyle="1" w:styleId="afffffffffffffffffff0">
    <w:basedOn w:val="TableNormal"/>
    <w:pPr>
      <w:spacing w:after="0" w:line="240" w:lineRule="auto"/>
    </w:pPr>
    <w:tblPr>
      <w:tblStyleRowBandSize w:val="1"/>
      <w:tblStyleColBandSize w:val="1"/>
    </w:tblPr>
  </w:style>
  <w:style w:type="table" w:customStyle="1" w:styleId="afffffffffffffffffff1">
    <w:basedOn w:val="TableNormal"/>
    <w:pPr>
      <w:spacing w:after="0" w:line="240" w:lineRule="auto"/>
    </w:pPr>
    <w:tblPr>
      <w:tblStyleRowBandSize w:val="1"/>
      <w:tblStyleColBandSize w:val="1"/>
    </w:tblPr>
  </w:style>
  <w:style w:type="table" w:customStyle="1" w:styleId="afffffffffffffffffff2">
    <w:basedOn w:val="TableNormal"/>
    <w:pPr>
      <w:spacing w:after="0" w:line="240" w:lineRule="auto"/>
    </w:pPr>
    <w:tblPr>
      <w:tblStyleRowBandSize w:val="1"/>
      <w:tblStyleColBandSize w:val="1"/>
    </w:tblPr>
  </w:style>
  <w:style w:type="table" w:customStyle="1" w:styleId="afffffffffffffffffff3">
    <w:basedOn w:val="TableNormal"/>
    <w:pPr>
      <w:spacing w:after="0" w:line="240" w:lineRule="auto"/>
    </w:pPr>
    <w:tblPr>
      <w:tblStyleRowBandSize w:val="1"/>
      <w:tblStyleColBandSize w:val="1"/>
    </w:tblPr>
  </w:style>
  <w:style w:type="table" w:customStyle="1" w:styleId="afffffffffffffffffff4">
    <w:basedOn w:val="TableNormal"/>
    <w:pPr>
      <w:spacing w:after="0" w:line="240" w:lineRule="auto"/>
    </w:pPr>
    <w:tblPr>
      <w:tblStyleRowBandSize w:val="1"/>
      <w:tblStyleColBandSize w:val="1"/>
    </w:tblPr>
  </w:style>
  <w:style w:type="table" w:customStyle="1" w:styleId="afffffffffffffffffff5">
    <w:basedOn w:val="TableNormal"/>
    <w:pPr>
      <w:spacing w:after="0" w:line="240" w:lineRule="auto"/>
    </w:pPr>
    <w:tblPr>
      <w:tblStyleRowBandSize w:val="1"/>
      <w:tblStyleColBandSize w:val="1"/>
    </w:tblPr>
  </w:style>
  <w:style w:type="table" w:customStyle="1" w:styleId="afffffffffffffffffff6">
    <w:basedOn w:val="TableNormal"/>
    <w:pPr>
      <w:spacing w:after="0" w:line="240" w:lineRule="auto"/>
    </w:pPr>
    <w:tblPr>
      <w:tblStyleRowBandSize w:val="1"/>
      <w:tblStyleColBandSize w:val="1"/>
    </w:tblPr>
  </w:style>
  <w:style w:type="table" w:customStyle="1" w:styleId="afffffffffffffffffff7">
    <w:basedOn w:val="TableNormal"/>
    <w:pPr>
      <w:spacing w:after="0" w:line="240" w:lineRule="auto"/>
    </w:pPr>
    <w:tblPr>
      <w:tblStyleRowBandSize w:val="1"/>
      <w:tblStyleColBandSize w:val="1"/>
    </w:tblPr>
  </w:style>
  <w:style w:type="table" w:customStyle="1" w:styleId="afffffffffffffffffff8">
    <w:basedOn w:val="TableNormal"/>
    <w:pPr>
      <w:spacing w:after="0" w:line="240" w:lineRule="auto"/>
    </w:pPr>
    <w:tblPr>
      <w:tblStyleRowBandSize w:val="1"/>
      <w:tblStyleColBandSize w:val="1"/>
    </w:tblPr>
  </w:style>
  <w:style w:type="table" w:customStyle="1" w:styleId="afffffffffffffffffff9">
    <w:basedOn w:val="TableNormal"/>
    <w:pPr>
      <w:spacing w:after="0" w:line="240" w:lineRule="auto"/>
    </w:pPr>
    <w:tblPr>
      <w:tblStyleRowBandSize w:val="1"/>
      <w:tblStyleColBandSize w:val="1"/>
    </w:tblPr>
  </w:style>
  <w:style w:type="table" w:customStyle="1" w:styleId="afffffffffffffffffffa">
    <w:basedOn w:val="TableNormal"/>
    <w:pPr>
      <w:spacing w:after="0" w:line="240" w:lineRule="auto"/>
    </w:pPr>
    <w:tblPr>
      <w:tblStyleRowBandSize w:val="1"/>
      <w:tblStyleColBandSize w:val="1"/>
    </w:tblPr>
  </w:style>
  <w:style w:type="table" w:customStyle="1" w:styleId="afffffffffffffffffffb">
    <w:basedOn w:val="TableNormal"/>
    <w:pPr>
      <w:spacing w:after="0" w:line="240" w:lineRule="auto"/>
    </w:pPr>
    <w:tblPr>
      <w:tblStyleRowBandSize w:val="1"/>
      <w:tblStyleColBandSize w:val="1"/>
    </w:tblPr>
  </w:style>
  <w:style w:type="table" w:customStyle="1" w:styleId="afffffffffffffffffffc">
    <w:basedOn w:val="TableNormal"/>
    <w:pPr>
      <w:spacing w:after="0" w:line="240" w:lineRule="auto"/>
    </w:pPr>
    <w:tblPr>
      <w:tblStyleRowBandSize w:val="1"/>
      <w:tblStyleColBandSize w:val="1"/>
    </w:tblPr>
  </w:style>
  <w:style w:type="table" w:customStyle="1" w:styleId="afffffffffffffffffffd">
    <w:basedOn w:val="TableNormal"/>
    <w:pPr>
      <w:spacing w:after="0" w:line="240" w:lineRule="auto"/>
    </w:pPr>
    <w:tblPr>
      <w:tblStyleRowBandSize w:val="1"/>
      <w:tblStyleColBandSize w:val="1"/>
    </w:tblPr>
  </w:style>
  <w:style w:type="table" w:customStyle="1" w:styleId="afffffffffffffffffffe">
    <w:basedOn w:val="TableNormal"/>
    <w:pPr>
      <w:spacing w:after="0" w:line="240" w:lineRule="auto"/>
    </w:pPr>
    <w:tblPr>
      <w:tblStyleRowBandSize w:val="1"/>
      <w:tblStyleColBandSize w:val="1"/>
    </w:tblPr>
  </w:style>
  <w:style w:type="table" w:customStyle="1" w:styleId="affffffffffffffffffff">
    <w:basedOn w:val="TableNormal"/>
    <w:pPr>
      <w:spacing w:after="0" w:line="240" w:lineRule="auto"/>
    </w:pPr>
    <w:tblPr>
      <w:tblStyleRowBandSize w:val="1"/>
      <w:tblStyleColBandSize w:val="1"/>
    </w:tblPr>
  </w:style>
  <w:style w:type="table" w:customStyle="1" w:styleId="affffffffffffffffffff0">
    <w:basedOn w:val="TableNormal"/>
    <w:pPr>
      <w:spacing w:after="0" w:line="240" w:lineRule="auto"/>
    </w:pPr>
    <w:tblPr>
      <w:tblStyleRowBandSize w:val="1"/>
      <w:tblStyleColBandSize w:val="1"/>
    </w:tblPr>
  </w:style>
  <w:style w:type="table" w:customStyle="1" w:styleId="affffffffffffffffffff1">
    <w:basedOn w:val="TableNormal"/>
    <w:pPr>
      <w:spacing w:after="0" w:line="240" w:lineRule="auto"/>
    </w:pPr>
    <w:tblPr>
      <w:tblStyleRowBandSize w:val="1"/>
      <w:tblStyleColBandSize w:val="1"/>
    </w:tblPr>
  </w:style>
  <w:style w:type="table" w:customStyle="1" w:styleId="affffffffffffffffffff2">
    <w:basedOn w:val="TableNormal"/>
    <w:pPr>
      <w:spacing w:after="0" w:line="240" w:lineRule="auto"/>
    </w:pPr>
    <w:tblPr>
      <w:tblStyleRowBandSize w:val="1"/>
      <w:tblStyleColBandSize w:val="1"/>
    </w:tblPr>
  </w:style>
  <w:style w:type="table" w:customStyle="1" w:styleId="affffffffffffffffffff3">
    <w:basedOn w:val="TableNormal"/>
    <w:pPr>
      <w:spacing w:after="0" w:line="240" w:lineRule="auto"/>
    </w:pPr>
    <w:tblPr>
      <w:tblStyleRowBandSize w:val="1"/>
      <w:tblStyleColBandSize w:val="1"/>
    </w:tblPr>
  </w:style>
  <w:style w:type="table" w:customStyle="1" w:styleId="affffffffffffffffffff4">
    <w:basedOn w:val="TableNormal"/>
    <w:pPr>
      <w:spacing w:after="0" w:line="240" w:lineRule="auto"/>
    </w:pPr>
    <w:tblPr>
      <w:tblStyleRowBandSize w:val="1"/>
      <w:tblStyleColBandSize w:val="1"/>
    </w:tblPr>
  </w:style>
  <w:style w:type="table" w:customStyle="1" w:styleId="affffffffffffffffffff5">
    <w:basedOn w:val="TableNormal"/>
    <w:pPr>
      <w:spacing w:after="0" w:line="240" w:lineRule="auto"/>
    </w:pPr>
    <w:tblPr>
      <w:tblStyleRowBandSize w:val="1"/>
      <w:tblStyleColBandSize w:val="1"/>
    </w:tblPr>
  </w:style>
  <w:style w:type="table" w:customStyle="1" w:styleId="affffffffffffffffffff6">
    <w:basedOn w:val="TableNormal"/>
    <w:pPr>
      <w:spacing w:after="0" w:line="240" w:lineRule="auto"/>
    </w:pPr>
    <w:tblPr>
      <w:tblStyleRowBandSize w:val="1"/>
      <w:tblStyleColBandSize w:val="1"/>
    </w:tblPr>
  </w:style>
  <w:style w:type="table" w:customStyle="1" w:styleId="affffffffffffffffffff7">
    <w:basedOn w:val="TableNormal"/>
    <w:pPr>
      <w:spacing w:after="0" w:line="240" w:lineRule="auto"/>
    </w:pPr>
    <w:tblPr>
      <w:tblStyleRowBandSize w:val="1"/>
      <w:tblStyleColBandSize w:val="1"/>
    </w:tblPr>
  </w:style>
  <w:style w:type="table" w:customStyle="1" w:styleId="affffffffffffffffffff8">
    <w:basedOn w:val="TableNormal"/>
    <w:pPr>
      <w:spacing w:after="0" w:line="240" w:lineRule="auto"/>
    </w:pPr>
    <w:tblPr>
      <w:tblStyleRowBandSize w:val="1"/>
      <w:tblStyleColBandSize w:val="1"/>
    </w:tblPr>
  </w:style>
  <w:style w:type="table" w:customStyle="1" w:styleId="affffffffffffffffffff9">
    <w:basedOn w:val="TableNormal"/>
    <w:pPr>
      <w:spacing w:after="0" w:line="240" w:lineRule="auto"/>
    </w:pPr>
    <w:tblPr>
      <w:tblStyleRowBandSize w:val="1"/>
      <w:tblStyleColBandSize w:val="1"/>
    </w:tblPr>
  </w:style>
  <w:style w:type="table" w:customStyle="1" w:styleId="affffffffffffffffffffa">
    <w:basedOn w:val="TableNormal"/>
    <w:pPr>
      <w:spacing w:after="0" w:line="240" w:lineRule="auto"/>
    </w:pPr>
    <w:tblPr>
      <w:tblStyleRowBandSize w:val="1"/>
      <w:tblStyleColBandSize w:val="1"/>
    </w:tblPr>
  </w:style>
  <w:style w:type="table" w:customStyle="1" w:styleId="affffffffffffffffffffb">
    <w:basedOn w:val="TableNormal"/>
    <w:pPr>
      <w:spacing w:after="0" w:line="240" w:lineRule="auto"/>
    </w:pPr>
    <w:tblPr>
      <w:tblStyleRowBandSize w:val="1"/>
      <w:tblStyleColBandSize w:val="1"/>
    </w:tblPr>
  </w:style>
  <w:style w:type="table" w:customStyle="1" w:styleId="affffffffffffffffffffc">
    <w:basedOn w:val="TableNormal"/>
    <w:pPr>
      <w:spacing w:after="0" w:line="240" w:lineRule="auto"/>
    </w:pPr>
    <w:tblPr>
      <w:tblStyleRowBandSize w:val="1"/>
      <w:tblStyleColBandSize w:val="1"/>
    </w:tblPr>
  </w:style>
  <w:style w:type="table" w:customStyle="1" w:styleId="affffffffffffffffffffd">
    <w:basedOn w:val="TableNormal"/>
    <w:pPr>
      <w:spacing w:after="0" w:line="240" w:lineRule="auto"/>
    </w:pPr>
    <w:tblPr>
      <w:tblStyleRowBandSize w:val="1"/>
      <w:tblStyleColBandSize w:val="1"/>
    </w:tblPr>
  </w:style>
  <w:style w:type="table" w:customStyle="1" w:styleId="affffffffffffffffffffe">
    <w:basedOn w:val="TableNormal"/>
    <w:pPr>
      <w:spacing w:after="0" w:line="240" w:lineRule="auto"/>
    </w:pPr>
    <w:tblPr>
      <w:tblStyleRowBandSize w:val="1"/>
      <w:tblStyleColBandSize w:val="1"/>
    </w:tblPr>
  </w:style>
  <w:style w:type="table" w:customStyle="1" w:styleId="afffffffffffffffffffff">
    <w:basedOn w:val="TableNormal"/>
    <w:pPr>
      <w:spacing w:after="0" w:line="240" w:lineRule="auto"/>
    </w:pPr>
    <w:tblPr>
      <w:tblStyleRowBandSize w:val="1"/>
      <w:tblStyleColBandSize w:val="1"/>
    </w:tblPr>
  </w:style>
  <w:style w:type="table" w:customStyle="1" w:styleId="afffffffffffffffffffff0">
    <w:basedOn w:val="TableNormal"/>
    <w:pPr>
      <w:spacing w:after="0" w:line="240" w:lineRule="auto"/>
    </w:pPr>
    <w:tblPr>
      <w:tblStyleRowBandSize w:val="1"/>
      <w:tblStyleColBandSize w:val="1"/>
    </w:tblPr>
  </w:style>
  <w:style w:type="table" w:customStyle="1" w:styleId="afffffffffffffffffffff1">
    <w:basedOn w:val="TableNormal"/>
    <w:pPr>
      <w:spacing w:after="0" w:line="240" w:lineRule="auto"/>
    </w:pPr>
    <w:tblPr>
      <w:tblStyleRowBandSize w:val="1"/>
      <w:tblStyleColBandSize w:val="1"/>
    </w:tblPr>
  </w:style>
  <w:style w:type="table" w:customStyle="1" w:styleId="afffffffffffffffffffff2">
    <w:basedOn w:val="TableNormal"/>
    <w:tblPr>
      <w:tblStyleRowBandSize w:val="1"/>
      <w:tblStyleColBandSize w:val="1"/>
    </w:tblPr>
  </w:style>
  <w:style w:type="table" w:customStyle="1" w:styleId="afffffffffffffffffffff3">
    <w:basedOn w:val="TableNormal"/>
    <w:pPr>
      <w:spacing w:after="0" w:line="240" w:lineRule="auto"/>
    </w:pPr>
    <w:tblPr>
      <w:tblStyleRowBandSize w:val="1"/>
      <w:tblStyleColBandSize w:val="1"/>
    </w:tblPr>
  </w:style>
  <w:style w:type="table" w:customStyle="1" w:styleId="afffffffffffffffffffff4">
    <w:basedOn w:val="TableNormal"/>
    <w:pPr>
      <w:spacing w:after="0" w:line="240" w:lineRule="auto"/>
    </w:pPr>
    <w:tblPr>
      <w:tblStyleRowBandSize w:val="1"/>
      <w:tblStyleColBandSize w:val="1"/>
    </w:tblPr>
  </w:style>
  <w:style w:type="table" w:customStyle="1" w:styleId="afffffffffffffffffffff5">
    <w:basedOn w:val="TableNormal"/>
    <w:pPr>
      <w:spacing w:after="0" w:line="240" w:lineRule="auto"/>
    </w:pPr>
    <w:tblPr>
      <w:tblStyleRowBandSize w:val="1"/>
      <w:tblStyleColBandSize w:val="1"/>
    </w:tblPr>
  </w:style>
  <w:style w:type="table" w:customStyle="1" w:styleId="afffffffffffffffffffff6">
    <w:basedOn w:val="TableNormal"/>
    <w:pPr>
      <w:spacing w:after="0" w:line="240" w:lineRule="auto"/>
    </w:pPr>
    <w:tblPr>
      <w:tblStyleRowBandSize w:val="1"/>
      <w:tblStyleColBandSize w:val="1"/>
    </w:tblPr>
  </w:style>
  <w:style w:type="table" w:customStyle="1" w:styleId="afffffffffffffffffffff7">
    <w:basedOn w:val="TableNormal"/>
    <w:tblPr>
      <w:tblStyleRowBandSize w:val="1"/>
      <w:tblStyleColBandSize w:val="1"/>
    </w:tblPr>
  </w:style>
  <w:style w:type="table" w:customStyle="1" w:styleId="afffffffffffffffffffff8">
    <w:basedOn w:val="TableNormal"/>
    <w:tblPr>
      <w:tblStyleRowBandSize w:val="1"/>
      <w:tblStyleColBandSize w:val="1"/>
    </w:tblPr>
  </w:style>
  <w:style w:type="table" w:customStyle="1" w:styleId="afffffffffffffffffffff9">
    <w:basedOn w:val="TableNormal"/>
    <w:tblPr>
      <w:tblStyleRowBandSize w:val="1"/>
      <w:tblStyleColBandSize w:val="1"/>
    </w:tblPr>
  </w:style>
  <w:style w:type="table" w:customStyle="1" w:styleId="afffffffffffffffffffffa">
    <w:basedOn w:val="TableNormal"/>
    <w:tblPr>
      <w:tblStyleRowBandSize w:val="1"/>
      <w:tblStyleColBandSize w:val="1"/>
    </w:tblPr>
  </w:style>
  <w:style w:type="table" w:customStyle="1" w:styleId="afffffffffffffffffffffb">
    <w:basedOn w:val="TableNormal"/>
    <w:tblPr>
      <w:tblStyleRowBandSize w:val="1"/>
      <w:tblStyleColBandSize w:val="1"/>
    </w:tblPr>
  </w:style>
  <w:style w:type="table" w:customStyle="1" w:styleId="afffffffffffffffffffffc">
    <w:basedOn w:val="TableNormal"/>
    <w:pPr>
      <w:spacing w:after="0" w:line="240" w:lineRule="auto"/>
    </w:pPr>
    <w:tblPr>
      <w:tblStyleRowBandSize w:val="1"/>
      <w:tblStyleColBandSize w:val="1"/>
    </w:tblPr>
  </w:style>
  <w:style w:type="table" w:customStyle="1" w:styleId="afffffffffffffffffffffd">
    <w:basedOn w:val="TableNormal"/>
    <w:tblPr>
      <w:tblStyleRowBandSize w:val="1"/>
      <w:tblStyleColBandSize w:val="1"/>
    </w:tblPr>
  </w:style>
  <w:style w:type="table" w:customStyle="1" w:styleId="afffffffffffffffffffffe">
    <w:basedOn w:val="TableNormal"/>
    <w:pPr>
      <w:spacing w:after="0" w:line="240" w:lineRule="auto"/>
    </w:pPr>
    <w:tblPr>
      <w:tblStyleRowBandSize w:val="1"/>
      <w:tblStyleColBandSize w:val="1"/>
    </w:tblPr>
  </w:style>
  <w:style w:type="table" w:customStyle="1" w:styleId="affffffffffffffffffffff">
    <w:basedOn w:val="TableNormal"/>
    <w:pPr>
      <w:spacing w:after="0" w:line="240" w:lineRule="auto"/>
    </w:pPr>
    <w:tblPr>
      <w:tblStyleRowBandSize w:val="1"/>
      <w:tblStyleColBandSize w:val="1"/>
    </w:tblPr>
  </w:style>
  <w:style w:type="table" w:customStyle="1" w:styleId="affffffffffffffffffffff0">
    <w:basedOn w:val="TableNormal"/>
    <w:tblPr>
      <w:tblStyleRowBandSize w:val="1"/>
      <w:tblStyleColBandSize w:val="1"/>
    </w:tblPr>
  </w:style>
  <w:style w:type="table" w:customStyle="1" w:styleId="affffffffffffffffffffff1">
    <w:basedOn w:val="TableNormal"/>
    <w:pPr>
      <w:spacing w:after="0" w:line="240" w:lineRule="auto"/>
    </w:pPr>
    <w:tblPr>
      <w:tblStyleRowBandSize w:val="1"/>
      <w:tblStyleColBandSize w:val="1"/>
    </w:tblPr>
  </w:style>
  <w:style w:type="table" w:customStyle="1" w:styleId="affffffffffffffffffffff2">
    <w:basedOn w:val="TableNormal"/>
    <w:pPr>
      <w:spacing w:after="0" w:line="240" w:lineRule="auto"/>
    </w:pPr>
    <w:tblPr>
      <w:tblStyleRowBandSize w:val="1"/>
      <w:tblStyleColBandSize w:val="1"/>
    </w:tblPr>
  </w:style>
  <w:style w:type="table" w:customStyle="1" w:styleId="affffffffffffffffffffff3">
    <w:basedOn w:val="TableNormal"/>
    <w:pPr>
      <w:spacing w:after="0" w:line="240" w:lineRule="auto"/>
    </w:pPr>
    <w:tblPr>
      <w:tblStyleRowBandSize w:val="1"/>
      <w:tblStyleColBandSize w:val="1"/>
    </w:tblPr>
  </w:style>
  <w:style w:type="table" w:customStyle="1" w:styleId="affffffffffffffffffffff4">
    <w:basedOn w:val="TableNormal"/>
    <w:pPr>
      <w:spacing w:after="0" w:line="240" w:lineRule="auto"/>
    </w:pPr>
    <w:tblPr>
      <w:tblStyleRowBandSize w:val="1"/>
      <w:tblStyleColBandSize w:val="1"/>
    </w:tblPr>
  </w:style>
  <w:style w:type="table" w:customStyle="1" w:styleId="affffffffffffffffffffff5">
    <w:basedOn w:val="TableNormal"/>
    <w:tblPr>
      <w:tblStyleRowBandSize w:val="1"/>
      <w:tblStyleColBandSize w:val="1"/>
    </w:tblPr>
  </w:style>
  <w:style w:type="table" w:customStyle="1" w:styleId="affffffffffffffffffffff6">
    <w:basedOn w:val="TableNormal"/>
    <w:tblPr>
      <w:tblStyleRowBandSize w:val="1"/>
      <w:tblStyleColBandSize w:val="1"/>
    </w:tblPr>
  </w:style>
  <w:style w:type="table" w:customStyle="1" w:styleId="affffffffffffffffffffff7">
    <w:basedOn w:val="TableNormal"/>
    <w:tblPr>
      <w:tblStyleRowBandSize w:val="1"/>
      <w:tblStyleColBandSize w:val="1"/>
    </w:tblPr>
  </w:style>
  <w:style w:type="table" w:customStyle="1" w:styleId="affffffffffffffffffffff8">
    <w:basedOn w:val="TableNormal"/>
    <w:tblPr>
      <w:tblStyleRowBandSize w:val="1"/>
      <w:tblStyleColBandSize w:val="1"/>
    </w:tblPr>
  </w:style>
  <w:style w:type="table" w:customStyle="1" w:styleId="affffffffffffffffffffff9">
    <w:basedOn w:val="TableNormal"/>
    <w:tblPr>
      <w:tblStyleRowBandSize w:val="1"/>
      <w:tblStyleColBandSize w:val="1"/>
    </w:tblPr>
  </w:style>
  <w:style w:type="table" w:customStyle="1" w:styleId="affffffffffffffffffffffa">
    <w:basedOn w:val="TableNormal"/>
    <w:pPr>
      <w:spacing w:after="0" w:line="240" w:lineRule="auto"/>
    </w:pPr>
    <w:tblPr>
      <w:tblStyleRowBandSize w:val="1"/>
      <w:tblStyleColBandSize w:val="1"/>
    </w:tblPr>
  </w:style>
  <w:style w:type="table" w:customStyle="1" w:styleId="affffffffffffffffffffffb">
    <w:basedOn w:val="TableNormal"/>
    <w:tblPr>
      <w:tblStyleRowBandSize w:val="1"/>
      <w:tblStyleColBandSize w:val="1"/>
    </w:tblPr>
  </w:style>
  <w:style w:type="table" w:customStyle="1" w:styleId="affffffffffffffffffffffc">
    <w:basedOn w:val="TableNormal"/>
    <w:pPr>
      <w:spacing w:after="0" w:line="240" w:lineRule="auto"/>
    </w:pPr>
    <w:tblPr>
      <w:tblStyleRowBandSize w:val="1"/>
      <w:tblStyleColBandSize w:val="1"/>
    </w:tblPr>
  </w:style>
  <w:style w:type="table" w:customStyle="1" w:styleId="affffffffffffffffffffffd">
    <w:basedOn w:val="TableNormal"/>
    <w:pPr>
      <w:spacing w:after="0" w:line="240" w:lineRule="auto"/>
    </w:pPr>
    <w:tblPr>
      <w:tblStyleRowBandSize w:val="1"/>
      <w:tblStyleColBandSize w:val="1"/>
    </w:tblPr>
  </w:style>
  <w:style w:type="table" w:customStyle="1" w:styleId="affffffffffffffffffffffe">
    <w:basedOn w:val="TableNormal"/>
    <w:tblPr>
      <w:tblStyleRowBandSize w:val="1"/>
      <w:tblStyleColBandSize w:val="1"/>
    </w:tblPr>
  </w:style>
  <w:style w:type="table" w:customStyle="1" w:styleId="afffffffffffffffffffffff">
    <w:basedOn w:val="TableNormal"/>
    <w:pPr>
      <w:spacing w:after="0" w:line="240" w:lineRule="auto"/>
    </w:pPr>
    <w:tblPr>
      <w:tblStyleRowBandSize w:val="1"/>
      <w:tblStyleColBandSize w:val="1"/>
    </w:tblPr>
  </w:style>
  <w:style w:type="table" w:customStyle="1" w:styleId="afffffffffffffffffffffff0">
    <w:basedOn w:val="TableNormal"/>
    <w:pPr>
      <w:spacing w:after="0" w:line="240" w:lineRule="auto"/>
    </w:pPr>
    <w:tblPr>
      <w:tblStyleRowBandSize w:val="1"/>
      <w:tblStyleColBandSize w:val="1"/>
    </w:tblPr>
  </w:style>
  <w:style w:type="table" w:customStyle="1" w:styleId="afffffffffffffffffffffff1">
    <w:basedOn w:val="TableNormal"/>
    <w:pPr>
      <w:spacing w:after="0" w:line="240" w:lineRule="auto"/>
    </w:pPr>
    <w:tblPr>
      <w:tblStyleRowBandSize w:val="1"/>
      <w:tblStyleColBandSize w:val="1"/>
    </w:tblPr>
  </w:style>
  <w:style w:type="table" w:customStyle="1" w:styleId="afffffffffffffffffffffff2">
    <w:basedOn w:val="TableNormal"/>
    <w:pPr>
      <w:spacing w:after="0" w:line="240" w:lineRule="auto"/>
    </w:pPr>
    <w:tblPr>
      <w:tblStyleRowBandSize w:val="1"/>
      <w:tblStyleColBandSize w:val="1"/>
    </w:tblPr>
  </w:style>
  <w:style w:type="table" w:customStyle="1" w:styleId="afffffffffffffffffffffff3">
    <w:basedOn w:val="TableNormal"/>
    <w:tblPr>
      <w:tblStyleRowBandSize w:val="1"/>
      <w:tblStyleColBandSize w:val="1"/>
    </w:tblPr>
  </w:style>
  <w:style w:type="table" w:customStyle="1" w:styleId="afffffffffffffffffffffff4">
    <w:basedOn w:val="TableNormal"/>
    <w:tblPr>
      <w:tblStyleRowBandSize w:val="1"/>
      <w:tblStyleColBandSize w:val="1"/>
    </w:tblPr>
  </w:style>
  <w:style w:type="table" w:customStyle="1" w:styleId="afffffffffffffffffffffff5">
    <w:basedOn w:val="TableNormal"/>
    <w:tblPr>
      <w:tblStyleRowBandSize w:val="1"/>
      <w:tblStyleColBandSize w:val="1"/>
    </w:tblPr>
  </w:style>
  <w:style w:type="table" w:customStyle="1" w:styleId="afffffffffffffffffffffff6">
    <w:basedOn w:val="TableNormal"/>
    <w:tblPr>
      <w:tblStyleRowBandSize w:val="1"/>
      <w:tblStyleColBandSize w:val="1"/>
    </w:tblPr>
  </w:style>
  <w:style w:type="table" w:customStyle="1" w:styleId="afffffffffffffffffffffff7">
    <w:basedOn w:val="TableNormal"/>
    <w:tblPr>
      <w:tblStyleRowBandSize w:val="1"/>
      <w:tblStyleColBandSize w:val="1"/>
    </w:tblPr>
  </w:style>
  <w:style w:type="table" w:customStyle="1" w:styleId="afffffffffffffffffffffff8">
    <w:basedOn w:val="TableNormal"/>
    <w:pPr>
      <w:spacing w:after="0" w:line="240" w:lineRule="auto"/>
    </w:pPr>
    <w:tblPr>
      <w:tblStyleRowBandSize w:val="1"/>
      <w:tblStyleColBandSize w:val="1"/>
    </w:tblPr>
  </w:style>
  <w:style w:type="table" w:customStyle="1" w:styleId="afffffffffffffffffffffff9">
    <w:basedOn w:val="TableNormal"/>
    <w:tblPr>
      <w:tblStyleRowBandSize w:val="1"/>
      <w:tblStyleColBandSize w:val="1"/>
    </w:tblPr>
  </w:style>
  <w:style w:type="table" w:customStyle="1" w:styleId="afffffffffffffffffffffffa">
    <w:basedOn w:val="TableNormal"/>
    <w:pPr>
      <w:spacing w:after="0" w:line="240" w:lineRule="auto"/>
    </w:pPr>
    <w:tblPr>
      <w:tblStyleRowBandSize w:val="1"/>
      <w:tblStyleColBandSize w:val="1"/>
    </w:tblPr>
  </w:style>
  <w:style w:type="table" w:customStyle="1" w:styleId="afffffffffffffffffffffffb">
    <w:basedOn w:val="TableNormal"/>
    <w:pPr>
      <w:spacing w:after="0" w:line="240" w:lineRule="auto"/>
    </w:pPr>
    <w:tblPr>
      <w:tblStyleRowBandSize w:val="1"/>
      <w:tblStyleColBandSize w:val="1"/>
    </w:tblPr>
  </w:style>
  <w:style w:type="table" w:customStyle="1" w:styleId="afffffffffffffffffffffffc">
    <w:basedOn w:val="TableNormal"/>
    <w:tblPr>
      <w:tblStyleRowBandSize w:val="1"/>
      <w:tblStyleColBandSize w:val="1"/>
    </w:tblPr>
  </w:style>
  <w:style w:type="table" w:customStyle="1" w:styleId="afffffffffffffffffffffffd">
    <w:basedOn w:val="TableNormal"/>
    <w:pPr>
      <w:spacing w:after="0" w:line="240" w:lineRule="auto"/>
    </w:pPr>
    <w:tblPr>
      <w:tblStyleRowBandSize w:val="1"/>
      <w:tblStyleColBandSize w:val="1"/>
    </w:tblPr>
  </w:style>
  <w:style w:type="table" w:customStyle="1" w:styleId="afffffffffffffffffffffffe">
    <w:basedOn w:val="TableNormal"/>
    <w:pPr>
      <w:spacing w:after="0" w:line="240" w:lineRule="auto"/>
    </w:pPr>
    <w:tblPr>
      <w:tblStyleRowBandSize w:val="1"/>
      <w:tblStyleColBandSize w:val="1"/>
    </w:tblPr>
  </w:style>
  <w:style w:type="table" w:customStyle="1" w:styleId="affffffffffffffffffffffff">
    <w:basedOn w:val="TableNormal"/>
    <w:pPr>
      <w:spacing w:after="0" w:line="240" w:lineRule="auto"/>
    </w:pPr>
    <w:tblPr>
      <w:tblStyleRowBandSize w:val="1"/>
      <w:tblStyleColBandSize w:val="1"/>
    </w:tblPr>
  </w:style>
  <w:style w:type="table" w:customStyle="1" w:styleId="affffffffffffffffffffffff0">
    <w:basedOn w:val="TableNormal"/>
    <w:pPr>
      <w:spacing w:after="0" w:line="240" w:lineRule="auto"/>
    </w:pPr>
    <w:tblPr>
      <w:tblStyleRowBandSize w:val="1"/>
      <w:tblStyleColBandSize w:val="1"/>
    </w:tblPr>
  </w:style>
  <w:style w:type="table" w:customStyle="1" w:styleId="affffffffffffffffffffffff1">
    <w:basedOn w:val="TableNormal"/>
    <w:tblPr>
      <w:tblStyleRowBandSize w:val="1"/>
      <w:tblStyleColBandSize w:val="1"/>
    </w:tblPr>
  </w:style>
  <w:style w:type="table" w:customStyle="1" w:styleId="affffffffffffffffffffffff2">
    <w:basedOn w:val="TableNormal"/>
    <w:tblPr>
      <w:tblStyleRowBandSize w:val="1"/>
      <w:tblStyleColBandSize w:val="1"/>
    </w:tblPr>
  </w:style>
  <w:style w:type="table" w:customStyle="1" w:styleId="affffffffffffffffffffffff3">
    <w:basedOn w:val="TableNormal"/>
    <w:tblPr>
      <w:tblStyleRowBandSize w:val="1"/>
      <w:tblStyleColBandSize w:val="1"/>
    </w:tblPr>
  </w:style>
  <w:style w:type="table" w:customStyle="1" w:styleId="affffffffffffffffffffffff4">
    <w:basedOn w:val="TableNormal"/>
    <w:tblPr>
      <w:tblStyleRowBandSize w:val="1"/>
      <w:tblStyleColBandSize w:val="1"/>
    </w:tblPr>
  </w:style>
  <w:style w:type="table" w:customStyle="1" w:styleId="affffffffffffffffffffffff5">
    <w:basedOn w:val="TableNormal"/>
    <w:tblPr>
      <w:tblStyleRowBandSize w:val="1"/>
      <w:tblStyleColBandSize w:val="1"/>
    </w:tblPr>
  </w:style>
  <w:style w:type="table" w:customStyle="1" w:styleId="affffffffffffffffffffffff6">
    <w:basedOn w:val="TableNormal"/>
    <w:pPr>
      <w:spacing w:after="0" w:line="240" w:lineRule="auto"/>
    </w:pPr>
    <w:tblPr>
      <w:tblStyleRowBandSize w:val="1"/>
      <w:tblStyleColBandSize w:val="1"/>
    </w:tblPr>
  </w:style>
  <w:style w:type="table" w:customStyle="1" w:styleId="affffffffffffffffffffffff7">
    <w:basedOn w:val="TableNormal"/>
    <w:tblPr>
      <w:tblStyleRowBandSize w:val="1"/>
      <w:tblStyleColBandSize w:val="1"/>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ffffffffffffffffffffffff8">
    <w:basedOn w:val="TableNormal"/>
    <w:pPr>
      <w:spacing w:after="0" w:line="240" w:lineRule="auto"/>
    </w:pPr>
    <w:tblPr>
      <w:tblStyleRowBandSize w:val="1"/>
      <w:tblStyleColBandSize w:val="1"/>
    </w:tblPr>
  </w:style>
  <w:style w:type="table" w:customStyle="1" w:styleId="affffffffffffffffffffffff9">
    <w:basedOn w:val="TableNormal"/>
    <w:pPr>
      <w:spacing w:after="0" w:line="240" w:lineRule="auto"/>
    </w:pPr>
    <w:tblPr>
      <w:tblStyleRowBandSize w:val="1"/>
      <w:tblStyleColBandSize w:val="1"/>
    </w:tblPr>
  </w:style>
  <w:style w:type="table" w:customStyle="1" w:styleId="affffffffffffffffffffffffa">
    <w:basedOn w:val="TableNormal"/>
    <w:tblPr>
      <w:tblStyleRowBandSize w:val="1"/>
      <w:tblStyleColBandSize w:val="1"/>
    </w:tblPr>
  </w:style>
  <w:style w:type="table" w:customStyle="1" w:styleId="affffffffffffffffffffffffb">
    <w:basedOn w:val="TableNormal"/>
    <w:pPr>
      <w:spacing w:after="0" w:line="240" w:lineRule="auto"/>
    </w:pPr>
    <w:tblPr>
      <w:tblStyleRowBandSize w:val="1"/>
      <w:tblStyleColBandSize w:val="1"/>
    </w:tblPr>
  </w:style>
  <w:style w:type="table" w:customStyle="1" w:styleId="affffffffffffffffffffffffc">
    <w:basedOn w:val="TableNormal"/>
    <w:pPr>
      <w:spacing w:after="0" w:line="240" w:lineRule="auto"/>
    </w:pPr>
    <w:tblPr>
      <w:tblStyleRowBandSize w:val="1"/>
      <w:tblStyleColBandSize w:val="1"/>
    </w:tblPr>
  </w:style>
  <w:style w:type="table" w:customStyle="1" w:styleId="affffffffffffffffffffffffd">
    <w:basedOn w:val="TableNormal"/>
    <w:pPr>
      <w:spacing w:after="0" w:line="240" w:lineRule="auto"/>
    </w:pPr>
    <w:tblPr>
      <w:tblStyleRowBandSize w:val="1"/>
      <w:tblStyleColBandSize w:val="1"/>
    </w:tblPr>
  </w:style>
  <w:style w:type="table" w:customStyle="1" w:styleId="affffffffffffffffffffffffe">
    <w:basedOn w:val="TableNormal"/>
    <w:pPr>
      <w:spacing w:after="0" w:line="240" w:lineRule="auto"/>
    </w:pPr>
    <w:tblPr>
      <w:tblStyleRowBandSize w:val="1"/>
      <w:tblStyleColBandSize w:val="1"/>
    </w:tblPr>
  </w:style>
  <w:style w:type="table" w:customStyle="1" w:styleId="afffffffffffffffffffffffff">
    <w:basedOn w:val="TableNormal"/>
    <w:tblPr>
      <w:tblStyleRowBandSize w:val="1"/>
      <w:tblStyleColBandSize w:val="1"/>
    </w:tblPr>
  </w:style>
  <w:style w:type="table" w:customStyle="1" w:styleId="afffffffffffffffffffffffff0">
    <w:basedOn w:val="TableNormal"/>
    <w:tblPr>
      <w:tblStyleRowBandSize w:val="1"/>
      <w:tblStyleColBandSize w:val="1"/>
    </w:tblPr>
  </w:style>
  <w:style w:type="table" w:customStyle="1" w:styleId="afffffffffffffffffffffffff1">
    <w:basedOn w:val="TableNormal"/>
    <w:tblPr>
      <w:tblStyleRowBandSize w:val="1"/>
      <w:tblStyleColBandSize w:val="1"/>
    </w:tblPr>
  </w:style>
  <w:style w:type="table" w:customStyle="1" w:styleId="afffffffffffffffffffffffff2">
    <w:basedOn w:val="TableNormal"/>
    <w:tblPr>
      <w:tblStyleRowBandSize w:val="1"/>
      <w:tblStyleColBandSize w:val="1"/>
    </w:tblPr>
  </w:style>
  <w:style w:type="table" w:customStyle="1" w:styleId="afffffffffffffffffffffffff3">
    <w:basedOn w:val="TableNormal"/>
    <w:tblPr>
      <w:tblStyleRowBandSize w:val="1"/>
      <w:tblStyleColBandSize w:val="1"/>
    </w:tblPr>
  </w:style>
  <w:style w:type="table" w:customStyle="1" w:styleId="afffffffffffffffffffffffff4">
    <w:basedOn w:val="TableNormal"/>
    <w:pPr>
      <w:spacing w:after="0" w:line="240" w:lineRule="auto"/>
    </w:pPr>
    <w:tblPr>
      <w:tblStyleRowBandSize w:val="1"/>
      <w:tblStyleColBandSize w:val="1"/>
    </w:tblPr>
  </w:style>
  <w:style w:type="table" w:customStyle="1" w:styleId="affffffffffffffffffffffff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BPWUi9e3BbB6u5cqx5JULMCmw==">CgMxLjAaFAoBMBIPCg0IB0IJEgdHdW5nc3VoMg5oLnRpa2g5aDEwZGZzejIOaC5jaWk1YmM5YzB4dHYyDmgudDI5dHNpNDcwOGhyOAByITF0c0N4aE9LRjFXQ3RQWEZWOFlBeXNRQk5oZktLRVVWTg==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18644</Words>
  <Characters>106271</Characters>
  <Application>Microsoft Office Word</Application>
  <DocSecurity>0</DocSecurity>
  <Lines>885</Lines>
  <Paragraphs>249</Paragraphs>
  <ScaleCrop>false</ScaleCrop>
  <Company/>
  <LinksUpToDate>false</LinksUpToDate>
  <CharactersWithSpaces>124666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Ciurea, Valeriu Drăgălin, Tudor Arnăut</dc:creator>
  <cp:lastModifiedBy>User</cp:lastModifiedBy>
  <cp:revision>2</cp:revision>
  <dcterms:created xsi:type="dcterms:W3CDTF">2013-12-23T23:15:00Z</dcterms:created>
  <dcterms:modified xsi:type="dcterms:W3CDTF">2026-10-29T08:21:00Z</dcterms:modified>
</cp:coreProperties>
</file>