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2DF57" w14:textId="34717872" w:rsidR="0033598F" w:rsidRPr="0091564A" w:rsidRDefault="002024EC" w:rsidP="00C403EF">
      <w:pPr>
        <w:rPr>
          <w:lang w:val="ro-RO"/>
        </w:rPr>
      </w:pPr>
      <w:r w:rsidRPr="0091564A">
        <w:rPr>
          <w:b/>
          <w:lang w:val="ro-RO"/>
        </w:rPr>
        <w:t>NOTĂ DE FUNDAMENTARE</w:t>
      </w:r>
      <w:r w:rsidR="0091564A" w:rsidRPr="0091564A">
        <w:rPr>
          <w:b/>
          <w:lang w:val="ro-RO"/>
        </w:rPr>
        <w:t xml:space="preserve"> pentru prim</w:t>
      </w:r>
      <w:r w:rsidR="001C2D73">
        <w:rPr>
          <w:b/>
          <w:lang w:val="ro-RO"/>
        </w:rPr>
        <w:t>ă</w:t>
      </w:r>
      <w:r w:rsidR="0091564A" w:rsidRPr="0091564A">
        <w:rPr>
          <w:b/>
          <w:lang w:val="ro-RO"/>
        </w:rPr>
        <w:t>riile partenere</w:t>
      </w:r>
    </w:p>
    <w:p w14:paraId="67EED3EF" w14:textId="49C0E20E" w:rsidR="0033598F" w:rsidRPr="0091564A" w:rsidRDefault="002024EC" w:rsidP="00C403EF">
      <w:pPr>
        <w:rPr>
          <w:lang w:val="ro-RO"/>
        </w:rPr>
      </w:pPr>
      <w:r w:rsidRPr="0091564A">
        <w:rPr>
          <w:lang w:val="ro-RO"/>
        </w:rPr>
        <w:t xml:space="preserve">la proiectul deciziei Consiliului </w:t>
      </w:r>
      <w:r w:rsidR="001C2D73">
        <w:rPr>
          <w:lang w:val="ro-RO"/>
        </w:rPr>
        <w:t xml:space="preserve">comunei </w:t>
      </w:r>
      <w:proofErr w:type="spellStart"/>
      <w:r w:rsidR="001C2D73">
        <w:rPr>
          <w:lang w:val="ro-RO"/>
        </w:rPr>
        <w:t>Răscăieţi</w:t>
      </w:r>
      <w:proofErr w:type="spellEnd"/>
    </w:p>
    <w:p w14:paraId="6595C058" w14:textId="77777777" w:rsidR="001C2D73" w:rsidRPr="00C403EF" w:rsidRDefault="002024EC">
      <w:pPr>
        <w:jc w:val="center"/>
        <w:rPr>
          <w:b/>
          <w:bCs/>
          <w:i/>
          <w:iCs/>
          <w:lang w:val="ro-RO"/>
        </w:rPr>
      </w:pPr>
      <w:r w:rsidRPr="00C403EF">
        <w:rPr>
          <w:b/>
          <w:bCs/>
          <w:i/>
          <w:iCs/>
          <w:lang w:val="ro-RO"/>
        </w:rPr>
        <w:t xml:space="preserve">„Cu privire la amalgamarea voluntară a unităților </w:t>
      </w:r>
    </w:p>
    <w:p w14:paraId="50457507" w14:textId="777F398B" w:rsidR="0033598F" w:rsidRPr="00C403EF" w:rsidRDefault="002024EC">
      <w:pPr>
        <w:jc w:val="center"/>
        <w:rPr>
          <w:b/>
          <w:bCs/>
          <w:i/>
          <w:iCs/>
          <w:lang w:val="ro-RO"/>
        </w:rPr>
      </w:pPr>
      <w:r w:rsidRPr="00C403EF">
        <w:rPr>
          <w:b/>
          <w:bCs/>
          <w:i/>
          <w:iCs/>
          <w:lang w:val="ro-RO"/>
        </w:rPr>
        <w:t xml:space="preserve">administrativ-teritoriale UAT </w:t>
      </w:r>
      <w:proofErr w:type="spellStart"/>
      <w:r w:rsidR="001C2D73" w:rsidRPr="00C403EF">
        <w:rPr>
          <w:b/>
          <w:bCs/>
          <w:i/>
          <w:iCs/>
          <w:lang w:val="ro-RO"/>
        </w:rPr>
        <w:t>Răscăieţi</w:t>
      </w:r>
      <w:proofErr w:type="spellEnd"/>
      <w:r w:rsidR="001C2D73" w:rsidRPr="00C403EF">
        <w:rPr>
          <w:b/>
          <w:bCs/>
          <w:i/>
          <w:iCs/>
          <w:lang w:val="ro-RO"/>
        </w:rPr>
        <w:t xml:space="preserve"> </w:t>
      </w:r>
      <w:proofErr w:type="spellStart"/>
      <w:r w:rsidR="001C2D73" w:rsidRPr="00C403EF">
        <w:rPr>
          <w:b/>
          <w:bCs/>
          <w:i/>
          <w:iCs/>
          <w:lang w:val="ro-RO"/>
        </w:rPr>
        <w:t>şi</w:t>
      </w:r>
      <w:proofErr w:type="spellEnd"/>
      <w:r w:rsidR="001C2D73" w:rsidRPr="00C403EF">
        <w:rPr>
          <w:b/>
          <w:bCs/>
          <w:i/>
          <w:iCs/>
          <w:lang w:val="ro-RO"/>
        </w:rPr>
        <w:t xml:space="preserve"> </w:t>
      </w:r>
      <w:r w:rsidRPr="00C403EF">
        <w:rPr>
          <w:b/>
          <w:bCs/>
          <w:i/>
          <w:iCs/>
          <w:lang w:val="ro-RO"/>
        </w:rPr>
        <w:t xml:space="preserve">UAT </w:t>
      </w:r>
      <w:r w:rsidR="001C2D73" w:rsidRPr="00C403EF">
        <w:rPr>
          <w:b/>
          <w:bCs/>
          <w:i/>
          <w:iCs/>
          <w:lang w:val="ro-RO"/>
        </w:rPr>
        <w:t>Slobozia</w:t>
      </w:r>
      <w:r w:rsidRPr="00C403EF">
        <w:rPr>
          <w:b/>
          <w:bCs/>
          <w:i/>
          <w:iCs/>
          <w:lang w:val="ro-RO"/>
        </w:rPr>
        <w:t>”</w:t>
      </w:r>
    </w:p>
    <w:p w14:paraId="13A77B64" w14:textId="77777777" w:rsidR="0033598F" w:rsidRPr="0091564A" w:rsidRDefault="002024EC">
      <w:pPr>
        <w:rPr>
          <w:lang w:val="ro-RO"/>
        </w:rPr>
      </w:pPr>
      <w:r w:rsidRPr="0091564A">
        <w:rPr>
          <w:b/>
          <w:lang w:val="ro-RO"/>
        </w:rPr>
        <w:t>1. Denumirea proiectului de decizie</w:t>
      </w:r>
    </w:p>
    <w:p w14:paraId="1B3569BF" w14:textId="3C707D61" w:rsidR="0033598F" w:rsidRPr="0091564A" w:rsidRDefault="001C2D73">
      <w:pPr>
        <w:rPr>
          <w:lang w:val="ro-RO"/>
        </w:rPr>
      </w:pPr>
      <w:r>
        <w:rPr>
          <w:lang w:val="ro-RO"/>
        </w:rPr>
        <w:t xml:space="preserve">    </w:t>
      </w:r>
      <w:r w:rsidR="002024EC" w:rsidRPr="0091564A">
        <w:rPr>
          <w:lang w:val="ro-RO"/>
        </w:rPr>
        <w:t xml:space="preserve">Proiectul deciziei Consiliului </w:t>
      </w:r>
      <w:r>
        <w:rPr>
          <w:lang w:val="ro-RO"/>
        </w:rPr>
        <w:t xml:space="preserve">comunei </w:t>
      </w:r>
      <w:proofErr w:type="spellStart"/>
      <w:r>
        <w:rPr>
          <w:lang w:val="ro-RO"/>
        </w:rPr>
        <w:t>Răscăieţi</w:t>
      </w:r>
      <w:proofErr w:type="spellEnd"/>
      <w:r w:rsidRPr="0091564A">
        <w:rPr>
          <w:lang w:val="ro-RO"/>
        </w:rPr>
        <w:t xml:space="preserve"> </w:t>
      </w:r>
      <w:r w:rsidR="002024EC" w:rsidRPr="0091564A">
        <w:rPr>
          <w:lang w:val="ro-RO"/>
        </w:rPr>
        <w:t xml:space="preserve">„Cu privire la amalgamarea voluntară a unităților administrativ-teritoriale </w:t>
      </w:r>
      <w:r w:rsidRPr="0091564A">
        <w:rPr>
          <w:lang w:val="ro-RO"/>
        </w:rPr>
        <w:t xml:space="preserve">UAT </w:t>
      </w:r>
      <w:proofErr w:type="spellStart"/>
      <w:r>
        <w:rPr>
          <w:lang w:val="ro-RO"/>
        </w:rPr>
        <w:t>Răscăieţi</w:t>
      </w:r>
      <w:proofErr w:type="spellEnd"/>
      <w:r>
        <w:rPr>
          <w:lang w:val="ro-RO"/>
        </w:rPr>
        <w:t xml:space="preserve"> </w:t>
      </w:r>
      <w:proofErr w:type="spellStart"/>
      <w:r>
        <w:rPr>
          <w:lang w:val="ro-RO"/>
        </w:rPr>
        <w:t>şi</w:t>
      </w:r>
      <w:proofErr w:type="spellEnd"/>
      <w:r>
        <w:rPr>
          <w:lang w:val="ro-RO"/>
        </w:rPr>
        <w:t xml:space="preserve"> </w:t>
      </w:r>
      <w:r w:rsidRPr="0091564A">
        <w:rPr>
          <w:lang w:val="ro-RO"/>
        </w:rPr>
        <w:t xml:space="preserve">UAT </w:t>
      </w:r>
      <w:r>
        <w:rPr>
          <w:lang w:val="ro-RO"/>
        </w:rPr>
        <w:t>Slobozia</w:t>
      </w:r>
      <w:r w:rsidR="002024EC" w:rsidRPr="0091564A">
        <w:rPr>
          <w:lang w:val="ro-RO"/>
        </w:rPr>
        <w:t>”.</w:t>
      </w:r>
    </w:p>
    <w:p w14:paraId="6B2683A0" w14:textId="77777777" w:rsidR="0033598F" w:rsidRPr="0091564A" w:rsidRDefault="002024EC">
      <w:pPr>
        <w:rPr>
          <w:lang w:val="ro-RO"/>
        </w:rPr>
      </w:pPr>
      <w:r w:rsidRPr="0091564A">
        <w:rPr>
          <w:b/>
          <w:lang w:val="ro-RO"/>
        </w:rPr>
        <w:t>2. Autorul proiectului</w:t>
      </w:r>
    </w:p>
    <w:p w14:paraId="3F9476A7" w14:textId="1D537866" w:rsidR="0033598F" w:rsidRPr="0091564A" w:rsidRDefault="001C2D73">
      <w:pPr>
        <w:rPr>
          <w:lang w:val="ro-RO"/>
        </w:rPr>
      </w:pPr>
      <w:r>
        <w:rPr>
          <w:lang w:val="ro-RO"/>
        </w:rPr>
        <w:t xml:space="preserve">    </w:t>
      </w:r>
      <w:r w:rsidR="002024EC" w:rsidRPr="0091564A">
        <w:rPr>
          <w:lang w:val="ro-RO"/>
        </w:rPr>
        <w:t xml:space="preserve">Proiectul deciziei este elaborat de autoritatea administrației publice locale a UAT </w:t>
      </w:r>
      <w:proofErr w:type="spellStart"/>
      <w:r>
        <w:rPr>
          <w:lang w:val="ro-RO"/>
        </w:rPr>
        <w:t>Răscăieţi</w:t>
      </w:r>
      <w:proofErr w:type="spellEnd"/>
      <w:r w:rsidR="002024EC" w:rsidRPr="0091564A">
        <w:rPr>
          <w:lang w:val="ro-RO"/>
        </w:rPr>
        <w:t>, în baza documentelor pregătite în cadrul procesului de amalgamare voluntară și examinate de Grupul de Lucru Comun.</w:t>
      </w:r>
    </w:p>
    <w:p w14:paraId="3D98C34E" w14:textId="77777777" w:rsidR="0033598F" w:rsidRPr="0091564A" w:rsidRDefault="002024EC">
      <w:pPr>
        <w:rPr>
          <w:lang w:val="ro-RO"/>
        </w:rPr>
      </w:pPr>
      <w:r w:rsidRPr="0091564A">
        <w:rPr>
          <w:b/>
          <w:lang w:val="ro-RO"/>
        </w:rPr>
        <w:t>3. Temeiul legal</w:t>
      </w:r>
    </w:p>
    <w:p w14:paraId="28894AA0" w14:textId="5E5A0B49" w:rsidR="0033598F" w:rsidRPr="0091564A" w:rsidRDefault="001C2D73">
      <w:pPr>
        <w:rPr>
          <w:lang w:val="ro-RO"/>
        </w:rPr>
      </w:pPr>
      <w:r>
        <w:rPr>
          <w:lang w:val="ro-RO"/>
        </w:rPr>
        <w:t xml:space="preserve">    </w:t>
      </w:r>
      <w:r w:rsidR="002024EC" w:rsidRPr="0091564A">
        <w:rPr>
          <w:lang w:val="ro-RO"/>
        </w:rPr>
        <w:t>Proiectul deciziei este elaborat în temeiul Legii nr. 436/2006 privind administrația publică locală, Legii nr. 225/2023 privind amalgamarea voluntară a unităților administrativ-teritoriale și Metodologiei de amalgamare voluntară a unităților administrativ-teritoriale, aprobată prin Hotărârea Guvernului nr. 925/2023, cu modificările ulterioare.</w:t>
      </w:r>
    </w:p>
    <w:p w14:paraId="360093F3" w14:textId="77777777" w:rsidR="0033598F" w:rsidRPr="0091564A" w:rsidRDefault="002024EC">
      <w:pPr>
        <w:rPr>
          <w:lang w:val="ro-RO"/>
        </w:rPr>
      </w:pPr>
      <w:r w:rsidRPr="0091564A">
        <w:rPr>
          <w:b/>
          <w:lang w:val="ro-RO"/>
        </w:rPr>
        <w:t>4. Scopul și necesitatea adoptării deciziei</w:t>
      </w:r>
    </w:p>
    <w:p w14:paraId="4F38911E" w14:textId="4FAB7923" w:rsidR="0033598F" w:rsidRPr="0091564A" w:rsidRDefault="001C2D73">
      <w:pPr>
        <w:rPr>
          <w:lang w:val="ro-RO"/>
        </w:rPr>
      </w:pPr>
      <w:r>
        <w:rPr>
          <w:lang w:val="ro-RO"/>
        </w:rPr>
        <w:t xml:space="preserve">    </w:t>
      </w:r>
      <w:r w:rsidR="002024EC" w:rsidRPr="0091564A">
        <w:rPr>
          <w:lang w:val="ro-RO"/>
        </w:rPr>
        <w:t xml:space="preserve">Scopul proiectului de decizie este aprobarea participării </w:t>
      </w:r>
      <w:r w:rsidR="0046589A" w:rsidRPr="0091564A">
        <w:rPr>
          <w:lang w:val="ro-RO"/>
        </w:rPr>
        <w:t xml:space="preserve">UAT </w:t>
      </w:r>
      <w:proofErr w:type="spellStart"/>
      <w:r w:rsidR="0046589A">
        <w:rPr>
          <w:lang w:val="ro-RO"/>
        </w:rPr>
        <w:t>Răscăieţi</w:t>
      </w:r>
      <w:proofErr w:type="spellEnd"/>
      <w:r w:rsidR="0046589A">
        <w:rPr>
          <w:lang w:val="ro-RO"/>
        </w:rPr>
        <w:t xml:space="preserve"> </w:t>
      </w:r>
      <w:r w:rsidR="002024EC" w:rsidRPr="0091564A">
        <w:rPr>
          <w:lang w:val="ro-RO"/>
        </w:rPr>
        <w:t xml:space="preserve">la procesul de amalgamare voluntară împreună cu </w:t>
      </w:r>
      <w:r w:rsidR="0046589A">
        <w:rPr>
          <w:lang w:val="ro-RO"/>
        </w:rPr>
        <w:t xml:space="preserve"> </w:t>
      </w:r>
      <w:r w:rsidR="0046589A" w:rsidRPr="0091564A">
        <w:rPr>
          <w:lang w:val="ro-RO"/>
        </w:rPr>
        <w:t xml:space="preserve">UAT </w:t>
      </w:r>
      <w:r w:rsidR="0046589A">
        <w:rPr>
          <w:lang w:val="ro-RO"/>
        </w:rPr>
        <w:t>Slobozia</w:t>
      </w:r>
      <w:r w:rsidR="002024EC" w:rsidRPr="0091564A">
        <w:rPr>
          <w:lang w:val="ro-RO"/>
        </w:rPr>
        <w:t xml:space="preserve">, în vederea formării viitoarei UAT amalgamate cu centrul administrativ în UAT </w:t>
      </w:r>
      <w:r w:rsidR="0046589A">
        <w:rPr>
          <w:lang w:val="ro-RO"/>
        </w:rPr>
        <w:t>Slobozia</w:t>
      </w:r>
      <w:r w:rsidR="002024EC" w:rsidRPr="0091564A">
        <w:rPr>
          <w:lang w:val="ro-RO"/>
        </w:rPr>
        <w:t xml:space="preserve">. Adoptarea deciziei este necesară pentru exprimarea acordului final al Consiliului </w:t>
      </w:r>
      <w:r w:rsidR="0046589A">
        <w:rPr>
          <w:lang w:val="ro-RO"/>
        </w:rPr>
        <w:t xml:space="preserve">comunei </w:t>
      </w:r>
      <w:proofErr w:type="spellStart"/>
      <w:r w:rsidR="0046589A">
        <w:rPr>
          <w:lang w:val="ro-RO"/>
        </w:rPr>
        <w:t>Răscăieţi</w:t>
      </w:r>
      <w:proofErr w:type="spellEnd"/>
      <w:r w:rsidR="0046589A">
        <w:rPr>
          <w:lang w:val="ro-RO"/>
        </w:rPr>
        <w:t>,</w:t>
      </w:r>
      <w:r w:rsidR="002024EC" w:rsidRPr="0091564A">
        <w:rPr>
          <w:lang w:val="ro-RO"/>
        </w:rPr>
        <w:t xml:space="preserve"> privind amalgamarea voluntară și pentru transmiterea deciziei către UAT </w:t>
      </w:r>
      <w:r w:rsidR="0046589A">
        <w:rPr>
          <w:lang w:val="ro-RO"/>
        </w:rPr>
        <w:t>Slobozia</w:t>
      </w:r>
      <w:r w:rsidR="002024EC" w:rsidRPr="0091564A">
        <w:rPr>
          <w:lang w:val="ro-RO"/>
        </w:rPr>
        <w:t>, selectată în calitate de centru administrativ, în vederea consolidării dosarului final.</w:t>
      </w:r>
    </w:p>
    <w:p w14:paraId="4823FC72" w14:textId="77777777" w:rsidR="0033598F" w:rsidRPr="0091564A" w:rsidRDefault="002024EC">
      <w:pPr>
        <w:rPr>
          <w:lang w:val="ro-RO"/>
        </w:rPr>
      </w:pPr>
      <w:r w:rsidRPr="0091564A">
        <w:rPr>
          <w:b/>
          <w:lang w:val="ro-RO"/>
        </w:rPr>
        <w:t>5. Respectarea condițiilor de bază</w:t>
      </w:r>
    </w:p>
    <w:p w14:paraId="2798855F" w14:textId="087D4B95" w:rsidR="0033598F" w:rsidRPr="0091564A" w:rsidRDefault="002024EC">
      <w:pPr>
        <w:rPr>
          <w:lang w:val="ro-RO"/>
        </w:rPr>
      </w:pPr>
      <w:r w:rsidRPr="0091564A">
        <w:rPr>
          <w:lang w:val="ro-RO"/>
        </w:rPr>
        <w:t xml:space="preserve">În cadrul procesului de analiză s-a constatat că </w:t>
      </w:r>
      <w:r w:rsidR="0046589A" w:rsidRPr="0091564A">
        <w:rPr>
          <w:lang w:val="ro-RO"/>
        </w:rPr>
        <w:t xml:space="preserve">UAT </w:t>
      </w:r>
      <w:proofErr w:type="spellStart"/>
      <w:r w:rsidR="0046589A">
        <w:rPr>
          <w:lang w:val="ro-RO"/>
        </w:rPr>
        <w:t>Răscăieţi</w:t>
      </w:r>
      <w:proofErr w:type="spellEnd"/>
      <w:r w:rsidR="0046589A">
        <w:rPr>
          <w:lang w:val="ro-RO"/>
        </w:rPr>
        <w:t xml:space="preserve"> </w:t>
      </w:r>
      <w:proofErr w:type="spellStart"/>
      <w:r w:rsidR="0046589A">
        <w:rPr>
          <w:lang w:val="ro-RO"/>
        </w:rPr>
        <w:t>şi</w:t>
      </w:r>
      <w:proofErr w:type="spellEnd"/>
      <w:r w:rsidR="0046589A">
        <w:rPr>
          <w:lang w:val="ro-RO"/>
        </w:rPr>
        <w:t xml:space="preserve"> </w:t>
      </w:r>
      <w:r w:rsidR="0046589A" w:rsidRPr="0091564A">
        <w:rPr>
          <w:lang w:val="ro-RO"/>
        </w:rPr>
        <w:t xml:space="preserve">UAT </w:t>
      </w:r>
      <w:r w:rsidR="0046589A">
        <w:rPr>
          <w:lang w:val="ro-RO"/>
        </w:rPr>
        <w:t>Slobozia</w:t>
      </w:r>
      <w:r w:rsidR="0046589A">
        <w:rPr>
          <w:lang w:val="ro-RO"/>
        </w:rPr>
        <w:t xml:space="preserve">, </w:t>
      </w:r>
      <w:r w:rsidRPr="0091564A">
        <w:rPr>
          <w:lang w:val="ro-RO"/>
        </w:rPr>
        <w:t>formează un teritoriu continuu și îndeplinesc condiția privind populația cumulată minimă prevăzută de cadrul normativ aplicabil procesului de amalgamare voluntară. Respectarea condițiilor este demonstrată în Analiza privind respectarea celor două condiții cumulative, modalitatea de stabilire a centrului administrativ și sinteza procesului de consultare publică.</w:t>
      </w:r>
    </w:p>
    <w:p w14:paraId="21414CD4" w14:textId="77777777" w:rsidR="0033598F" w:rsidRPr="0091564A" w:rsidRDefault="002024EC">
      <w:pPr>
        <w:rPr>
          <w:lang w:val="ro-RO"/>
        </w:rPr>
      </w:pPr>
      <w:r w:rsidRPr="0091564A">
        <w:rPr>
          <w:b/>
          <w:lang w:val="ro-RO"/>
        </w:rPr>
        <w:t>6. Stabilirea centrului administrativ</w:t>
      </w:r>
    </w:p>
    <w:p w14:paraId="612D2726" w14:textId="1964A95B" w:rsidR="0033598F" w:rsidRPr="0091564A" w:rsidRDefault="002024EC">
      <w:pPr>
        <w:rPr>
          <w:lang w:val="ro-RO"/>
        </w:rPr>
      </w:pPr>
      <w:r w:rsidRPr="0091564A">
        <w:rPr>
          <w:lang w:val="ro-RO"/>
        </w:rPr>
        <w:t xml:space="preserve">UAT </w:t>
      </w:r>
      <w:r w:rsidR="0046589A">
        <w:rPr>
          <w:lang w:val="ro-RO"/>
        </w:rPr>
        <w:t>Slobozia</w:t>
      </w:r>
      <w:r w:rsidRPr="0091564A">
        <w:rPr>
          <w:lang w:val="ro-RO"/>
        </w:rPr>
        <w:t xml:space="preserve"> a fost determinată în calitate de centru administrativ al viitoarei UAT amalgamate în baza criteriilor și formulei de calcul prevăzute de Metodologia de amalgamare voluntară a unităților administrativ-teritoriale. Formularul Anexa nr. 1 la Metodologie, completat conform procedurii aplicabile, face parte din dosarul procesului de amalgamare voluntară.</w:t>
      </w:r>
    </w:p>
    <w:p w14:paraId="1C43B73F" w14:textId="77777777" w:rsidR="0033598F" w:rsidRPr="0091564A" w:rsidRDefault="002024EC">
      <w:pPr>
        <w:rPr>
          <w:lang w:val="ro-RO"/>
        </w:rPr>
      </w:pPr>
      <w:r w:rsidRPr="0091564A">
        <w:rPr>
          <w:b/>
          <w:lang w:val="ro-RO"/>
        </w:rPr>
        <w:t>7. Consultarea publică</w:t>
      </w:r>
    </w:p>
    <w:p w14:paraId="6CD9A894" w14:textId="32182798" w:rsidR="0033598F" w:rsidRPr="0091564A" w:rsidRDefault="002024EC">
      <w:pPr>
        <w:rPr>
          <w:lang w:val="ro-RO"/>
        </w:rPr>
      </w:pPr>
      <w:r w:rsidRPr="0091564A">
        <w:rPr>
          <w:lang w:val="ro-RO"/>
        </w:rPr>
        <w:t xml:space="preserve">În UAT </w:t>
      </w:r>
      <w:proofErr w:type="spellStart"/>
      <w:r w:rsidR="0046589A">
        <w:rPr>
          <w:lang w:val="ro-RO"/>
        </w:rPr>
        <w:t>Răscăieţi</w:t>
      </w:r>
      <w:proofErr w:type="spellEnd"/>
      <w:r w:rsidRPr="0091564A">
        <w:rPr>
          <w:lang w:val="ro-RO"/>
        </w:rPr>
        <w:t xml:space="preserve"> au fost desfășurate activități de informare și consultare a cetățenilor privind procesul de amalgamare voluntară. Consultarea a inclus, după caz, publicarea anunțurilor, discuții cu locuitorii, consultări prin instituții, organizații și întreprinderi, adunări pe mahalale/sectoare, adunarea generală a localității, colectarea propunerilor scrise și digitale și transmiterea acestora pentru includerea în tabelul de sinteză al consultărilor publice.</w:t>
      </w:r>
    </w:p>
    <w:p w14:paraId="7525148C" w14:textId="77777777" w:rsidR="0033598F" w:rsidRPr="0091564A" w:rsidRDefault="002024EC">
      <w:pPr>
        <w:rPr>
          <w:lang w:val="ro-RO"/>
        </w:rPr>
      </w:pPr>
      <w:r w:rsidRPr="0091564A">
        <w:rPr>
          <w:b/>
          <w:lang w:val="ro-RO"/>
        </w:rPr>
        <w:t>8. Conținutul de bază al proiectului de decizie</w:t>
      </w:r>
    </w:p>
    <w:p w14:paraId="2A923686" w14:textId="13696A70" w:rsidR="0033598F" w:rsidRPr="0091564A" w:rsidRDefault="002024EC">
      <w:pPr>
        <w:rPr>
          <w:lang w:val="ro-RO"/>
        </w:rPr>
      </w:pPr>
      <w:r w:rsidRPr="0091564A">
        <w:rPr>
          <w:lang w:val="ro-RO"/>
        </w:rPr>
        <w:t xml:space="preserve">Prin proiectul de decizie se propune: aprobarea amalgamării voluntare a </w:t>
      </w:r>
      <w:r w:rsidR="0046589A" w:rsidRPr="0091564A">
        <w:rPr>
          <w:lang w:val="ro-RO"/>
        </w:rPr>
        <w:t xml:space="preserve">UAT </w:t>
      </w:r>
      <w:proofErr w:type="spellStart"/>
      <w:r w:rsidR="0046589A">
        <w:rPr>
          <w:lang w:val="ro-RO"/>
        </w:rPr>
        <w:t>Răscăieţi</w:t>
      </w:r>
      <w:proofErr w:type="spellEnd"/>
      <w:r w:rsidR="0046589A">
        <w:rPr>
          <w:lang w:val="ro-RO"/>
        </w:rPr>
        <w:t xml:space="preserve"> </w:t>
      </w:r>
      <w:proofErr w:type="spellStart"/>
      <w:r w:rsidR="0046589A">
        <w:rPr>
          <w:lang w:val="ro-RO"/>
        </w:rPr>
        <w:t>şi</w:t>
      </w:r>
      <w:proofErr w:type="spellEnd"/>
      <w:r w:rsidR="0046589A">
        <w:rPr>
          <w:lang w:val="ro-RO"/>
        </w:rPr>
        <w:t xml:space="preserve"> </w:t>
      </w:r>
      <w:r w:rsidR="0046589A" w:rsidRPr="0091564A">
        <w:rPr>
          <w:lang w:val="ro-RO"/>
        </w:rPr>
        <w:t xml:space="preserve">UAT </w:t>
      </w:r>
      <w:r w:rsidR="0046589A">
        <w:rPr>
          <w:lang w:val="ro-RO"/>
        </w:rPr>
        <w:t>Slobozia</w:t>
      </w:r>
      <w:r w:rsidRPr="0091564A">
        <w:rPr>
          <w:lang w:val="ro-RO"/>
        </w:rPr>
        <w:t xml:space="preserve">; constatarea respectării condițiilor de bază; luarea act de stabilirea UAT </w:t>
      </w:r>
      <w:r w:rsidR="0046589A">
        <w:rPr>
          <w:lang w:val="ro-RO"/>
        </w:rPr>
        <w:t>Slobozia</w:t>
      </w:r>
      <w:r w:rsidRPr="0091564A">
        <w:rPr>
          <w:lang w:val="ro-RO"/>
        </w:rPr>
        <w:t xml:space="preserve"> în calitate de </w:t>
      </w:r>
      <w:r w:rsidRPr="0091564A">
        <w:rPr>
          <w:lang w:val="ro-RO"/>
        </w:rPr>
        <w:lastRenderedPageBreak/>
        <w:t xml:space="preserve">centru administrativ; luarea act de documentele care constituie dosarul final; transmiterea deciziei adoptate și a documentelor aferente către UAT </w:t>
      </w:r>
      <w:r w:rsidR="0046589A">
        <w:rPr>
          <w:lang w:val="ro-RO"/>
        </w:rPr>
        <w:t>Slobozia</w:t>
      </w:r>
      <w:r w:rsidRPr="0091564A">
        <w:rPr>
          <w:lang w:val="ro-RO"/>
        </w:rPr>
        <w:t xml:space="preserve"> pentru includerea în dosarul final care urmează a fi expediat Cancelariei de Stat.</w:t>
      </w:r>
    </w:p>
    <w:p w14:paraId="4642694D" w14:textId="77777777" w:rsidR="0033598F" w:rsidRPr="0091564A" w:rsidRDefault="002024EC">
      <w:pPr>
        <w:rPr>
          <w:lang w:val="ro-RO"/>
        </w:rPr>
      </w:pPr>
      <w:r w:rsidRPr="0091564A">
        <w:rPr>
          <w:b/>
          <w:lang w:val="ro-RO"/>
        </w:rPr>
        <w:t>9. Impactul proiectului</w:t>
      </w:r>
    </w:p>
    <w:p w14:paraId="7CCE98C5" w14:textId="66B35607" w:rsidR="0033598F" w:rsidRPr="0091564A" w:rsidRDefault="002024EC">
      <w:pPr>
        <w:rPr>
          <w:lang w:val="ro-RO"/>
        </w:rPr>
      </w:pPr>
      <w:r w:rsidRPr="0091564A">
        <w:rPr>
          <w:lang w:val="ro-RO"/>
        </w:rPr>
        <w:t xml:space="preserve">Adoptarea deciziei permite participarea UAT </w:t>
      </w:r>
      <w:proofErr w:type="spellStart"/>
      <w:r w:rsidR="0046589A">
        <w:rPr>
          <w:lang w:val="ro-RO"/>
        </w:rPr>
        <w:t>Răscăieţi</w:t>
      </w:r>
      <w:proofErr w:type="spellEnd"/>
      <w:r w:rsidRPr="0091564A">
        <w:rPr>
          <w:lang w:val="ro-RO"/>
        </w:rPr>
        <w:t xml:space="preserve"> la procesul final de amalgamare voluntară și includerea deciziei adoptate în dosarul final transmis Cancelariei de Stat. Proiectul nu generează, prin el însuși, cheltuieli bugetare imediate. Eventualele implicații financiare și administrative vor fi examinate în etapele ulterioare, după formarea legală a UAT amalgamate.</w:t>
      </w:r>
    </w:p>
    <w:p w14:paraId="1CC7A9B1" w14:textId="77777777" w:rsidR="0033598F" w:rsidRPr="0091564A" w:rsidRDefault="002024EC">
      <w:pPr>
        <w:rPr>
          <w:lang w:val="ro-RO"/>
        </w:rPr>
      </w:pPr>
      <w:r w:rsidRPr="0091564A">
        <w:rPr>
          <w:b/>
          <w:lang w:val="ro-RO"/>
        </w:rPr>
        <w:t>10. Concluzie</w:t>
      </w:r>
    </w:p>
    <w:p w14:paraId="32C5A2F9" w14:textId="145C10FC" w:rsidR="0033598F" w:rsidRPr="0091564A" w:rsidRDefault="002024EC">
      <w:pPr>
        <w:rPr>
          <w:lang w:val="ro-RO"/>
        </w:rPr>
      </w:pPr>
      <w:r w:rsidRPr="0091564A">
        <w:rPr>
          <w:lang w:val="ro-RO"/>
        </w:rPr>
        <w:t xml:space="preserve">Având în vedere respectarea condițiilor de bază, stabilirea centrului administrativ conform procedurii aplicabile și desfășurarea activităților de informare și consultare publică, proiectul deciziei este fundamentat și poate fi înaintat spre examinare și aprobare Consiliului </w:t>
      </w:r>
      <w:r w:rsidR="0046589A">
        <w:rPr>
          <w:lang w:val="ro-RO"/>
        </w:rPr>
        <w:t xml:space="preserve">comunei </w:t>
      </w:r>
      <w:proofErr w:type="spellStart"/>
      <w:r w:rsidR="0046589A">
        <w:rPr>
          <w:lang w:val="ro-RO"/>
        </w:rPr>
        <w:t>Răscăieţi</w:t>
      </w:r>
      <w:proofErr w:type="spellEnd"/>
      <w:r w:rsidRPr="0091564A">
        <w:rPr>
          <w:lang w:val="ro-RO"/>
        </w:rPr>
        <w:t>.</w:t>
      </w:r>
    </w:p>
    <w:p w14:paraId="630A02B9" w14:textId="77777777" w:rsidR="0033598F" w:rsidRPr="0091564A" w:rsidRDefault="0033598F">
      <w:pPr>
        <w:rPr>
          <w:lang w:val="ro-RO"/>
        </w:rPr>
      </w:pPr>
    </w:p>
    <w:p w14:paraId="12174C00" w14:textId="49B706E4" w:rsidR="0033598F" w:rsidRPr="0091564A" w:rsidRDefault="002024EC">
      <w:pPr>
        <w:rPr>
          <w:lang w:val="ro-RO"/>
        </w:rPr>
      </w:pPr>
      <w:r w:rsidRPr="0091564A">
        <w:rPr>
          <w:lang w:val="ro-RO"/>
        </w:rPr>
        <w:t xml:space="preserve">Elaborat: </w:t>
      </w:r>
      <w:r w:rsidR="0046589A" w:rsidRPr="0008165D">
        <w:rPr>
          <w:b/>
          <w:bCs/>
          <w:i/>
          <w:iCs/>
          <w:u w:val="single"/>
          <w:lang w:val="ro-RO"/>
        </w:rPr>
        <w:t>TAMBOVŢEV Tatiana</w:t>
      </w:r>
    </w:p>
    <w:p w14:paraId="22CB58D8" w14:textId="540DB593" w:rsidR="0033598F" w:rsidRPr="0091564A" w:rsidRDefault="002024EC">
      <w:pPr>
        <w:rPr>
          <w:lang w:val="ro-RO"/>
        </w:rPr>
      </w:pPr>
      <w:r w:rsidRPr="0091564A">
        <w:rPr>
          <w:lang w:val="ro-RO"/>
        </w:rPr>
        <w:t xml:space="preserve">Funcția: </w:t>
      </w:r>
      <w:r w:rsidR="0046589A" w:rsidRPr="0008165D">
        <w:rPr>
          <w:b/>
          <w:bCs/>
          <w:i/>
          <w:iCs/>
          <w:u w:val="single"/>
          <w:lang w:val="ro-RO"/>
        </w:rPr>
        <w:t xml:space="preserve">Secretarul Consiliului comunei </w:t>
      </w:r>
      <w:proofErr w:type="spellStart"/>
      <w:r w:rsidR="0046589A" w:rsidRPr="0008165D">
        <w:rPr>
          <w:b/>
          <w:bCs/>
          <w:i/>
          <w:iCs/>
          <w:u w:val="single"/>
          <w:lang w:val="ro-RO"/>
        </w:rPr>
        <w:t>Răscăieţi</w:t>
      </w:r>
      <w:proofErr w:type="spellEnd"/>
    </w:p>
    <w:p w14:paraId="6E1C1CD3" w14:textId="1F6D793F" w:rsidR="0033598F" w:rsidRPr="0091564A" w:rsidRDefault="002024EC">
      <w:pPr>
        <w:rPr>
          <w:lang w:val="ro-RO"/>
        </w:rPr>
      </w:pPr>
      <w:r w:rsidRPr="0091564A">
        <w:rPr>
          <w:lang w:val="ro-RO"/>
        </w:rPr>
        <w:t xml:space="preserve">Data: </w:t>
      </w:r>
      <w:r w:rsidR="0008165D" w:rsidRPr="0008165D">
        <w:rPr>
          <w:b/>
          <w:bCs/>
          <w:u w:val="single"/>
          <w:lang w:val="ro-RO"/>
        </w:rPr>
        <w:t>08 iulie</w:t>
      </w:r>
      <w:r w:rsidRPr="0008165D">
        <w:rPr>
          <w:b/>
          <w:bCs/>
          <w:u w:val="single"/>
          <w:lang w:val="ro-RO"/>
        </w:rPr>
        <w:t xml:space="preserve"> 2026</w:t>
      </w:r>
    </w:p>
    <w:p w14:paraId="478AB9FF" w14:textId="77777777" w:rsidR="0033598F" w:rsidRPr="0091564A" w:rsidRDefault="002024EC">
      <w:pPr>
        <w:rPr>
          <w:lang w:val="ro-RO"/>
        </w:rPr>
      </w:pPr>
      <w:r w:rsidRPr="0091564A">
        <w:rPr>
          <w:lang w:val="ro-RO"/>
        </w:rPr>
        <w:t>Semnătura: _________________________</w:t>
      </w:r>
    </w:p>
    <w:sectPr w:rsidR="0033598F" w:rsidRPr="0091564A" w:rsidSect="00034616">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3F80B" w14:textId="77777777" w:rsidR="00793555" w:rsidRDefault="00793555">
      <w:pPr>
        <w:spacing w:after="0" w:line="240" w:lineRule="auto"/>
      </w:pPr>
      <w:r>
        <w:separator/>
      </w:r>
    </w:p>
  </w:endnote>
  <w:endnote w:type="continuationSeparator" w:id="0">
    <w:p w14:paraId="4C404C70" w14:textId="77777777" w:rsidR="00793555" w:rsidRDefault="0079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905B39" w14:textId="77777777" w:rsidR="00793555" w:rsidRDefault="00793555">
      <w:pPr>
        <w:spacing w:after="0" w:line="240" w:lineRule="auto"/>
      </w:pPr>
      <w:r>
        <w:separator/>
      </w:r>
    </w:p>
  </w:footnote>
  <w:footnote w:type="continuationSeparator" w:id="0">
    <w:p w14:paraId="7D17C11B" w14:textId="77777777" w:rsidR="00793555" w:rsidRDefault="00793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18120316">
    <w:abstractNumId w:val="8"/>
  </w:num>
  <w:num w:numId="2" w16cid:durableId="1711109828">
    <w:abstractNumId w:val="6"/>
  </w:num>
  <w:num w:numId="3" w16cid:durableId="1853452354">
    <w:abstractNumId w:val="5"/>
  </w:num>
  <w:num w:numId="4" w16cid:durableId="1962489552">
    <w:abstractNumId w:val="4"/>
  </w:num>
  <w:num w:numId="5" w16cid:durableId="1189677400">
    <w:abstractNumId w:val="7"/>
  </w:num>
  <w:num w:numId="6" w16cid:durableId="532116301">
    <w:abstractNumId w:val="3"/>
  </w:num>
  <w:num w:numId="7" w16cid:durableId="228732258">
    <w:abstractNumId w:val="2"/>
  </w:num>
  <w:num w:numId="8" w16cid:durableId="1393700673">
    <w:abstractNumId w:val="1"/>
  </w:num>
  <w:num w:numId="9" w16cid:durableId="28582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65D"/>
    <w:rsid w:val="001304BD"/>
    <w:rsid w:val="0015074B"/>
    <w:rsid w:val="001C2D73"/>
    <w:rsid w:val="002024EC"/>
    <w:rsid w:val="0029639D"/>
    <w:rsid w:val="00326F90"/>
    <w:rsid w:val="0033598F"/>
    <w:rsid w:val="00450C75"/>
    <w:rsid w:val="0046589A"/>
    <w:rsid w:val="00550B62"/>
    <w:rsid w:val="00750886"/>
    <w:rsid w:val="00793555"/>
    <w:rsid w:val="0091564A"/>
    <w:rsid w:val="0098326C"/>
    <w:rsid w:val="009954D1"/>
    <w:rsid w:val="00AA1D8D"/>
    <w:rsid w:val="00B47730"/>
    <w:rsid w:val="00C403EF"/>
    <w:rsid w:val="00CB0664"/>
    <w:rsid w:val="00D635EF"/>
    <w:rsid w:val="00E61E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5D1D1C"/>
  <w14:defaultImageDpi w14:val="300"/>
  <w15:docId w15:val="{370949E8-82B1-490A-AC4D-7756680C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163E0-0809-4823-A6A1-A4241D9C3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635</Words>
  <Characters>3621</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2026-06-22T11:15:00Z</dcterms:created>
  <dcterms:modified xsi:type="dcterms:W3CDTF">2026-07-08T11:42:00Z</dcterms:modified>
  <cp:category/>
</cp:coreProperties>
</file>