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65C9CD" w14:textId="5A686972" w:rsidR="00D101A3" w:rsidRPr="004633E0" w:rsidRDefault="00D101A3" w:rsidP="00D101A3">
      <w:pPr>
        <w:spacing w:line="240" w:lineRule="auto"/>
        <w:jc w:val="center"/>
        <w:rPr>
          <w:rFonts w:cs="Times New Roman"/>
          <w:noProof/>
          <w:sz w:val="28"/>
          <w:szCs w:val="24"/>
          <w:lang w:val="ro-RO" w:bidi="en-US"/>
        </w:rPr>
      </w:pPr>
      <w:r w:rsidRPr="004633E0">
        <w:rPr>
          <w:rFonts w:cs="Times New Roman"/>
          <w:noProof/>
          <w:sz w:val="28"/>
          <w:szCs w:val="24"/>
        </w:rPr>
        <w:drawing>
          <wp:inline distT="0" distB="0" distL="0" distR="0" wp14:anchorId="07519846" wp14:editId="604B7485">
            <wp:extent cx="622570" cy="682711"/>
            <wp:effectExtent l="19050" t="0" r="6080" b="0"/>
            <wp:docPr id="2" name="Рисунок 1" descr="Описание: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image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4847" cy="685208"/>
                    </a:xfrm>
                    <a:prstGeom prst="rect">
                      <a:avLst/>
                    </a:prstGeom>
                    <a:noFill/>
                    <a:ln>
                      <a:noFill/>
                    </a:ln>
                  </pic:spPr>
                </pic:pic>
              </a:graphicData>
            </a:graphic>
          </wp:inline>
        </w:drawing>
      </w:r>
    </w:p>
    <w:p w14:paraId="2FFBBAD4" w14:textId="77777777" w:rsidR="00D101A3" w:rsidRPr="004633E0" w:rsidRDefault="00D101A3" w:rsidP="00D101A3">
      <w:pPr>
        <w:spacing w:line="240" w:lineRule="auto"/>
        <w:jc w:val="center"/>
        <w:rPr>
          <w:rFonts w:cs="Times New Roman"/>
          <w:b/>
          <w:noProof/>
          <w:sz w:val="28"/>
          <w:szCs w:val="24"/>
          <w:lang w:val="ro-RO" w:bidi="en-US"/>
        </w:rPr>
      </w:pPr>
      <w:r w:rsidRPr="004633E0">
        <w:rPr>
          <w:rFonts w:cs="Times New Roman"/>
          <w:b/>
          <w:noProof/>
          <w:sz w:val="28"/>
          <w:szCs w:val="24"/>
          <w:lang w:val="ro-RO" w:bidi="en-US"/>
        </w:rPr>
        <w:t>REPUBLICA MOLDOVA, RAIONUL ŞTEFAN VODĂ</w:t>
      </w:r>
    </w:p>
    <w:p w14:paraId="673B2C6F" w14:textId="77777777" w:rsidR="00D101A3" w:rsidRPr="004633E0" w:rsidRDefault="00D101A3" w:rsidP="00D101A3">
      <w:pPr>
        <w:pBdr>
          <w:bottom w:val="single" w:sz="12" w:space="1" w:color="auto"/>
        </w:pBdr>
        <w:spacing w:line="240" w:lineRule="auto"/>
        <w:jc w:val="center"/>
        <w:rPr>
          <w:rFonts w:cs="Times New Roman"/>
          <w:b/>
          <w:noProof/>
          <w:sz w:val="28"/>
          <w:szCs w:val="24"/>
          <w:lang w:val="ro-RO" w:bidi="en-US"/>
        </w:rPr>
      </w:pPr>
      <w:r w:rsidRPr="004633E0">
        <w:rPr>
          <w:rFonts w:cs="Times New Roman"/>
          <w:b/>
          <w:noProof/>
          <w:sz w:val="28"/>
          <w:szCs w:val="24"/>
          <w:lang w:val="ro-RO" w:bidi="en-US"/>
        </w:rPr>
        <w:t>CONSILIUL COMUNEI RĂSCĂIEŢI</w:t>
      </w:r>
    </w:p>
    <w:p w14:paraId="64247ADC" w14:textId="77777777" w:rsidR="00D101A3" w:rsidRPr="004633E0" w:rsidRDefault="00D101A3" w:rsidP="00D101A3">
      <w:pPr>
        <w:pStyle w:val="a9"/>
        <w:tabs>
          <w:tab w:val="left" w:pos="3388"/>
        </w:tabs>
        <w:jc w:val="center"/>
        <w:rPr>
          <w:rFonts w:ascii="Times New Roman" w:eastAsia="Times New Roman" w:hAnsi="Times New Roman"/>
          <w:b/>
          <w:i/>
          <w:noProof/>
          <w:sz w:val="18"/>
          <w:szCs w:val="24"/>
          <w:lang w:val="ro-RO"/>
        </w:rPr>
      </w:pPr>
      <w:r w:rsidRPr="004633E0">
        <w:rPr>
          <w:rFonts w:ascii="Times New Roman" w:eastAsia="Times New Roman" w:hAnsi="Times New Roman"/>
          <w:b/>
          <w:i/>
          <w:noProof/>
          <w:sz w:val="18"/>
          <w:szCs w:val="24"/>
          <w:lang w:val="ro-RO"/>
        </w:rPr>
        <w:t xml:space="preserve">MD-4230, raionul Ștefan Vodă, satul Răscăieți, str. Ștefan cel Mare, tel/fax 0242-36-236, </w:t>
      </w:r>
    </w:p>
    <w:p w14:paraId="668A3046" w14:textId="77777777" w:rsidR="00D101A3" w:rsidRPr="004633E0" w:rsidRDefault="00D101A3" w:rsidP="00D101A3">
      <w:pPr>
        <w:pStyle w:val="a9"/>
        <w:tabs>
          <w:tab w:val="left" w:pos="3388"/>
        </w:tabs>
        <w:jc w:val="center"/>
        <w:rPr>
          <w:rFonts w:ascii="Times New Roman" w:hAnsi="Times New Roman"/>
          <w:b/>
          <w:i/>
          <w:sz w:val="18"/>
          <w:szCs w:val="24"/>
          <w:lang w:val="ro-RO"/>
        </w:rPr>
      </w:pPr>
      <w:r w:rsidRPr="004633E0">
        <w:rPr>
          <w:rFonts w:ascii="Times New Roman" w:hAnsi="Times New Roman"/>
          <w:b/>
          <w:i/>
          <w:noProof/>
          <w:sz w:val="18"/>
          <w:szCs w:val="24"/>
          <w:lang w:val="ro-RO"/>
        </w:rPr>
        <w:t xml:space="preserve">e-mail: </w:t>
      </w:r>
      <w:r w:rsidRPr="004633E0">
        <w:rPr>
          <w:rFonts w:ascii="Times New Roman" w:hAnsi="Times New Roman"/>
          <w:b/>
          <w:i/>
          <w:sz w:val="18"/>
          <w:szCs w:val="24"/>
          <w:lang w:val="ro-RO"/>
        </w:rPr>
        <w:t>primaria.rascaieti@apl.gov.md</w:t>
      </w:r>
    </w:p>
    <w:p w14:paraId="5E6ACBEA" w14:textId="77777777" w:rsidR="00D101A3" w:rsidRDefault="00D101A3" w:rsidP="00D101A3">
      <w:pPr>
        <w:spacing w:line="240" w:lineRule="auto"/>
        <w:rPr>
          <w:rFonts w:cs="Times New Roman"/>
          <w:sz w:val="28"/>
          <w:szCs w:val="24"/>
          <w:lang w:val="ro-RO"/>
        </w:rPr>
      </w:pPr>
      <w:r w:rsidRPr="004633E0">
        <w:rPr>
          <w:rFonts w:cs="Times New Roman"/>
          <w:sz w:val="28"/>
          <w:szCs w:val="24"/>
          <w:lang w:val="ro-RO"/>
        </w:rPr>
        <w:t xml:space="preserve">                                                       </w:t>
      </w:r>
    </w:p>
    <w:p w14:paraId="7018B702" w14:textId="421DABB8" w:rsidR="00D21AE0" w:rsidRPr="00D101A3" w:rsidRDefault="00D21AE0" w:rsidP="00D101A3">
      <w:pPr>
        <w:spacing w:line="240" w:lineRule="auto"/>
        <w:jc w:val="center"/>
        <w:rPr>
          <w:b/>
          <w:lang w:val="ro-RO"/>
        </w:rPr>
      </w:pPr>
    </w:p>
    <w:p w14:paraId="7F31BEDC" w14:textId="7D242593" w:rsidR="008C2306" w:rsidRDefault="00D101A3" w:rsidP="00D21AE0">
      <w:pPr>
        <w:spacing w:line="240" w:lineRule="auto"/>
        <w:jc w:val="center"/>
      </w:pPr>
      <w:r>
        <w:rPr>
          <w:b/>
        </w:rPr>
        <w:t xml:space="preserve">PROIECT </w:t>
      </w:r>
      <w:r w:rsidR="00D21AE0">
        <w:rPr>
          <w:b/>
        </w:rPr>
        <w:t>DECIZIE nr. ___</w:t>
      </w:r>
    </w:p>
    <w:p w14:paraId="3273F6EF" w14:textId="77777777" w:rsidR="008C2306" w:rsidRDefault="00D21AE0" w:rsidP="00D21AE0">
      <w:pPr>
        <w:spacing w:line="240" w:lineRule="auto"/>
        <w:jc w:val="center"/>
      </w:pPr>
      <w:r>
        <w:t>din ___ __________ 2026</w:t>
      </w:r>
    </w:p>
    <w:p w14:paraId="25D4EFCA" w14:textId="77777777" w:rsidR="00D21AE0" w:rsidRDefault="00D21AE0" w:rsidP="00D21AE0">
      <w:pPr>
        <w:spacing w:line="240" w:lineRule="auto"/>
        <w:jc w:val="center"/>
      </w:pPr>
    </w:p>
    <w:p w14:paraId="74FFDE5D" w14:textId="77777777" w:rsidR="008C2306" w:rsidRPr="000A097A" w:rsidRDefault="00D21AE0" w:rsidP="00D21AE0">
      <w:pPr>
        <w:spacing w:line="240" w:lineRule="auto"/>
        <w:jc w:val="center"/>
        <w:rPr>
          <w:sz w:val="28"/>
          <w:szCs w:val="24"/>
        </w:rPr>
      </w:pPr>
      <w:r w:rsidRPr="000A097A">
        <w:rPr>
          <w:b/>
          <w:sz w:val="28"/>
          <w:szCs w:val="24"/>
        </w:rPr>
        <w:t>Cu privire la amalgamarea voluntară a unităților administrativ-teritoriale</w:t>
      </w:r>
    </w:p>
    <w:p w14:paraId="170288A7" w14:textId="522D73A4" w:rsidR="008C2306" w:rsidRPr="000A097A" w:rsidRDefault="00D21AE0" w:rsidP="00D21AE0">
      <w:pPr>
        <w:spacing w:line="240" w:lineRule="auto"/>
        <w:jc w:val="center"/>
        <w:rPr>
          <w:b/>
          <w:sz w:val="28"/>
          <w:szCs w:val="24"/>
        </w:rPr>
      </w:pPr>
      <w:r w:rsidRPr="000A097A">
        <w:rPr>
          <w:b/>
          <w:sz w:val="28"/>
          <w:szCs w:val="24"/>
        </w:rPr>
        <w:t xml:space="preserve">UAT </w:t>
      </w:r>
      <w:proofErr w:type="spellStart"/>
      <w:r w:rsidR="00D101A3" w:rsidRPr="000A097A">
        <w:rPr>
          <w:b/>
          <w:sz w:val="28"/>
          <w:szCs w:val="24"/>
        </w:rPr>
        <w:t>Răscăieţi</w:t>
      </w:r>
      <w:proofErr w:type="spellEnd"/>
      <w:r w:rsidRPr="000A097A">
        <w:rPr>
          <w:b/>
          <w:sz w:val="28"/>
          <w:szCs w:val="24"/>
        </w:rPr>
        <w:t xml:space="preserve">, UAT </w:t>
      </w:r>
      <w:r w:rsidR="00D101A3" w:rsidRPr="000A097A">
        <w:rPr>
          <w:b/>
          <w:sz w:val="28"/>
          <w:szCs w:val="24"/>
        </w:rPr>
        <w:t>Slobozia</w:t>
      </w:r>
    </w:p>
    <w:p w14:paraId="574133AD" w14:textId="77777777" w:rsidR="00D21AE0" w:rsidRPr="000A097A" w:rsidRDefault="00D21AE0" w:rsidP="000A097A">
      <w:pPr>
        <w:spacing w:line="240" w:lineRule="auto"/>
        <w:jc w:val="both"/>
        <w:rPr>
          <w:sz w:val="28"/>
          <w:szCs w:val="24"/>
        </w:rPr>
      </w:pPr>
    </w:p>
    <w:p w14:paraId="7B6858D9" w14:textId="6F52F7C8" w:rsidR="008C2306" w:rsidRDefault="00D101A3" w:rsidP="000A097A">
      <w:pPr>
        <w:spacing w:line="240" w:lineRule="auto"/>
        <w:jc w:val="both"/>
      </w:pPr>
      <w:r>
        <w:t xml:space="preserve">         </w:t>
      </w:r>
      <w:proofErr w:type="spellStart"/>
      <w:r w:rsidR="00D21AE0">
        <w:t>În</w:t>
      </w:r>
      <w:proofErr w:type="spellEnd"/>
      <w:r w:rsidR="00D21AE0">
        <w:t xml:space="preserve"> </w:t>
      </w:r>
      <w:proofErr w:type="spellStart"/>
      <w:r w:rsidR="00D21AE0">
        <w:t>temeiul</w:t>
      </w:r>
      <w:proofErr w:type="spellEnd"/>
      <w:r w:rsidR="00D21AE0">
        <w:t xml:space="preserve"> art. 14 alin. (2) lit. k¹) din Legea nr. 436/2006 privind administrația publică locală, al art. 5, art. 6, art. 8, art. 10 și art. 11 din Legea nr. 225/2023 privind amalgamarea voluntară a unităților administrativ-teritoriale, precum și al pct. 25, pct. 39, pct. 40 și pct. 43 din Metodologia de amalgamare voluntară a unităților administrativ-teritoriale, aprobată prin Hotărârea Guvernului nr. 925/2023, cu modificările ulterioare,</w:t>
      </w:r>
    </w:p>
    <w:p w14:paraId="6D257756" w14:textId="75FE7890" w:rsidR="008C2306" w:rsidRDefault="00D101A3" w:rsidP="000A097A">
      <w:pPr>
        <w:spacing w:line="240" w:lineRule="auto"/>
        <w:jc w:val="both"/>
      </w:pPr>
      <w:r>
        <w:t xml:space="preserve">        </w:t>
      </w:r>
      <w:proofErr w:type="spellStart"/>
      <w:r w:rsidR="00D21AE0">
        <w:t>având</w:t>
      </w:r>
      <w:proofErr w:type="spellEnd"/>
      <w:r w:rsidR="00D21AE0">
        <w:t xml:space="preserve"> </w:t>
      </w:r>
      <w:proofErr w:type="spellStart"/>
      <w:r w:rsidR="00D21AE0">
        <w:t>în</w:t>
      </w:r>
      <w:proofErr w:type="spellEnd"/>
      <w:r w:rsidR="00D21AE0">
        <w:t xml:space="preserve"> </w:t>
      </w:r>
      <w:proofErr w:type="spellStart"/>
      <w:r w:rsidR="00D21AE0">
        <w:t>vedere</w:t>
      </w:r>
      <w:proofErr w:type="spellEnd"/>
      <w:r w:rsidR="00D21AE0">
        <w:t xml:space="preserve"> </w:t>
      </w:r>
      <w:proofErr w:type="spellStart"/>
      <w:r w:rsidR="00D21AE0">
        <w:t>deciziile</w:t>
      </w:r>
      <w:proofErr w:type="spellEnd"/>
      <w:r w:rsidR="00D21AE0">
        <w:t xml:space="preserve"> </w:t>
      </w:r>
      <w:proofErr w:type="spellStart"/>
      <w:r w:rsidR="00D21AE0">
        <w:t>consiliilor</w:t>
      </w:r>
      <w:proofErr w:type="spellEnd"/>
      <w:r w:rsidR="00D21AE0">
        <w:t xml:space="preserve"> locale ale UAT participante privind inițierea procesului de amalgamare voluntară și desemnarea reprezentanților în Grupul de Lucru Comun,</w:t>
      </w:r>
    </w:p>
    <w:p w14:paraId="51601DD8" w14:textId="7618BEB2" w:rsidR="008C2306" w:rsidRDefault="00D101A3" w:rsidP="000A097A">
      <w:pPr>
        <w:spacing w:line="240" w:lineRule="auto"/>
        <w:jc w:val="both"/>
      </w:pPr>
      <w:r>
        <w:t xml:space="preserve">        </w:t>
      </w:r>
      <w:proofErr w:type="spellStart"/>
      <w:r w:rsidR="00D21AE0">
        <w:t>ținând</w:t>
      </w:r>
      <w:proofErr w:type="spellEnd"/>
      <w:r w:rsidR="00D21AE0">
        <w:t xml:space="preserve"> </w:t>
      </w:r>
      <w:proofErr w:type="spellStart"/>
      <w:r w:rsidR="00D21AE0">
        <w:t>cont</w:t>
      </w:r>
      <w:proofErr w:type="spellEnd"/>
      <w:r w:rsidR="00D21AE0">
        <w:t xml:space="preserve"> de </w:t>
      </w:r>
      <w:proofErr w:type="spellStart"/>
      <w:r w:rsidR="00D21AE0">
        <w:t>faptul</w:t>
      </w:r>
      <w:proofErr w:type="spellEnd"/>
      <w:r w:rsidR="00D21AE0">
        <w:t xml:space="preserve"> </w:t>
      </w:r>
      <w:proofErr w:type="spellStart"/>
      <w:r w:rsidR="00D21AE0">
        <w:t>că</w:t>
      </w:r>
      <w:proofErr w:type="spellEnd"/>
      <w:r w:rsidR="00D21AE0">
        <w:t xml:space="preserve"> </w:t>
      </w:r>
      <w:proofErr w:type="spellStart"/>
      <w:r w:rsidR="00D21AE0">
        <w:t>Grupul</w:t>
      </w:r>
      <w:proofErr w:type="spellEnd"/>
      <w:r w:rsidR="00D21AE0">
        <w:t xml:space="preserve"> de </w:t>
      </w:r>
      <w:proofErr w:type="spellStart"/>
      <w:r w:rsidR="00D21AE0">
        <w:t>Lucru</w:t>
      </w:r>
      <w:proofErr w:type="spellEnd"/>
      <w:r w:rsidR="00D21AE0">
        <w:t xml:space="preserve"> Comun a examinat materialele aferente procesului de amalgamare voluntară, </w:t>
      </w:r>
      <w:proofErr w:type="gramStart"/>
      <w:r w:rsidR="00D21AE0">
        <w:t>a</w:t>
      </w:r>
      <w:proofErr w:type="gramEnd"/>
      <w:r w:rsidR="00D21AE0">
        <w:t xml:space="preserve"> elaborat proiectul deciziei privind amalgamarea voluntară și a aprobat prin consens înaintarea acestuia spre consultare publică și examinare de către consiliile locale participante,</w:t>
      </w:r>
    </w:p>
    <w:p w14:paraId="6F65CE31" w14:textId="4C23DA6E" w:rsidR="008C2306" w:rsidRDefault="00D101A3" w:rsidP="000A097A">
      <w:pPr>
        <w:spacing w:line="240" w:lineRule="auto"/>
        <w:jc w:val="both"/>
      </w:pPr>
      <w:r>
        <w:t xml:space="preserve">       </w:t>
      </w:r>
      <w:proofErr w:type="spellStart"/>
      <w:r w:rsidR="00D21AE0">
        <w:t>luând</w:t>
      </w:r>
      <w:proofErr w:type="spellEnd"/>
      <w:r w:rsidR="00D21AE0">
        <w:t xml:space="preserve"> </w:t>
      </w:r>
      <w:proofErr w:type="spellStart"/>
      <w:r w:rsidR="00D21AE0">
        <w:t>în</w:t>
      </w:r>
      <w:proofErr w:type="spellEnd"/>
      <w:r w:rsidR="00D21AE0">
        <w:t xml:space="preserve"> </w:t>
      </w:r>
      <w:proofErr w:type="spellStart"/>
      <w:r w:rsidR="00D21AE0">
        <w:t>considerare</w:t>
      </w:r>
      <w:proofErr w:type="spellEnd"/>
      <w:r w:rsidR="00D21AE0">
        <w:t xml:space="preserve"> Analiza </w:t>
      </w:r>
      <w:proofErr w:type="spellStart"/>
      <w:r w:rsidR="00D21AE0">
        <w:t>privind</w:t>
      </w:r>
      <w:proofErr w:type="spellEnd"/>
      <w:r w:rsidR="00D21AE0">
        <w:t xml:space="preserve"> </w:t>
      </w:r>
      <w:proofErr w:type="spellStart"/>
      <w:r w:rsidR="00D21AE0">
        <w:t>respectarea</w:t>
      </w:r>
      <w:proofErr w:type="spellEnd"/>
      <w:r w:rsidR="00D21AE0">
        <w:t xml:space="preserve"> </w:t>
      </w:r>
      <w:proofErr w:type="spellStart"/>
      <w:r w:rsidR="00D21AE0">
        <w:t>condițiilor</w:t>
      </w:r>
      <w:proofErr w:type="spellEnd"/>
      <w:r w:rsidR="00D21AE0">
        <w:t xml:space="preserve"> de bază, stabilirea centrului administrativ și sinteza procesului de consultare publică, precum și documentele aferente consultărilor publice,</w:t>
      </w:r>
    </w:p>
    <w:p w14:paraId="6B9DB38E" w14:textId="77777777" w:rsidR="00D101A3" w:rsidRDefault="00D101A3" w:rsidP="000A097A">
      <w:pPr>
        <w:spacing w:line="240" w:lineRule="auto"/>
        <w:jc w:val="both"/>
      </w:pPr>
      <w:r>
        <w:t xml:space="preserve">       </w:t>
      </w:r>
      <w:proofErr w:type="spellStart"/>
      <w:r w:rsidR="00D21AE0">
        <w:t>constatând</w:t>
      </w:r>
      <w:proofErr w:type="spellEnd"/>
      <w:r w:rsidR="00D21AE0">
        <w:t xml:space="preserve"> </w:t>
      </w:r>
      <w:proofErr w:type="spellStart"/>
      <w:r w:rsidR="00D21AE0">
        <w:t>că</w:t>
      </w:r>
      <w:proofErr w:type="spellEnd"/>
      <w:r w:rsidR="00D21AE0">
        <w:t xml:space="preserve"> UAT </w:t>
      </w:r>
      <w:proofErr w:type="spellStart"/>
      <w:r w:rsidR="00D21AE0">
        <w:t>participante</w:t>
      </w:r>
      <w:proofErr w:type="spellEnd"/>
      <w:r w:rsidR="00D21AE0">
        <w:t xml:space="preserve"> </w:t>
      </w:r>
      <w:proofErr w:type="spellStart"/>
      <w:r w:rsidR="00D21AE0">
        <w:t>formează</w:t>
      </w:r>
      <w:proofErr w:type="spellEnd"/>
      <w:r w:rsidR="00D21AE0">
        <w:t xml:space="preserve"> un </w:t>
      </w:r>
      <w:proofErr w:type="spellStart"/>
      <w:r w:rsidR="00D21AE0">
        <w:t>teritoriu</w:t>
      </w:r>
      <w:proofErr w:type="spellEnd"/>
      <w:r w:rsidR="00D21AE0">
        <w:t xml:space="preserve"> </w:t>
      </w:r>
      <w:proofErr w:type="spellStart"/>
      <w:r w:rsidR="00D21AE0">
        <w:t>continuu</w:t>
      </w:r>
      <w:proofErr w:type="spellEnd"/>
      <w:r w:rsidR="00D21AE0">
        <w:t xml:space="preserve"> și că populația cumulată </w:t>
      </w:r>
      <w:proofErr w:type="gramStart"/>
      <w:r w:rsidR="00D21AE0">
        <w:t>a</w:t>
      </w:r>
      <w:proofErr w:type="gramEnd"/>
      <w:r w:rsidR="00D21AE0">
        <w:t xml:space="preserve"> acestora depășește pragul minim de 3.000 de </w:t>
      </w:r>
      <w:proofErr w:type="spellStart"/>
      <w:r w:rsidR="00D21AE0">
        <w:t>locuitori</w:t>
      </w:r>
      <w:proofErr w:type="spellEnd"/>
      <w:r w:rsidR="00D21AE0">
        <w:t xml:space="preserve">, </w:t>
      </w:r>
    </w:p>
    <w:p w14:paraId="1BFE4BB8" w14:textId="77777777" w:rsidR="00D101A3" w:rsidRPr="00C11CFB" w:rsidRDefault="00D101A3" w:rsidP="00D101A3">
      <w:pPr>
        <w:spacing w:line="240" w:lineRule="auto"/>
        <w:jc w:val="center"/>
        <w:rPr>
          <w:rFonts w:cs="Times New Roman"/>
          <w:b/>
          <w:lang w:val="ro-RO"/>
        </w:rPr>
      </w:pPr>
      <w:r w:rsidRPr="00C11CFB">
        <w:rPr>
          <w:rFonts w:cs="Times New Roman"/>
          <w:b/>
          <w:color w:val="000000"/>
          <w:lang w:val="ro-RO"/>
        </w:rPr>
        <w:t>CONSILIUL COMUNEI RĂSCĂIEȚI</w:t>
      </w:r>
    </w:p>
    <w:p w14:paraId="05AB9DE6" w14:textId="77777777" w:rsidR="00D101A3" w:rsidRPr="00C11CFB" w:rsidRDefault="00D101A3" w:rsidP="00D101A3">
      <w:pPr>
        <w:shd w:val="clear" w:color="auto" w:fill="FFFFFF"/>
        <w:spacing w:line="240" w:lineRule="auto"/>
        <w:jc w:val="center"/>
        <w:rPr>
          <w:rFonts w:cs="Times New Roman"/>
          <w:b/>
          <w:bCs/>
          <w:color w:val="000000"/>
          <w:bdr w:val="none" w:sz="0" w:space="0" w:color="auto" w:frame="1"/>
          <w:lang w:val="ro-RO"/>
        </w:rPr>
      </w:pPr>
      <w:r w:rsidRPr="00C11CFB">
        <w:rPr>
          <w:rFonts w:cs="Times New Roman"/>
          <w:b/>
          <w:bCs/>
          <w:color w:val="000000"/>
          <w:bdr w:val="none" w:sz="0" w:space="0" w:color="auto" w:frame="1"/>
          <w:lang w:val="ro-RO"/>
        </w:rPr>
        <w:t>D E C I D E:</w:t>
      </w:r>
    </w:p>
    <w:p w14:paraId="0D2B7072" w14:textId="22EFC6C4" w:rsidR="008C2306" w:rsidRDefault="00D101A3" w:rsidP="000A097A">
      <w:pPr>
        <w:spacing w:line="240" w:lineRule="auto"/>
        <w:jc w:val="both"/>
      </w:pPr>
      <w:r>
        <w:rPr>
          <w:lang w:val="ro-RO"/>
        </w:rPr>
        <w:t xml:space="preserve">     </w:t>
      </w:r>
      <w:r w:rsidR="00D21AE0">
        <w:t xml:space="preserve">1. Se </w:t>
      </w:r>
      <w:proofErr w:type="spellStart"/>
      <w:r w:rsidR="00D21AE0">
        <w:t>aprobă</w:t>
      </w:r>
      <w:proofErr w:type="spellEnd"/>
      <w:r w:rsidR="00D21AE0">
        <w:t xml:space="preserve"> </w:t>
      </w:r>
      <w:proofErr w:type="spellStart"/>
      <w:r w:rsidR="00D21AE0">
        <w:t>amalgamarea</w:t>
      </w:r>
      <w:proofErr w:type="spellEnd"/>
      <w:r w:rsidR="00D21AE0">
        <w:t xml:space="preserve"> </w:t>
      </w:r>
      <w:proofErr w:type="spellStart"/>
      <w:r w:rsidR="00D21AE0">
        <w:t>voluntară</w:t>
      </w:r>
      <w:proofErr w:type="spellEnd"/>
      <w:r w:rsidR="00D21AE0">
        <w:t xml:space="preserve"> a </w:t>
      </w:r>
      <w:proofErr w:type="spellStart"/>
      <w:r w:rsidR="00D21AE0">
        <w:t>unităților</w:t>
      </w:r>
      <w:proofErr w:type="spellEnd"/>
      <w:r w:rsidR="00D21AE0">
        <w:t xml:space="preserve"> </w:t>
      </w:r>
      <w:proofErr w:type="spellStart"/>
      <w:r w:rsidR="00D21AE0">
        <w:t>administrativ-teritoriale</w:t>
      </w:r>
      <w:proofErr w:type="spellEnd"/>
      <w:r w:rsidR="00D21AE0">
        <w:t xml:space="preserve"> </w:t>
      </w:r>
      <w:r w:rsidRPr="00D101A3">
        <w:rPr>
          <w:bCs/>
        </w:rPr>
        <w:t xml:space="preserve">UAT </w:t>
      </w:r>
      <w:proofErr w:type="spellStart"/>
      <w:proofErr w:type="gramStart"/>
      <w:r w:rsidRPr="00D101A3">
        <w:rPr>
          <w:bCs/>
        </w:rPr>
        <w:t>Răscăieţi</w:t>
      </w:r>
      <w:proofErr w:type="spellEnd"/>
      <w:r w:rsidRPr="00D101A3">
        <w:rPr>
          <w:bCs/>
        </w:rPr>
        <w:t xml:space="preserve">, </w:t>
      </w:r>
      <w:r w:rsidR="009A3F26">
        <w:rPr>
          <w:bCs/>
        </w:rPr>
        <w:t xml:space="preserve">  </w:t>
      </w:r>
      <w:proofErr w:type="gramEnd"/>
      <w:r w:rsidR="009A3F26">
        <w:rPr>
          <w:bCs/>
        </w:rPr>
        <w:t xml:space="preserve">                  </w:t>
      </w:r>
      <w:r w:rsidRPr="00D101A3">
        <w:rPr>
          <w:bCs/>
        </w:rPr>
        <w:t>UAT Slobozia</w:t>
      </w:r>
      <w:r>
        <w:rPr>
          <w:bCs/>
        </w:rPr>
        <w:t xml:space="preserve">, </w:t>
      </w:r>
      <w:r w:rsidR="00D21AE0">
        <w:t xml:space="preserve">cu </w:t>
      </w:r>
      <w:proofErr w:type="spellStart"/>
      <w:r w:rsidR="00D21AE0">
        <w:t>formarea</w:t>
      </w:r>
      <w:proofErr w:type="spellEnd"/>
      <w:r w:rsidR="00D21AE0">
        <w:t xml:space="preserve"> </w:t>
      </w:r>
      <w:proofErr w:type="spellStart"/>
      <w:r w:rsidR="00D21AE0">
        <w:t>viitoarei</w:t>
      </w:r>
      <w:proofErr w:type="spellEnd"/>
      <w:r w:rsidR="00D21AE0">
        <w:t xml:space="preserve"> </w:t>
      </w:r>
      <w:proofErr w:type="spellStart"/>
      <w:r w:rsidR="00D21AE0">
        <w:t>unități</w:t>
      </w:r>
      <w:proofErr w:type="spellEnd"/>
      <w:r w:rsidR="00D21AE0">
        <w:t xml:space="preserve"> </w:t>
      </w:r>
      <w:proofErr w:type="spellStart"/>
      <w:r w:rsidR="00D21AE0">
        <w:t>administrativ-teritoriale</w:t>
      </w:r>
      <w:proofErr w:type="spellEnd"/>
      <w:r w:rsidR="00D21AE0">
        <w:t xml:space="preserve"> amalgamate </w:t>
      </w:r>
      <w:r w:rsidR="009A3F26">
        <w:t xml:space="preserve">                                           </w:t>
      </w:r>
      <w:r w:rsidR="009A3F26" w:rsidRPr="000A097A">
        <w:rPr>
          <w:b/>
          <w:i/>
          <w:iCs/>
        </w:rPr>
        <w:t>UAT Slobozia-</w:t>
      </w:r>
      <w:proofErr w:type="spellStart"/>
      <w:r w:rsidR="009A3F26" w:rsidRPr="000A097A">
        <w:rPr>
          <w:b/>
          <w:i/>
          <w:iCs/>
        </w:rPr>
        <w:t>Răscăieţi</w:t>
      </w:r>
      <w:proofErr w:type="spellEnd"/>
      <w:r>
        <w:rPr>
          <w:bCs/>
        </w:rPr>
        <w:t>.</w:t>
      </w:r>
    </w:p>
    <w:p w14:paraId="56858374" w14:textId="724CAC3A" w:rsidR="008C2306" w:rsidRDefault="00D101A3" w:rsidP="000A097A">
      <w:pPr>
        <w:spacing w:line="240" w:lineRule="auto"/>
        <w:jc w:val="both"/>
      </w:pPr>
      <w:r>
        <w:t xml:space="preserve">     </w:t>
      </w:r>
      <w:r w:rsidR="00D21AE0">
        <w:t xml:space="preserve">2. Se </w:t>
      </w:r>
      <w:proofErr w:type="spellStart"/>
      <w:r w:rsidR="00D21AE0">
        <w:t>ia</w:t>
      </w:r>
      <w:proofErr w:type="spellEnd"/>
      <w:r w:rsidR="00D21AE0">
        <w:t xml:space="preserve"> act de </w:t>
      </w:r>
      <w:proofErr w:type="spellStart"/>
      <w:r w:rsidR="00D21AE0">
        <w:t>faptul</w:t>
      </w:r>
      <w:proofErr w:type="spellEnd"/>
      <w:r w:rsidR="00D21AE0">
        <w:t xml:space="preserve"> </w:t>
      </w:r>
      <w:proofErr w:type="spellStart"/>
      <w:r w:rsidR="00D21AE0">
        <w:t>că</w:t>
      </w:r>
      <w:proofErr w:type="spellEnd"/>
      <w:r w:rsidR="00D21AE0">
        <w:t xml:space="preserve"> </w:t>
      </w:r>
      <w:r w:rsidRPr="00D101A3">
        <w:rPr>
          <w:bCs/>
        </w:rPr>
        <w:t xml:space="preserve">UAT </w:t>
      </w:r>
      <w:proofErr w:type="spellStart"/>
      <w:r w:rsidRPr="00D101A3">
        <w:rPr>
          <w:bCs/>
        </w:rPr>
        <w:t>Răscăieţi</w:t>
      </w:r>
      <w:proofErr w:type="spellEnd"/>
      <w:r>
        <w:rPr>
          <w:bCs/>
        </w:rPr>
        <w:t xml:space="preserve"> </w:t>
      </w:r>
      <w:proofErr w:type="spellStart"/>
      <w:r>
        <w:rPr>
          <w:bCs/>
        </w:rPr>
        <w:t>şi</w:t>
      </w:r>
      <w:proofErr w:type="spellEnd"/>
      <w:r w:rsidRPr="00D101A3">
        <w:rPr>
          <w:bCs/>
        </w:rPr>
        <w:t xml:space="preserve"> UAT Slobozia</w:t>
      </w:r>
      <w:r>
        <w:t xml:space="preserve"> </w:t>
      </w:r>
      <w:proofErr w:type="spellStart"/>
      <w:r w:rsidR="00D21AE0">
        <w:t>formează</w:t>
      </w:r>
      <w:proofErr w:type="spellEnd"/>
      <w:r w:rsidR="00D21AE0">
        <w:t xml:space="preserve"> un </w:t>
      </w:r>
      <w:proofErr w:type="spellStart"/>
      <w:r w:rsidR="00D21AE0">
        <w:t>teritoriu</w:t>
      </w:r>
      <w:proofErr w:type="spellEnd"/>
      <w:r w:rsidR="00D21AE0">
        <w:t xml:space="preserve"> </w:t>
      </w:r>
      <w:proofErr w:type="spellStart"/>
      <w:r w:rsidR="00D21AE0">
        <w:t>continuu</w:t>
      </w:r>
      <w:proofErr w:type="spellEnd"/>
      <w:r w:rsidR="00D21AE0">
        <w:t xml:space="preserve"> </w:t>
      </w:r>
      <w:proofErr w:type="spellStart"/>
      <w:r w:rsidR="00D21AE0">
        <w:t>și</w:t>
      </w:r>
      <w:proofErr w:type="spellEnd"/>
      <w:r w:rsidR="00D21AE0">
        <w:t xml:space="preserve"> </w:t>
      </w:r>
      <w:proofErr w:type="spellStart"/>
      <w:r w:rsidR="00D21AE0">
        <w:t>îndeplinesc</w:t>
      </w:r>
      <w:proofErr w:type="spellEnd"/>
      <w:r w:rsidR="00D21AE0">
        <w:t xml:space="preserve"> condiția privind populația cumulată minimă prevăzută de cadrul normativ aplicabil procesului de amalgamare voluntară.</w:t>
      </w:r>
    </w:p>
    <w:p w14:paraId="5B10E244" w14:textId="07A5040A" w:rsidR="008C2306" w:rsidRDefault="00D101A3" w:rsidP="000A097A">
      <w:pPr>
        <w:spacing w:line="240" w:lineRule="auto"/>
        <w:jc w:val="both"/>
      </w:pPr>
      <w:r>
        <w:t xml:space="preserve">    </w:t>
      </w:r>
      <w:r w:rsidR="00D21AE0">
        <w:t xml:space="preserve">3. Se </w:t>
      </w:r>
      <w:proofErr w:type="spellStart"/>
      <w:r w:rsidR="00D21AE0">
        <w:t>acceptă</w:t>
      </w:r>
      <w:proofErr w:type="spellEnd"/>
      <w:r w:rsidR="00D21AE0">
        <w:t xml:space="preserve"> </w:t>
      </w:r>
      <w:proofErr w:type="spellStart"/>
      <w:r w:rsidR="00D21AE0">
        <w:t>stabilirea</w:t>
      </w:r>
      <w:proofErr w:type="spellEnd"/>
      <w:r w:rsidR="00D21AE0">
        <w:t xml:space="preserve"> </w:t>
      </w:r>
      <w:r w:rsidRPr="00D101A3">
        <w:rPr>
          <w:bCs/>
        </w:rPr>
        <w:t>UAT Slobozia</w:t>
      </w:r>
      <w:r>
        <w:t xml:space="preserve"> </w:t>
      </w:r>
      <w:proofErr w:type="spellStart"/>
      <w:r w:rsidR="00D21AE0">
        <w:t>în</w:t>
      </w:r>
      <w:proofErr w:type="spellEnd"/>
      <w:r w:rsidR="00D21AE0">
        <w:t xml:space="preserve"> </w:t>
      </w:r>
      <w:proofErr w:type="spellStart"/>
      <w:r w:rsidR="00D21AE0">
        <w:t>calitate</w:t>
      </w:r>
      <w:proofErr w:type="spellEnd"/>
      <w:r w:rsidR="00D21AE0">
        <w:t xml:space="preserve"> de </w:t>
      </w:r>
      <w:proofErr w:type="spellStart"/>
      <w:r w:rsidR="00D21AE0">
        <w:t>centru</w:t>
      </w:r>
      <w:proofErr w:type="spellEnd"/>
      <w:r w:rsidR="00D21AE0">
        <w:t xml:space="preserve"> </w:t>
      </w:r>
      <w:proofErr w:type="spellStart"/>
      <w:r w:rsidR="00D21AE0">
        <w:t>administrativ</w:t>
      </w:r>
      <w:proofErr w:type="spellEnd"/>
      <w:r w:rsidR="00D21AE0">
        <w:t xml:space="preserve"> al </w:t>
      </w:r>
      <w:proofErr w:type="spellStart"/>
      <w:r w:rsidR="00D21AE0">
        <w:t>viitoarei</w:t>
      </w:r>
      <w:proofErr w:type="spellEnd"/>
      <w:r w:rsidR="00D21AE0">
        <w:t xml:space="preserve"> </w:t>
      </w:r>
      <w:proofErr w:type="spellStart"/>
      <w:r w:rsidR="00D21AE0">
        <w:t>unități</w:t>
      </w:r>
      <w:proofErr w:type="spellEnd"/>
      <w:r w:rsidR="00D21AE0">
        <w:t xml:space="preserve"> administrativ-teritoriale amalgamate.</w:t>
      </w:r>
    </w:p>
    <w:p w14:paraId="31C51E79" w14:textId="7CA70E92" w:rsidR="008C2306" w:rsidRDefault="00D101A3" w:rsidP="000A097A">
      <w:pPr>
        <w:spacing w:line="240" w:lineRule="auto"/>
        <w:jc w:val="both"/>
      </w:pPr>
      <w:r>
        <w:t xml:space="preserve">    </w:t>
      </w:r>
      <w:r w:rsidR="00D21AE0">
        <w:t xml:space="preserve">4. Se </w:t>
      </w:r>
      <w:proofErr w:type="spellStart"/>
      <w:r w:rsidR="00D21AE0">
        <w:t>ia</w:t>
      </w:r>
      <w:proofErr w:type="spellEnd"/>
      <w:r w:rsidR="00D21AE0">
        <w:t xml:space="preserve"> act de </w:t>
      </w:r>
      <w:proofErr w:type="spellStart"/>
      <w:r w:rsidR="00D21AE0">
        <w:t>faptul</w:t>
      </w:r>
      <w:proofErr w:type="spellEnd"/>
      <w:r w:rsidR="00D21AE0">
        <w:t xml:space="preserve"> </w:t>
      </w:r>
      <w:proofErr w:type="spellStart"/>
      <w:r w:rsidR="00D21AE0">
        <w:t>că</w:t>
      </w:r>
      <w:proofErr w:type="spellEnd"/>
      <w:r w:rsidR="00D21AE0">
        <w:t xml:space="preserve"> </w:t>
      </w:r>
      <w:proofErr w:type="spellStart"/>
      <w:r w:rsidR="00D21AE0">
        <w:t>stabilirea</w:t>
      </w:r>
      <w:proofErr w:type="spellEnd"/>
      <w:r w:rsidR="00D21AE0">
        <w:t xml:space="preserve"> </w:t>
      </w:r>
      <w:r w:rsidRPr="00D101A3">
        <w:rPr>
          <w:bCs/>
        </w:rPr>
        <w:t>UAT Slobozia</w:t>
      </w:r>
      <w:r>
        <w:t xml:space="preserve"> </w:t>
      </w:r>
      <w:proofErr w:type="spellStart"/>
      <w:r w:rsidR="00D21AE0">
        <w:t>în</w:t>
      </w:r>
      <w:proofErr w:type="spellEnd"/>
      <w:r w:rsidR="00D21AE0">
        <w:t xml:space="preserve"> </w:t>
      </w:r>
      <w:proofErr w:type="spellStart"/>
      <w:r w:rsidR="00D21AE0">
        <w:t>calitate</w:t>
      </w:r>
      <w:proofErr w:type="spellEnd"/>
      <w:r w:rsidR="00D21AE0">
        <w:t xml:space="preserve"> de </w:t>
      </w:r>
      <w:proofErr w:type="spellStart"/>
      <w:r w:rsidR="00D21AE0">
        <w:t>centru</w:t>
      </w:r>
      <w:proofErr w:type="spellEnd"/>
      <w:r w:rsidR="00D21AE0">
        <w:t xml:space="preserve"> </w:t>
      </w:r>
      <w:proofErr w:type="spellStart"/>
      <w:r w:rsidR="00D21AE0">
        <w:t>administrativ</w:t>
      </w:r>
      <w:proofErr w:type="spellEnd"/>
      <w:r w:rsidR="00D21AE0">
        <w:t xml:space="preserve"> al </w:t>
      </w:r>
      <w:proofErr w:type="spellStart"/>
      <w:r w:rsidR="00D21AE0">
        <w:t>viitoarei</w:t>
      </w:r>
      <w:proofErr w:type="spellEnd"/>
      <w:r w:rsidR="00D21AE0">
        <w:t xml:space="preserve"> UAT amalgamate a fost realizată în baza criteriilor și formulei de calcul prevăzute de Metodologia de amalgamare voluntară a unităților administrativ-teritoriale, aprobată prin Hotărârea Guvernului nr. 925/2023, conform Formularului din Anexa nr. 1 la Metodologie, completat și anexat la dosarul procesului de amalgamare voluntară.</w:t>
      </w:r>
    </w:p>
    <w:p w14:paraId="722EE4A4" w14:textId="6AB95E6C" w:rsidR="008C2306" w:rsidRDefault="00D101A3" w:rsidP="000A097A">
      <w:pPr>
        <w:spacing w:line="240" w:lineRule="auto"/>
        <w:jc w:val="both"/>
      </w:pPr>
      <w:r>
        <w:t xml:space="preserve">   </w:t>
      </w:r>
      <w:r w:rsidR="00D21AE0">
        <w:t xml:space="preserve">5. Se propune ca denumirea viitoarei </w:t>
      </w:r>
      <w:proofErr w:type="spellStart"/>
      <w:r w:rsidR="00D21AE0">
        <w:t>unități</w:t>
      </w:r>
      <w:proofErr w:type="spellEnd"/>
      <w:r w:rsidR="00D21AE0">
        <w:t xml:space="preserve"> </w:t>
      </w:r>
      <w:proofErr w:type="spellStart"/>
      <w:r w:rsidR="00D21AE0">
        <w:t>administrativ-teritoriale</w:t>
      </w:r>
      <w:proofErr w:type="spellEnd"/>
      <w:r w:rsidR="00D21AE0">
        <w:t xml:space="preserve"> amalgamate </w:t>
      </w:r>
      <w:proofErr w:type="spellStart"/>
      <w:r w:rsidR="00D21AE0">
        <w:t>să</w:t>
      </w:r>
      <w:proofErr w:type="spellEnd"/>
      <w:r w:rsidR="00D21AE0">
        <w:t xml:space="preserve"> fie </w:t>
      </w:r>
      <w:r w:rsidR="000A097A">
        <w:t xml:space="preserve">                   </w:t>
      </w:r>
      <w:r w:rsidRPr="000A097A">
        <w:rPr>
          <w:b/>
          <w:i/>
          <w:iCs/>
        </w:rPr>
        <w:t>UAT Slobozia</w:t>
      </w:r>
      <w:r w:rsidR="000A097A" w:rsidRPr="000A097A">
        <w:rPr>
          <w:b/>
          <w:i/>
          <w:iCs/>
        </w:rPr>
        <w:t>-</w:t>
      </w:r>
      <w:proofErr w:type="spellStart"/>
      <w:r w:rsidR="000A097A" w:rsidRPr="000A097A">
        <w:rPr>
          <w:b/>
          <w:i/>
          <w:iCs/>
        </w:rPr>
        <w:t>Răscăieţi</w:t>
      </w:r>
      <w:proofErr w:type="spellEnd"/>
      <w:r>
        <w:rPr>
          <w:bCs/>
        </w:rPr>
        <w:t>.</w:t>
      </w:r>
    </w:p>
    <w:p w14:paraId="0C065BDF" w14:textId="75332C8F" w:rsidR="008C2306" w:rsidRDefault="00D101A3" w:rsidP="000A097A">
      <w:pPr>
        <w:spacing w:line="240" w:lineRule="auto"/>
        <w:jc w:val="both"/>
      </w:pPr>
      <w:r>
        <w:lastRenderedPageBreak/>
        <w:t xml:space="preserve">   </w:t>
      </w:r>
      <w:r w:rsidR="00D21AE0">
        <w:t xml:space="preserve">6. Se ia act de faptul că dosarul final al procesului de amalgamare voluntară, care urmează a fi constituit și expediat Cancelariei de Stat de către autoritatea administrației publice locale a UAT selectate </w:t>
      </w:r>
      <w:proofErr w:type="spellStart"/>
      <w:r w:rsidR="00D21AE0">
        <w:t>în</w:t>
      </w:r>
      <w:proofErr w:type="spellEnd"/>
      <w:r w:rsidR="00D21AE0">
        <w:t xml:space="preserve"> </w:t>
      </w:r>
      <w:proofErr w:type="spellStart"/>
      <w:r w:rsidR="00D21AE0">
        <w:t>calitate</w:t>
      </w:r>
      <w:proofErr w:type="spellEnd"/>
      <w:r w:rsidR="00D21AE0">
        <w:t xml:space="preserve"> de </w:t>
      </w:r>
      <w:proofErr w:type="spellStart"/>
      <w:r w:rsidR="00D21AE0">
        <w:t>centru</w:t>
      </w:r>
      <w:proofErr w:type="spellEnd"/>
      <w:r w:rsidR="00D21AE0">
        <w:t xml:space="preserve"> </w:t>
      </w:r>
      <w:proofErr w:type="spellStart"/>
      <w:r w:rsidR="00D21AE0">
        <w:t>administrativ</w:t>
      </w:r>
      <w:proofErr w:type="spellEnd"/>
      <w:r w:rsidR="00D21AE0">
        <w:t xml:space="preserve">, </w:t>
      </w:r>
      <w:proofErr w:type="spellStart"/>
      <w:r w:rsidR="00D21AE0">
        <w:t>va</w:t>
      </w:r>
      <w:proofErr w:type="spellEnd"/>
      <w:r w:rsidR="00D21AE0">
        <w:t xml:space="preserve"> include </w:t>
      </w:r>
      <w:proofErr w:type="spellStart"/>
      <w:r w:rsidR="00D21AE0">
        <w:t>următoarele</w:t>
      </w:r>
      <w:proofErr w:type="spellEnd"/>
      <w:r w:rsidR="00D21AE0">
        <w:t xml:space="preserve"> </w:t>
      </w:r>
      <w:proofErr w:type="spellStart"/>
      <w:r w:rsidR="00D21AE0">
        <w:t>documente</w:t>
      </w:r>
      <w:proofErr w:type="spellEnd"/>
      <w:r w:rsidR="00D21AE0">
        <w:t>:</w:t>
      </w:r>
    </w:p>
    <w:p w14:paraId="6AFF29E3" w14:textId="77777777" w:rsidR="00D21AE0" w:rsidRDefault="00D21AE0" w:rsidP="00D21AE0">
      <w:pPr>
        <w:spacing w:line="240" w:lineRule="auto"/>
      </w:pPr>
    </w:p>
    <w:tbl>
      <w:tblPr>
        <w:tblStyle w:val="aff1"/>
        <w:tblW w:w="0" w:type="auto"/>
        <w:jc w:val="center"/>
        <w:tblLook w:val="04A0" w:firstRow="1" w:lastRow="0" w:firstColumn="1" w:lastColumn="0" w:noHBand="0" w:noVBand="1"/>
      </w:tblPr>
      <w:tblGrid>
        <w:gridCol w:w="1814"/>
        <w:gridCol w:w="7370"/>
      </w:tblGrid>
      <w:tr w:rsidR="008C2306" w14:paraId="04707D0E" w14:textId="77777777">
        <w:trPr>
          <w:jc w:val="center"/>
        </w:trPr>
        <w:tc>
          <w:tcPr>
            <w:tcW w:w="1814" w:type="dxa"/>
            <w:shd w:val="clear" w:color="auto" w:fill="D9EAF7"/>
            <w:vAlign w:val="center"/>
          </w:tcPr>
          <w:p w14:paraId="59F6EC4A" w14:textId="77777777" w:rsidR="008C2306" w:rsidRDefault="00D21AE0" w:rsidP="00D21AE0">
            <w:pPr>
              <w:jc w:val="center"/>
            </w:pPr>
            <w:r>
              <w:rPr>
                <w:b/>
              </w:rPr>
              <w:t>Anexa</w:t>
            </w:r>
          </w:p>
        </w:tc>
        <w:tc>
          <w:tcPr>
            <w:tcW w:w="7370" w:type="dxa"/>
            <w:shd w:val="clear" w:color="auto" w:fill="D9EAF7"/>
            <w:vAlign w:val="center"/>
          </w:tcPr>
          <w:p w14:paraId="70D3B26A" w14:textId="77777777" w:rsidR="008C2306" w:rsidRDefault="00D21AE0" w:rsidP="000A097A">
            <w:pPr>
              <w:jc w:val="center"/>
            </w:pPr>
            <w:r>
              <w:rPr>
                <w:b/>
              </w:rPr>
              <w:t>Denumirea documentului</w:t>
            </w:r>
          </w:p>
        </w:tc>
      </w:tr>
      <w:tr w:rsidR="008C2306" w14:paraId="078F8490" w14:textId="77777777">
        <w:trPr>
          <w:jc w:val="center"/>
        </w:trPr>
        <w:tc>
          <w:tcPr>
            <w:tcW w:w="1814" w:type="dxa"/>
            <w:vAlign w:val="center"/>
          </w:tcPr>
          <w:p w14:paraId="6A7A2EF7" w14:textId="77777777" w:rsidR="008C2306" w:rsidRDefault="00D21AE0" w:rsidP="00D21AE0">
            <w:pPr>
              <w:jc w:val="center"/>
            </w:pPr>
            <w:r>
              <w:t>Anexa nr. 1</w:t>
            </w:r>
          </w:p>
        </w:tc>
        <w:tc>
          <w:tcPr>
            <w:tcW w:w="7370" w:type="dxa"/>
            <w:vAlign w:val="center"/>
          </w:tcPr>
          <w:p w14:paraId="6C68B25D" w14:textId="77777777" w:rsidR="008C2306" w:rsidRDefault="00D21AE0" w:rsidP="000A097A">
            <w:pPr>
              <w:jc w:val="both"/>
            </w:pPr>
            <w:r>
              <w:t>Copiile deciziilor finale de amalgamare voluntară ale consiliilor locale ale tuturor UAT participante la procesul de amalgamare voluntară.</w:t>
            </w:r>
          </w:p>
        </w:tc>
      </w:tr>
      <w:tr w:rsidR="008C2306" w14:paraId="32D4B571" w14:textId="77777777">
        <w:trPr>
          <w:jc w:val="center"/>
        </w:trPr>
        <w:tc>
          <w:tcPr>
            <w:tcW w:w="1814" w:type="dxa"/>
            <w:vAlign w:val="center"/>
          </w:tcPr>
          <w:p w14:paraId="27DD35A5" w14:textId="77777777" w:rsidR="008C2306" w:rsidRDefault="00D21AE0" w:rsidP="00D21AE0">
            <w:pPr>
              <w:jc w:val="center"/>
            </w:pPr>
            <w:r>
              <w:t>Anexa nr. 2</w:t>
            </w:r>
          </w:p>
        </w:tc>
        <w:tc>
          <w:tcPr>
            <w:tcW w:w="7370" w:type="dxa"/>
            <w:vAlign w:val="center"/>
          </w:tcPr>
          <w:p w14:paraId="6C5FD0A8" w14:textId="566891F9" w:rsidR="008C2306" w:rsidRDefault="00D21AE0" w:rsidP="000A097A">
            <w:pPr>
              <w:jc w:val="both"/>
            </w:pPr>
            <w:r>
              <w:t xml:space="preserve">Formularul Anexa nr. 1 la Metodologia de amalgamare voluntară a unităților administrativ-teritoriale, completat conform procedurii aplicabile, </w:t>
            </w:r>
            <w:proofErr w:type="spellStart"/>
            <w:r>
              <w:t>prin</w:t>
            </w:r>
            <w:proofErr w:type="spellEnd"/>
            <w:r>
              <w:t xml:space="preserve"> care a </w:t>
            </w:r>
            <w:proofErr w:type="spellStart"/>
            <w:r>
              <w:t>fost</w:t>
            </w:r>
            <w:proofErr w:type="spellEnd"/>
            <w:r>
              <w:t xml:space="preserve"> </w:t>
            </w:r>
            <w:proofErr w:type="spellStart"/>
            <w:r>
              <w:t>determinată</w:t>
            </w:r>
            <w:proofErr w:type="spellEnd"/>
            <w:r>
              <w:t xml:space="preserve"> </w:t>
            </w:r>
            <w:r w:rsidR="00D101A3" w:rsidRPr="00D101A3">
              <w:rPr>
                <w:bCs/>
              </w:rPr>
              <w:t>UAT Slobozia</w:t>
            </w:r>
            <w:r w:rsidR="00D101A3">
              <w:t xml:space="preserve"> </w:t>
            </w:r>
            <w:proofErr w:type="spellStart"/>
            <w:r>
              <w:t>în</w:t>
            </w:r>
            <w:proofErr w:type="spellEnd"/>
            <w:r>
              <w:t xml:space="preserve"> </w:t>
            </w:r>
            <w:proofErr w:type="spellStart"/>
            <w:r>
              <w:t>calitate</w:t>
            </w:r>
            <w:proofErr w:type="spellEnd"/>
            <w:r>
              <w:t xml:space="preserve"> de </w:t>
            </w:r>
            <w:proofErr w:type="spellStart"/>
            <w:r>
              <w:t>centru</w:t>
            </w:r>
            <w:proofErr w:type="spellEnd"/>
            <w:r>
              <w:t xml:space="preserve"> </w:t>
            </w:r>
            <w:proofErr w:type="spellStart"/>
            <w:r>
              <w:t>administrativ</w:t>
            </w:r>
            <w:proofErr w:type="spellEnd"/>
            <w:r>
              <w:t xml:space="preserve"> al </w:t>
            </w:r>
            <w:proofErr w:type="spellStart"/>
            <w:r>
              <w:t>viitoarei</w:t>
            </w:r>
            <w:proofErr w:type="spellEnd"/>
            <w:r>
              <w:t xml:space="preserve"> UAT amalgamate.</w:t>
            </w:r>
          </w:p>
        </w:tc>
      </w:tr>
      <w:tr w:rsidR="008C2306" w14:paraId="67E5A293" w14:textId="77777777">
        <w:trPr>
          <w:jc w:val="center"/>
        </w:trPr>
        <w:tc>
          <w:tcPr>
            <w:tcW w:w="1814" w:type="dxa"/>
            <w:vAlign w:val="center"/>
          </w:tcPr>
          <w:p w14:paraId="254185FF" w14:textId="77777777" w:rsidR="008C2306" w:rsidRDefault="00D21AE0" w:rsidP="00D21AE0">
            <w:pPr>
              <w:jc w:val="center"/>
            </w:pPr>
            <w:r>
              <w:t>Anexa nr. 3</w:t>
            </w:r>
          </w:p>
        </w:tc>
        <w:tc>
          <w:tcPr>
            <w:tcW w:w="7370" w:type="dxa"/>
            <w:vAlign w:val="center"/>
          </w:tcPr>
          <w:p w14:paraId="5DBE4839" w14:textId="77777777" w:rsidR="008C2306" w:rsidRDefault="00D21AE0" w:rsidP="000A097A">
            <w:pPr>
              <w:jc w:val="both"/>
            </w:pPr>
            <w:r>
              <w:t>Analiza privind respectarea celor două condiții cumulative, modalitatea de stabilire a centrului administrativ și sinteza procesului de consultare publică.</w:t>
            </w:r>
          </w:p>
        </w:tc>
      </w:tr>
      <w:tr w:rsidR="008C2306" w14:paraId="647E7605" w14:textId="77777777">
        <w:trPr>
          <w:jc w:val="center"/>
        </w:trPr>
        <w:tc>
          <w:tcPr>
            <w:tcW w:w="1814" w:type="dxa"/>
            <w:vAlign w:val="center"/>
          </w:tcPr>
          <w:p w14:paraId="6F9AC282" w14:textId="77777777" w:rsidR="008C2306" w:rsidRDefault="00D21AE0" w:rsidP="00D21AE0">
            <w:pPr>
              <w:jc w:val="center"/>
            </w:pPr>
            <w:r>
              <w:t>Anexa nr. 4</w:t>
            </w:r>
          </w:p>
        </w:tc>
        <w:tc>
          <w:tcPr>
            <w:tcW w:w="7370" w:type="dxa"/>
            <w:vAlign w:val="center"/>
          </w:tcPr>
          <w:p w14:paraId="1F24DEA7" w14:textId="77777777" w:rsidR="008C2306" w:rsidRDefault="00D21AE0" w:rsidP="000A097A">
            <w:pPr>
              <w:jc w:val="both"/>
            </w:pPr>
            <w:r>
              <w:t>Dosarul consultărilor publice, care include procesele-verbale ale tuturor evenimentelor de consultare publică, cu listele de prezență semnate, tabelul de sinteză al recomandărilor, dovezile de publicare online și fizică, copiile observațiilor scrise primite și alte documente relevante ale procesului de consultare.</w:t>
            </w:r>
          </w:p>
        </w:tc>
      </w:tr>
    </w:tbl>
    <w:p w14:paraId="62829759" w14:textId="77777777" w:rsidR="008C2306" w:rsidRDefault="008C2306" w:rsidP="000A097A">
      <w:pPr>
        <w:spacing w:line="240" w:lineRule="auto"/>
        <w:jc w:val="both"/>
      </w:pPr>
    </w:p>
    <w:p w14:paraId="46F52300" w14:textId="5A280CE6" w:rsidR="008C2306" w:rsidRDefault="00D101A3" w:rsidP="000A097A">
      <w:pPr>
        <w:spacing w:line="240" w:lineRule="auto"/>
        <w:jc w:val="both"/>
      </w:pPr>
      <w:r>
        <w:t xml:space="preserve">     </w:t>
      </w:r>
      <w:r w:rsidR="00D21AE0">
        <w:t>7. Se constată că procesul de consultare publică a proiectului deciziei privind amalgamarea voluntară a fost desfășurat prin forme de informare și consultare accesibile cetățenilor, inclusiv publicarea anunțurilor, consultări prin instituții, organizații și întreprinderi, adunări pe mahalale/sectoare, adunări generale ale localităților, ședințe ale Grupului de Lucru Comun, ateliere tematice, sondaje, colectarea propunerilor scrise și digitale, precum și publicarea materialelor pe canalele publice disponibile.</w:t>
      </w:r>
    </w:p>
    <w:p w14:paraId="454C7F88" w14:textId="1BD8D5C6" w:rsidR="008C2306" w:rsidRDefault="00D101A3" w:rsidP="000A097A">
      <w:pPr>
        <w:spacing w:line="240" w:lineRule="auto"/>
        <w:jc w:val="both"/>
      </w:pPr>
      <w:r>
        <w:t xml:space="preserve">     </w:t>
      </w:r>
      <w:r w:rsidR="00D21AE0">
        <w:t xml:space="preserve">8. Se </w:t>
      </w:r>
      <w:proofErr w:type="spellStart"/>
      <w:r w:rsidR="00D21AE0">
        <w:t>pune</w:t>
      </w:r>
      <w:proofErr w:type="spellEnd"/>
      <w:r w:rsidR="00D21AE0">
        <w:t xml:space="preserve"> </w:t>
      </w:r>
      <w:proofErr w:type="spellStart"/>
      <w:r w:rsidR="00D21AE0">
        <w:t>în</w:t>
      </w:r>
      <w:proofErr w:type="spellEnd"/>
      <w:r w:rsidR="00D21AE0">
        <w:t xml:space="preserve"> </w:t>
      </w:r>
      <w:proofErr w:type="spellStart"/>
      <w:r w:rsidR="00D21AE0">
        <w:t>sarcina</w:t>
      </w:r>
      <w:proofErr w:type="spellEnd"/>
      <w:r w:rsidR="00D21AE0">
        <w:t xml:space="preserve"> </w:t>
      </w:r>
      <w:proofErr w:type="spellStart"/>
      <w:r w:rsidR="00D21AE0">
        <w:t>primarului</w:t>
      </w:r>
      <w:proofErr w:type="spellEnd"/>
      <w:r w:rsidR="00D21AE0">
        <w:t xml:space="preserve"> </w:t>
      </w:r>
      <w:proofErr w:type="spellStart"/>
      <w:r>
        <w:t>comunei</w:t>
      </w:r>
      <w:proofErr w:type="spellEnd"/>
      <w:r>
        <w:t xml:space="preserve"> </w:t>
      </w:r>
      <w:proofErr w:type="spellStart"/>
      <w:r>
        <w:t>Răscăieţi</w:t>
      </w:r>
      <w:proofErr w:type="spellEnd"/>
      <w:r w:rsidR="00D21AE0">
        <w:t xml:space="preserve"> </w:t>
      </w:r>
      <w:proofErr w:type="spellStart"/>
      <w:r w:rsidR="00D21AE0">
        <w:t>și</w:t>
      </w:r>
      <w:proofErr w:type="spellEnd"/>
      <w:r w:rsidR="00D21AE0">
        <w:t xml:space="preserve"> a </w:t>
      </w:r>
      <w:proofErr w:type="spellStart"/>
      <w:r w:rsidR="00D21AE0">
        <w:t>secretarului</w:t>
      </w:r>
      <w:proofErr w:type="spellEnd"/>
      <w:r w:rsidR="00D21AE0">
        <w:t xml:space="preserve"> </w:t>
      </w:r>
      <w:proofErr w:type="spellStart"/>
      <w:r w:rsidR="00D21AE0">
        <w:t>Consiliului</w:t>
      </w:r>
      <w:proofErr w:type="spellEnd"/>
      <w:r w:rsidR="00D21AE0">
        <w:t xml:space="preserve"> </w:t>
      </w:r>
      <w:proofErr w:type="spellStart"/>
      <w:r w:rsidR="009A3F26">
        <w:t>comunei</w:t>
      </w:r>
      <w:proofErr w:type="spellEnd"/>
      <w:r w:rsidR="009A3F26">
        <w:t xml:space="preserve"> Răscă</w:t>
      </w:r>
      <w:proofErr w:type="spellStart"/>
      <w:r w:rsidR="009A3F26">
        <w:t>ieţi</w:t>
      </w:r>
      <w:proofErr w:type="spellEnd"/>
      <w:r w:rsidR="00D21AE0">
        <w:t xml:space="preserve"> trans</w:t>
      </w:r>
      <w:proofErr w:type="spellStart"/>
      <w:r w:rsidR="00D21AE0">
        <w:t>miterea</w:t>
      </w:r>
      <w:proofErr w:type="spellEnd"/>
      <w:r w:rsidR="00D21AE0">
        <w:t xml:space="preserve"> </w:t>
      </w:r>
      <w:proofErr w:type="spellStart"/>
      <w:r w:rsidR="00D21AE0">
        <w:t>prezentei</w:t>
      </w:r>
      <w:proofErr w:type="spellEnd"/>
      <w:r w:rsidR="00D21AE0">
        <w:t xml:space="preserve"> </w:t>
      </w:r>
      <w:proofErr w:type="spellStart"/>
      <w:r w:rsidR="00D21AE0">
        <w:t>decizii</w:t>
      </w:r>
      <w:proofErr w:type="spellEnd"/>
      <w:r w:rsidR="00D21AE0">
        <w:t xml:space="preserve">, </w:t>
      </w:r>
      <w:proofErr w:type="spellStart"/>
      <w:r w:rsidR="00D21AE0">
        <w:t>după</w:t>
      </w:r>
      <w:proofErr w:type="spellEnd"/>
      <w:r w:rsidR="00D21AE0">
        <w:t xml:space="preserve"> </w:t>
      </w:r>
      <w:proofErr w:type="spellStart"/>
      <w:r w:rsidR="00D21AE0">
        <w:t>adoptare</w:t>
      </w:r>
      <w:proofErr w:type="spellEnd"/>
      <w:r w:rsidR="00D21AE0">
        <w:t xml:space="preserve">, </w:t>
      </w:r>
      <w:proofErr w:type="spellStart"/>
      <w:r w:rsidR="00D21AE0">
        <w:t>către</w:t>
      </w:r>
      <w:proofErr w:type="spellEnd"/>
      <w:r w:rsidR="00D21AE0">
        <w:t xml:space="preserve"> </w:t>
      </w:r>
      <w:proofErr w:type="spellStart"/>
      <w:r>
        <w:t>Primăria</w:t>
      </w:r>
      <w:proofErr w:type="spellEnd"/>
      <w:r>
        <w:t xml:space="preserve"> UAT Slobozia</w:t>
      </w:r>
      <w:r w:rsidR="00D21AE0">
        <w:t xml:space="preserve">, </w:t>
      </w:r>
      <w:proofErr w:type="spellStart"/>
      <w:r w:rsidR="00D21AE0">
        <w:t>selectată</w:t>
      </w:r>
      <w:proofErr w:type="spellEnd"/>
      <w:r w:rsidR="00D21AE0">
        <w:t xml:space="preserve"> </w:t>
      </w:r>
      <w:proofErr w:type="spellStart"/>
      <w:r w:rsidR="00D21AE0">
        <w:t>în</w:t>
      </w:r>
      <w:proofErr w:type="spellEnd"/>
      <w:r w:rsidR="00D21AE0">
        <w:t xml:space="preserve"> </w:t>
      </w:r>
      <w:proofErr w:type="spellStart"/>
      <w:r w:rsidR="00D21AE0">
        <w:t>calitate</w:t>
      </w:r>
      <w:proofErr w:type="spellEnd"/>
      <w:r w:rsidR="00D21AE0">
        <w:t xml:space="preserve"> de centru administrativ al viitoarei UAT amalgamate, pentru consolidarea dosarului de amalgamare voluntară.</w:t>
      </w:r>
    </w:p>
    <w:p w14:paraId="22C557A7" w14:textId="017B2300" w:rsidR="008C2306" w:rsidRDefault="00D101A3" w:rsidP="000A097A">
      <w:pPr>
        <w:spacing w:line="240" w:lineRule="auto"/>
        <w:jc w:val="both"/>
      </w:pPr>
      <w:r>
        <w:t xml:space="preserve">     </w:t>
      </w:r>
      <w:r w:rsidR="00D21AE0">
        <w:t xml:space="preserve">9. </w:t>
      </w:r>
      <w:proofErr w:type="spellStart"/>
      <w:r w:rsidR="00D21AE0">
        <w:t>Secretarul</w:t>
      </w:r>
      <w:proofErr w:type="spellEnd"/>
      <w:r w:rsidR="00D21AE0">
        <w:t xml:space="preserve"> </w:t>
      </w:r>
      <w:proofErr w:type="spellStart"/>
      <w:r w:rsidR="009A3F26">
        <w:t>Consiliului</w:t>
      </w:r>
      <w:proofErr w:type="spellEnd"/>
      <w:r w:rsidR="009A3F26">
        <w:t xml:space="preserve"> </w:t>
      </w:r>
      <w:proofErr w:type="spellStart"/>
      <w:r w:rsidR="009A3F26">
        <w:t>comunei</w:t>
      </w:r>
      <w:proofErr w:type="spellEnd"/>
      <w:r w:rsidR="009A3F26">
        <w:t xml:space="preserve"> </w:t>
      </w:r>
      <w:proofErr w:type="spellStart"/>
      <w:r w:rsidR="009A3F26">
        <w:t>Răscăieţi</w:t>
      </w:r>
      <w:proofErr w:type="spellEnd"/>
      <w:r w:rsidR="009A3F26">
        <w:t xml:space="preserve"> </w:t>
      </w:r>
      <w:proofErr w:type="spellStart"/>
      <w:r w:rsidR="00D21AE0">
        <w:t>va</w:t>
      </w:r>
      <w:proofErr w:type="spellEnd"/>
      <w:r w:rsidR="00D21AE0">
        <w:t xml:space="preserve"> </w:t>
      </w:r>
      <w:proofErr w:type="spellStart"/>
      <w:r w:rsidR="00D21AE0">
        <w:t>asigura</w:t>
      </w:r>
      <w:proofErr w:type="spellEnd"/>
      <w:r w:rsidR="00D21AE0">
        <w:t xml:space="preserve"> </w:t>
      </w:r>
      <w:proofErr w:type="spellStart"/>
      <w:r w:rsidR="00D21AE0">
        <w:t>includerea</w:t>
      </w:r>
      <w:proofErr w:type="spellEnd"/>
      <w:r w:rsidR="00D21AE0">
        <w:t xml:space="preserve"> prezentei decizii în Registrul de stat al actelor locale și publicarea acesteia conform prevederilor legislației.</w:t>
      </w:r>
    </w:p>
    <w:p w14:paraId="07C073F1" w14:textId="3A5FD7A9" w:rsidR="008C2306" w:rsidRDefault="00D101A3" w:rsidP="000A097A">
      <w:pPr>
        <w:spacing w:line="240" w:lineRule="auto"/>
        <w:jc w:val="both"/>
      </w:pPr>
      <w:r>
        <w:t xml:space="preserve">   </w:t>
      </w:r>
      <w:r w:rsidR="00D21AE0">
        <w:t xml:space="preserve">10. Controlul executării prezentei </w:t>
      </w:r>
      <w:proofErr w:type="spellStart"/>
      <w:r w:rsidR="00D21AE0">
        <w:t>decizii</w:t>
      </w:r>
      <w:proofErr w:type="spellEnd"/>
      <w:r w:rsidR="00D21AE0">
        <w:t xml:space="preserve"> se </w:t>
      </w:r>
      <w:proofErr w:type="spellStart"/>
      <w:r w:rsidR="00D21AE0">
        <w:t>pune</w:t>
      </w:r>
      <w:proofErr w:type="spellEnd"/>
      <w:r w:rsidR="00D21AE0">
        <w:t xml:space="preserve"> </w:t>
      </w:r>
      <w:proofErr w:type="spellStart"/>
      <w:r w:rsidR="00D21AE0">
        <w:t>în</w:t>
      </w:r>
      <w:proofErr w:type="spellEnd"/>
      <w:r w:rsidR="00D21AE0">
        <w:t xml:space="preserve"> </w:t>
      </w:r>
      <w:proofErr w:type="spellStart"/>
      <w:r w:rsidR="00D21AE0">
        <w:t>sarcina</w:t>
      </w:r>
      <w:proofErr w:type="spellEnd"/>
      <w:r w:rsidR="00D21AE0">
        <w:t xml:space="preserve"> </w:t>
      </w:r>
      <w:proofErr w:type="spellStart"/>
      <w:r w:rsidR="00D21AE0">
        <w:t>primarului</w:t>
      </w:r>
      <w:proofErr w:type="spellEnd"/>
      <w:r w:rsidR="00D21AE0">
        <w:t xml:space="preserve"> </w:t>
      </w:r>
      <w:proofErr w:type="spellStart"/>
      <w:r>
        <w:t>comunei</w:t>
      </w:r>
      <w:proofErr w:type="spellEnd"/>
      <w:r>
        <w:t xml:space="preserve"> </w:t>
      </w:r>
      <w:proofErr w:type="spellStart"/>
      <w:r>
        <w:t>Răscăieţi</w:t>
      </w:r>
      <w:proofErr w:type="spellEnd"/>
      <w:r>
        <w:t>.</w:t>
      </w:r>
    </w:p>
    <w:p w14:paraId="7D2CA8F5" w14:textId="1301DF4F" w:rsidR="008C2306" w:rsidRDefault="00D101A3" w:rsidP="000A097A">
      <w:pPr>
        <w:spacing w:line="240" w:lineRule="auto"/>
        <w:jc w:val="both"/>
      </w:pPr>
      <w:r>
        <w:t xml:space="preserve">   </w:t>
      </w:r>
      <w:r w:rsidR="00D21AE0">
        <w:t>11. Prezenta decizie intră în vigoare la data includerii în Registrul de stat al actelor locale și poate fi contestată în termen de 30 de zile de la data comunicării, la Judecătoria Căușeni, sediul Ștefan Vodă.</w:t>
      </w:r>
    </w:p>
    <w:p w14:paraId="355AB8FD" w14:textId="77777777" w:rsidR="008C2306" w:rsidRDefault="008C2306" w:rsidP="00D21AE0">
      <w:pPr>
        <w:spacing w:line="240" w:lineRule="auto"/>
      </w:pPr>
    </w:p>
    <w:p w14:paraId="747790A8" w14:textId="0262EE2C" w:rsidR="008C2306" w:rsidRDefault="00D21AE0" w:rsidP="00D21AE0">
      <w:pPr>
        <w:spacing w:line="240" w:lineRule="auto"/>
      </w:pPr>
      <w:proofErr w:type="spellStart"/>
      <w:r>
        <w:rPr>
          <w:b/>
        </w:rPr>
        <w:t>Președintele</w:t>
      </w:r>
      <w:proofErr w:type="spellEnd"/>
      <w:r>
        <w:rPr>
          <w:b/>
        </w:rPr>
        <w:t xml:space="preserve"> ședinței</w:t>
      </w:r>
      <w:r>
        <w:tab/>
      </w:r>
      <w:r>
        <w:tab/>
      </w:r>
      <w:r w:rsidR="00D101A3">
        <w:t xml:space="preserve">                   </w:t>
      </w:r>
      <w:r>
        <w:t>_____________________ / _____________________ /</w:t>
      </w:r>
    </w:p>
    <w:p w14:paraId="29F57990" w14:textId="77777777" w:rsidR="008C2306" w:rsidRDefault="008C2306" w:rsidP="00D21AE0">
      <w:pPr>
        <w:spacing w:line="240" w:lineRule="auto"/>
      </w:pPr>
    </w:p>
    <w:p w14:paraId="49455EF5" w14:textId="77777777" w:rsidR="008C2306" w:rsidRDefault="00D21AE0" w:rsidP="00D21AE0">
      <w:pPr>
        <w:spacing w:line="240" w:lineRule="auto"/>
      </w:pPr>
      <w:r>
        <w:rPr>
          <w:b/>
        </w:rPr>
        <w:t>Contrasemnează:</w:t>
      </w:r>
    </w:p>
    <w:p w14:paraId="0558A816" w14:textId="02EE12AB" w:rsidR="008C2306" w:rsidRDefault="00D21AE0" w:rsidP="00D21AE0">
      <w:pPr>
        <w:spacing w:line="240" w:lineRule="auto"/>
      </w:pPr>
      <w:proofErr w:type="spellStart"/>
      <w:r>
        <w:rPr>
          <w:b/>
        </w:rPr>
        <w:t>Secretarul</w:t>
      </w:r>
      <w:proofErr w:type="spellEnd"/>
      <w:r>
        <w:rPr>
          <w:b/>
        </w:rPr>
        <w:t xml:space="preserve"> </w:t>
      </w:r>
      <w:proofErr w:type="spellStart"/>
      <w:r>
        <w:rPr>
          <w:b/>
        </w:rPr>
        <w:t>Consiliului</w:t>
      </w:r>
      <w:proofErr w:type="spellEnd"/>
      <w:r>
        <w:rPr>
          <w:b/>
        </w:rPr>
        <w:t xml:space="preserve"> local</w:t>
      </w:r>
      <w:r>
        <w:tab/>
      </w:r>
      <w:r w:rsidR="00D101A3">
        <w:t xml:space="preserve">                  </w:t>
      </w:r>
      <w:r w:rsidR="00D101A3" w:rsidRPr="00D101A3">
        <w:rPr>
          <w:b/>
          <w:bCs/>
          <w:i/>
          <w:iCs/>
        </w:rPr>
        <w:t>TAMBOVŢEV Tatiana</w:t>
      </w:r>
      <w:r>
        <w:t xml:space="preserve"> / _____________________ /</w:t>
      </w:r>
    </w:p>
    <w:p w14:paraId="24CC1CF3" w14:textId="77777777" w:rsidR="00D101A3" w:rsidRDefault="00D101A3" w:rsidP="00D21AE0">
      <w:pPr>
        <w:spacing w:line="240" w:lineRule="auto"/>
        <w:rPr>
          <w:b/>
        </w:rPr>
      </w:pPr>
    </w:p>
    <w:p w14:paraId="43B24170" w14:textId="77777777" w:rsidR="00D101A3" w:rsidRDefault="00D101A3" w:rsidP="00D21AE0">
      <w:pPr>
        <w:spacing w:line="240" w:lineRule="auto"/>
        <w:rPr>
          <w:b/>
        </w:rPr>
      </w:pPr>
    </w:p>
    <w:p w14:paraId="3535079E" w14:textId="457F677F" w:rsidR="008C2306" w:rsidRDefault="00D21AE0" w:rsidP="00D21AE0">
      <w:pPr>
        <w:spacing w:line="240" w:lineRule="auto"/>
      </w:pPr>
      <w:proofErr w:type="spellStart"/>
      <w:r>
        <w:rPr>
          <w:b/>
        </w:rPr>
        <w:t>Semnat</w:t>
      </w:r>
      <w:proofErr w:type="spellEnd"/>
      <w:r>
        <w:rPr>
          <w:b/>
        </w:rPr>
        <w:t xml:space="preserve"> la data de ___ __________ 2026</w:t>
      </w:r>
    </w:p>
    <w:p w14:paraId="4E721802" w14:textId="77777777" w:rsidR="008C2306" w:rsidRDefault="008C2306" w:rsidP="00D21AE0">
      <w:pPr>
        <w:spacing w:line="240" w:lineRule="auto"/>
      </w:pPr>
    </w:p>
    <w:sectPr w:rsidR="008C2306"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70697858">
    <w:abstractNumId w:val="8"/>
  </w:num>
  <w:num w:numId="2" w16cid:durableId="820774260">
    <w:abstractNumId w:val="6"/>
  </w:num>
  <w:num w:numId="3" w16cid:durableId="322702051">
    <w:abstractNumId w:val="5"/>
  </w:num>
  <w:num w:numId="4" w16cid:durableId="593588997">
    <w:abstractNumId w:val="4"/>
  </w:num>
  <w:num w:numId="5" w16cid:durableId="1179346802">
    <w:abstractNumId w:val="7"/>
  </w:num>
  <w:num w:numId="6" w16cid:durableId="695086272">
    <w:abstractNumId w:val="3"/>
  </w:num>
  <w:num w:numId="7" w16cid:durableId="1911423495">
    <w:abstractNumId w:val="2"/>
  </w:num>
  <w:num w:numId="8" w16cid:durableId="541945793">
    <w:abstractNumId w:val="1"/>
  </w:num>
  <w:num w:numId="9" w16cid:durableId="301617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7A"/>
    <w:rsid w:val="0015074B"/>
    <w:rsid w:val="0029639D"/>
    <w:rsid w:val="00303801"/>
    <w:rsid w:val="00326F90"/>
    <w:rsid w:val="00430E31"/>
    <w:rsid w:val="008C2306"/>
    <w:rsid w:val="009532DC"/>
    <w:rsid w:val="009A3F26"/>
    <w:rsid w:val="00AA1D8D"/>
    <w:rsid w:val="00B47730"/>
    <w:rsid w:val="00C11CFB"/>
    <w:rsid w:val="00CB0664"/>
    <w:rsid w:val="00D101A3"/>
    <w:rsid w:val="00D21AE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E25E67"/>
  <w14:defaultImageDpi w14:val="300"/>
  <w15:docId w15:val="{98249184-858A-4D14-B6EF-2418BF877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link w:val="aa"/>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b">
    <w:name w:val="Title"/>
    <w:basedOn w:val="a1"/>
    <w:next w:val="a1"/>
    <w:link w:val="ac"/>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Заголовок Знак"/>
    <w:basedOn w:val="a2"/>
    <w:link w:val="ab"/>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d">
    <w:name w:val="Subtitle"/>
    <w:basedOn w:val="a1"/>
    <w:next w:val="a1"/>
    <w:link w:val="ae"/>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e">
    <w:name w:val="Подзаголовок Знак"/>
    <w:basedOn w:val="a2"/>
    <w:link w:val="ad"/>
    <w:uiPriority w:val="11"/>
    <w:rsid w:val="00FC693F"/>
    <w:rPr>
      <w:rFonts w:asciiTheme="majorHAnsi" w:eastAsiaTheme="majorEastAsia" w:hAnsiTheme="majorHAnsi" w:cstheme="majorBidi"/>
      <w:i/>
      <w:iCs/>
      <w:color w:val="4F81BD" w:themeColor="accent1"/>
      <w:spacing w:val="15"/>
      <w:sz w:val="24"/>
      <w:szCs w:val="24"/>
    </w:rPr>
  </w:style>
  <w:style w:type="paragraph" w:styleId="af">
    <w:name w:val="List Paragraph"/>
    <w:basedOn w:val="a1"/>
    <w:uiPriority w:val="34"/>
    <w:qFormat/>
    <w:rsid w:val="00FC693F"/>
    <w:pPr>
      <w:ind w:left="720"/>
      <w:contextualSpacing/>
    </w:pPr>
  </w:style>
  <w:style w:type="paragraph" w:styleId="af0">
    <w:name w:val="Body Text"/>
    <w:basedOn w:val="a1"/>
    <w:link w:val="af1"/>
    <w:uiPriority w:val="99"/>
    <w:unhideWhenUsed/>
    <w:rsid w:val="00AA1D8D"/>
    <w:pPr>
      <w:spacing w:after="120"/>
    </w:pPr>
  </w:style>
  <w:style w:type="character" w:customStyle="1" w:styleId="af1">
    <w:name w:val="Основной текст Знак"/>
    <w:basedOn w:val="a2"/>
    <w:link w:val="af0"/>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2">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3">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4">
    <w:name w:val="macro"/>
    <w:link w:val="af5"/>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5">
    <w:name w:val="Текст макроса Знак"/>
    <w:basedOn w:val="a2"/>
    <w:link w:val="af4"/>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6">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7">
    <w:name w:val="Strong"/>
    <w:basedOn w:val="a2"/>
    <w:uiPriority w:val="22"/>
    <w:qFormat/>
    <w:rsid w:val="00FC693F"/>
    <w:rPr>
      <w:b/>
      <w:bCs/>
    </w:rPr>
  </w:style>
  <w:style w:type="character" w:styleId="af8">
    <w:name w:val="Emphasis"/>
    <w:basedOn w:val="a2"/>
    <w:uiPriority w:val="20"/>
    <w:qFormat/>
    <w:rsid w:val="00FC693F"/>
    <w:rPr>
      <w:i/>
      <w:iCs/>
    </w:rPr>
  </w:style>
  <w:style w:type="paragraph" w:styleId="af9">
    <w:name w:val="Intense Quote"/>
    <w:basedOn w:val="a1"/>
    <w:next w:val="a1"/>
    <w:link w:val="af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a">
    <w:name w:val="Выделенная цитата Знак"/>
    <w:basedOn w:val="a2"/>
    <w:link w:val="af9"/>
    <w:uiPriority w:val="30"/>
    <w:rsid w:val="00FC693F"/>
    <w:rPr>
      <w:b/>
      <w:bCs/>
      <w:i/>
      <w:iCs/>
      <w:color w:val="4F81BD" w:themeColor="accent1"/>
    </w:rPr>
  </w:style>
  <w:style w:type="character" w:styleId="afb">
    <w:name w:val="Subtle Emphasis"/>
    <w:basedOn w:val="a2"/>
    <w:uiPriority w:val="19"/>
    <w:qFormat/>
    <w:rsid w:val="00FC693F"/>
    <w:rPr>
      <w:i/>
      <w:iCs/>
      <w:color w:val="808080" w:themeColor="text1" w:themeTint="7F"/>
    </w:rPr>
  </w:style>
  <w:style w:type="character" w:styleId="afc">
    <w:name w:val="Intense Emphasis"/>
    <w:basedOn w:val="a2"/>
    <w:uiPriority w:val="21"/>
    <w:qFormat/>
    <w:rsid w:val="00FC693F"/>
    <w:rPr>
      <w:b/>
      <w:bCs/>
      <w:i/>
      <w:iCs/>
      <w:color w:val="4F81BD" w:themeColor="accent1"/>
    </w:rPr>
  </w:style>
  <w:style w:type="character" w:styleId="afd">
    <w:name w:val="Subtle Reference"/>
    <w:basedOn w:val="a2"/>
    <w:uiPriority w:val="31"/>
    <w:qFormat/>
    <w:rsid w:val="00FC693F"/>
    <w:rPr>
      <w:smallCaps/>
      <w:color w:val="C0504D" w:themeColor="accent2"/>
      <w:u w:val="single"/>
    </w:rPr>
  </w:style>
  <w:style w:type="character" w:styleId="afe">
    <w:name w:val="Intense Reference"/>
    <w:basedOn w:val="a2"/>
    <w:uiPriority w:val="32"/>
    <w:qFormat/>
    <w:rsid w:val="00FC693F"/>
    <w:rPr>
      <w:b/>
      <w:bCs/>
      <w:smallCaps/>
      <w:color w:val="C0504D" w:themeColor="accent2"/>
      <w:spacing w:val="5"/>
      <w:u w:val="single"/>
    </w:rPr>
  </w:style>
  <w:style w:type="character" w:styleId="aff">
    <w:name w:val="Book Title"/>
    <w:basedOn w:val="a2"/>
    <w:uiPriority w:val="33"/>
    <w:qFormat/>
    <w:rsid w:val="00FC693F"/>
    <w:rPr>
      <w:b/>
      <w:bCs/>
      <w:smallCaps/>
      <w:spacing w:val="5"/>
    </w:rPr>
  </w:style>
  <w:style w:type="paragraph" w:styleId="aff0">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a">
    <w:name w:val="Без интервала Знак"/>
    <w:link w:val="a9"/>
    <w:uiPriority w:val="1"/>
    <w:rsid w:val="00D10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F3263-375F-4C8A-B168-328D8AEC4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856</Words>
  <Characters>4885</Characters>
  <Application>Microsoft Office Word</Application>
  <DocSecurity>0</DocSecurity>
  <Lines>40</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5730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5</cp:revision>
  <cp:lastPrinted>2026-07-07T13:20:00Z</cp:lastPrinted>
  <dcterms:created xsi:type="dcterms:W3CDTF">2026-06-23T09:19:00Z</dcterms:created>
  <dcterms:modified xsi:type="dcterms:W3CDTF">2026-07-07T13:32:00Z</dcterms:modified>
  <cp:category/>
</cp:coreProperties>
</file>