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4A" w:rsidRPr="0091564A" w:rsidRDefault="0091564A" w:rsidP="00623D2B">
      <w:pPr>
        <w:rPr>
          <w:lang w:val="ro-RO"/>
        </w:rPr>
      </w:pPr>
    </w:p>
    <w:p w:rsidR="00D06684" w:rsidRDefault="00D06684" w:rsidP="00E42954">
      <w:pPr>
        <w:jc w:val="center"/>
        <w:rPr>
          <w:b/>
          <w:lang w:val="ro-RO"/>
        </w:rPr>
      </w:pPr>
    </w:p>
    <w:p w:rsidR="00677CD2" w:rsidRDefault="002024EC" w:rsidP="00E42954">
      <w:pPr>
        <w:jc w:val="center"/>
        <w:rPr>
          <w:b/>
          <w:lang w:val="ro-RO"/>
        </w:rPr>
      </w:pPr>
      <w:r w:rsidRPr="0091564A">
        <w:rPr>
          <w:b/>
          <w:lang w:val="ro-RO"/>
        </w:rPr>
        <w:t xml:space="preserve">NOTĂ </w:t>
      </w:r>
      <w:r w:rsidR="00677CD2">
        <w:rPr>
          <w:b/>
          <w:lang w:val="ro-RO"/>
        </w:rPr>
        <w:t xml:space="preserve">  </w:t>
      </w:r>
      <w:r w:rsidRPr="0091564A">
        <w:rPr>
          <w:b/>
          <w:lang w:val="ro-RO"/>
        </w:rPr>
        <w:t xml:space="preserve">DE </w:t>
      </w:r>
      <w:r w:rsidR="00677CD2">
        <w:rPr>
          <w:b/>
          <w:lang w:val="ro-RO"/>
        </w:rPr>
        <w:t xml:space="preserve">  </w:t>
      </w:r>
      <w:r w:rsidRPr="0091564A">
        <w:rPr>
          <w:b/>
          <w:lang w:val="ro-RO"/>
        </w:rPr>
        <w:t>FUNDAMENTARE</w:t>
      </w:r>
    </w:p>
    <w:p w:rsidR="0033598F" w:rsidRPr="007E098A" w:rsidRDefault="002024EC">
      <w:pPr>
        <w:jc w:val="center"/>
        <w:rPr>
          <w:sz w:val="28"/>
          <w:szCs w:val="28"/>
          <w:lang w:val="ro-RO"/>
        </w:rPr>
      </w:pPr>
      <w:r w:rsidRPr="007E098A">
        <w:rPr>
          <w:sz w:val="28"/>
          <w:szCs w:val="28"/>
          <w:lang w:val="ro-RO"/>
        </w:rPr>
        <w:t>la proiectul de</w:t>
      </w:r>
      <w:r w:rsidR="008E5A8C">
        <w:rPr>
          <w:sz w:val="28"/>
          <w:szCs w:val="28"/>
          <w:lang w:val="ro-RO"/>
        </w:rPr>
        <w:t xml:space="preserve">ciziei Consiliului </w:t>
      </w:r>
      <w:r w:rsidR="00D0347F">
        <w:rPr>
          <w:sz w:val="28"/>
          <w:szCs w:val="28"/>
          <w:lang w:val="ro-RO"/>
        </w:rPr>
        <w:t>local Pitușca</w:t>
      </w:r>
      <w:r w:rsidR="008E5A8C">
        <w:rPr>
          <w:sz w:val="28"/>
          <w:szCs w:val="28"/>
          <w:lang w:val="ro-RO"/>
        </w:rPr>
        <w:t xml:space="preserve">  </w:t>
      </w:r>
      <w:r w:rsidR="007423A0">
        <w:rPr>
          <w:sz w:val="28"/>
          <w:szCs w:val="28"/>
          <w:lang w:val="ro-RO"/>
        </w:rPr>
        <w:t>nr.</w:t>
      </w:r>
      <w:r w:rsidR="00D0347F">
        <w:rPr>
          <w:sz w:val="28"/>
          <w:szCs w:val="28"/>
          <w:lang w:val="ro-RO"/>
        </w:rPr>
        <w:t xml:space="preserve">  05/01</w:t>
      </w:r>
      <w:bookmarkStart w:id="0" w:name="_GoBack"/>
      <w:bookmarkEnd w:id="0"/>
      <w:r w:rsidR="008E5A8C">
        <w:rPr>
          <w:sz w:val="28"/>
          <w:szCs w:val="28"/>
          <w:lang w:val="ro-RO"/>
        </w:rPr>
        <w:t xml:space="preserve"> din  28</w:t>
      </w:r>
      <w:r w:rsidR="00C108FE">
        <w:rPr>
          <w:sz w:val="28"/>
          <w:szCs w:val="28"/>
          <w:lang w:val="ro-RO"/>
        </w:rPr>
        <w:t>.07.2026</w:t>
      </w:r>
    </w:p>
    <w:p w:rsidR="00E42954" w:rsidRDefault="00E42954" w:rsidP="00E42954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>
        <w:rPr>
          <w:rFonts w:ascii="Onest" w:eastAsia="Onest" w:hAnsi="Onest" w:cs="Onest"/>
        </w:rPr>
        <w:t>„</w:t>
      </w:r>
      <w:r>
        <w:rPr>
          <w:rFonts w:ascii="Onest" w:eastAsia="Onest" w:hAnsi="Onest" w:cs="Onest"/>
          <w:b/>
          <w:bCs/>
        </w:rPr>
        <w:t xml:space="preserve">Cu </w:t>
      </w:r>
      <w:proofErr w:type="spellStart"/>
      <w:r>
        <w:rPr>
          <w:rFonts w:ascii="Onest" w:eastAsia="Onest" w:hAnsi="Onest" w:cs="Onest"/>
          <w:b/>
          <w:bCs/>
        </w:rPr>
        <w:t>privire</w:t>
      </w:r>
      <w:proofErr w:type="spellEnd"/>
      <w:r>
        <w:rPr>
          <w:rFonts w:ascii="Onest" w:eastAsia="Onest" w:hAnsi="Onest" w:cs="Onest"/>
          <w:b/>
          <w:bCs/>
        </w:rPr>
        <w:t xml:space="preserve"> la </w:t>
      </w:r>
      <w:proofErr w:type="spellStart"/>
      <w:r>
        <w:rPr>
          <w:rFonts w:ascii="Onest" w:eastAsia="Onest" w:hAnsi="Onest" w:cs="Onest"/>
          <w:b/>
          <w:bCs/>
        </w:rPr>
        <w:t>amalgamarea</w:t>
      </w:r>
      <w:proofErr w:type="spellEnd"/>
      <w:r>
        <w:rPr>
          <w:rFonts w:ascii="Onest" w:eastAsia="Onest" w:hAnsi="Onest" w:cs="Onest"/>
          <w:b/>
          <w:bCs/>
        </w:rPr>
        <w:t xml:space="preserve"> </w:t>
      </w:r>
      <w:proofErr w:type="spellStart"/>
      <w:r>
        <w:rPr>
          <w:rFonts w:ascii="Onest" w:eastAsia="Onest" w:hAnsi="Onest" w:cs="Onest"/>
          <w:b/>
          <w:bCs/>
        </w:rPr>
        <w:t>voluntară</w:t>
      </w:r>
      <w:proofErr w:type="spellEnd"/>
      <w:r>
        <w:rPr>
          <w:rFonts w:ascii="Onest" w:eastAsia="Onest" w:hAnsi="Onest" w:cs="Onest"/>
          <w:b/>
          <w:bCs/>
        </w:rPr>
        <w:t xml:space="preserve"> a </w:t>
      </w:r>
      <w:proofErr w:type="spellStart"/>
      <w:r>
        <w:rPr>
          <w:rFonts w:ascii="Onest" w:eastAsia="Onest" w:hAnsi="Onest" w:cs="Onest"/>
          <w:b/>
          <w:bCs/>
        </w:rPr>
        <w:t>unităților</w:t>
      </w:r>
      <w:proofErr w:type="spellEnd"/>
      <w:r>
        <w:rPr>
          <w:rFonts w:ascii="Onest" w:eastAsia="Onest" w:hAnsi="Onest" w:cs="Onest"/>
          <w:b/>
          <w:bCs/>
        </w:rPr>
        <w:t xml:space="preserve"> </w:t>
      </w:r>
      <w:proofErr w:type="spellStart"/>
      <w:r>
        <w:rPr>
          <w:rFonts w:ascii="Onest" w:eastAsia="Onest" w:hAnsi="Onest" w:cs="Onest"/>
          <w:b/>
          <w:bCs/>
        </w:rPr>
        <w:t>administrativ-teritoriale</w:t>
      </w:r>
      <w:proofErr w:type="spellEnd"/>
      <w:r>
        <w:rPr>
          <w:rFonts w:ascii="Onest" w:eastAsia="Onest" w:hAnsi="Onest" w:cs="Onest"/>
          <w:b/>
          <w:bCs/>
        </w:rPr>
        <w:t xml:space="preserve"> a</w:t>
      </w:r>
    </w:p>
    <w:p w:rsidR="00E42954" w:rsidRDefault="00E42954" w:rsidP="00E42954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>
        <w:rPr>
          <w:rFonts w:eastAsia="Onest" w:cs="Times New Roman"/>
          <w:b/>
          <w:bCs/>
        </w:rPr>
        <w:t xml:space="preserve">UAT </w:t>
      </w:r>
      <w:proofErr w:type="spellStart"/>
      <w:r>
        <w:rPr>
          <w:rFonts w:eastAsia="Onest" w:cs="Times New Roman"/>
          <w:b/>
          <w:bCs/>
        </w:rPr>
        <w:t>Pitușca</w:t>
      </w:r>
      <w:proofErr w:type="spellEnd"/>
      <w:r>
        <w:rPr>
          <w:rFonts w:eastAsia="Onest" w:cs="Times New Roman"/>
          <w:b/>
          <w:bCs/>
        </w:rPr>
        <w:t xml:space="preserve">, UAT </w:t>
      </w:r>
      <w:proofErr w:type="spellStart"/>
      <w:r>
        <w:rPr>
          <w:rFonts w:eastAsia="Onest" w:cs="Times New Roman"/>
          <w:b/>
          <w:bCs/>
        </w:rPr>
        <w:t>Bucovăț</w:t>
      </w:r>
      <w:proofErr w:type="spellEnd"/>
      <w:r>
        <w:rPr>
          <w:rFonts w:eastAsia="Onest" w:cs="Times New Roman"/>
          <w:b/>
          <w:bCs/>
        </w:rPr>
        <w:t xml:space="preserve"> </w:t>
      </w:r>
      <w:proofErr w:type="spellStart"/>
      <w:r>
        <w:rPr>
          <w:rFonts w:eastAsia="Onest" w:cs="Times New Roman"/>
          <w:b/>
          <w:bCs/>
        </w:rPr>
        <w:t>şi</w:t>
      </w:r>
      <w:proofErr w:type="spellEnd"/>
      <w:r>
        <w:rPr>
          <w:rFonts w:eastAsia="Onest" w:cs="Times New Roman"/>
          <w:b/>
          <w:bCs/>
        </w:rPr>
        <w:t xml:space="preserve"> UAT </w:t>
      </w:r>
      <w:proofErr w:type="spellStart"/>
      <w:r>
        <w:rPr>
          <w:rFonts w:eastAsia="Onest" w:cs="Times New Roman"/>
          <w:b/>
          <w:bCs/>
        </w:rPr>
        <w:t>Gălești</w:t>
      </w:r>
      <w:proofErr w:type="spellEnd"/>
      <w:r>
        <w:rPr>
          <w:rFonts w:eastAsia="Onest" w:cs="Times New Roman"/>
          <w:b/>
          <w:bCs/>
        </w:rPr>
        <w:t>.</w:t>
      </w:r>
      <w:r>
        <w:rPr>
          <w:rFonts w:ascii="Onest" w:eastAsia="Onest" w:hAnsi="Onest" w:cs="Onest"/>
          <w:b/>
          <w:bCs/>
        </w:rPr>
        <w:t>”</w:t>
      </w:r>
    </w:p>
    <w:p w:rsidR="00C108FE" w:rsidRPr="00854DB3" w:rsidRDefault="00C108FE" w:rsidP="00073C41">
      <w:pPr>
        <w:widowControl w:val="0"/>
        <w:autoSpaceDE w:val="0"/>
        <w:autoSpaceDN w:val="0"/>
        <w:spacing w:after="0" w:line="240" w:lineRule="auto"/>
        <w:jc w:val="center"/>
        <w:rPr>
          <w:rFonts w:eastAsia="Onest" w:cs="Times New Roman"/>
          <w:b/>
          <w:bCs/>
          <w:lang w:val="ro-RO"/>
        </w:rPr>
      </w:pPr>
    </w:p>
    <w:p w:rsidR="00B91055" w:rsidRDefault="00B91055" w:rsidP="00B91055">
      <w:pPr>
        <w:spacing w:after="0" w:line="240" w:lineRule="auto"/>
        <w:jc w:val="both"/>
        <w:rPr>
          <w:rFonts w:cs="Times New Roman"/>
          <w:b/>
          <w:lang w:val="ro-RO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9"/>
      </w:tblGrid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 w:rsidP="00B91055">
            <w:pPr>
              <w:numPr>
                <w:ilvl w:val="0"/>
                <w:numId w:val="10"/>
              </w:numPr>
              <w:tabs>
                <w:tab w:val="left" w:pos="284"/>
                <w:tab w:val="left" w:pos="1196"/>
              </w:tabs>
              <w:spacing w:after="200" w:line="276" w:lineRule="auto"/>
              <w:contextualSpacing/>
              <w:jc w:val="both"/>
              <w:rPr>
                <w:rFonts w:eastAsia="Calibri" w:cs="Times New Roman"/>
                <w:b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b/>
                <w:lang w:val="zh-CN" w:eastAsia="ru-RU"/>
              </w:rPr>
              <w:t>Denumirea autorului şi, după caz, a participanţilor la elaborarea proiectului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E42954" w:rsidP="00E42954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lang w:val="ro-RO" w:eastAsia="ru-RU"/>
              </w:rPr>
            </w:pPr>
            <w:r>
              <w:rPr>
                <w:rFonts w:eastAsia="Calibri" w:cs="Times New Roman"/>
                <w:lang w:val="ro-RO" w:eastAsia="ru-RU"/>
              </w:rPr>
              <w:t xml:space="preserve">Vasile </w:t>
            </w:r>
            <w:proofErr w:type="spellStart"/>
            <w:r>
              <w:rPr>
                <w:rFonts w:eastAsia="Calibri" w:cs="Times New Roman"/>
                <w:lang w:val="ro-RO" w:eastAsia="ru-RU"/>
              </w:rPr>
              <w:t>Tataru</w:t>
            </w:r>
            <w:proofErr w:type="spellEnd"/>
            <w:r w:rsidR="00B91055">
              <w:rPr>
                <w:rFonts w:eastAsia="Calibri" w:cs="Times New Roman"/>
                <w:lang w:val="zh-CN" w:eastAsia="ru-RU"/>
              </w:rPr>
              <w:t>, Primar</w:t>
            </w:r>
            <w:proofErr w:type="spellStart"/>
            <w:r w:rsidR="00B91055">
              <w:rPr>
                <w:rFonts w:eastAsia="Calibri" w:cs="Times New Roman"/>
                <w:lang w:eastAsia="ru-RU"/>
              </w:rPr>
              <w:t>ul</w:t>
            </w:r>
            <w:proofErr w:type="spellEnd"/>
            <w:r w:rsidR="00B91055"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satului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Pitușca</w:t>
            </w:r>
            <w:proofErr w:type="spellEnd"/>
            <w:r w:rsidR="00B91055">
              <w:rPr>
                <w:rFonts w:eastAsia="Calibri" w:cs="Times New Roman"/>
                <w:lang w:val="zh-CN" w:eastAsia="ru-RU"/>
              </w:rPr>
              <w:t xml:space="preserve">     </w:t>
            </w:r>
          </w:p>
          <w:p w:rsidR="00E42954" w:rsidRPr="00E42954" w:rsidRDefault="00E42954" w:rsidP="00E42954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ro-RO" w:eastAsia="ru-RU"/>
                <w14:ligatures w14:val="standardContextual"/>
              </w:rPr>
            </w:pP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2.</w:t>
            </w:r>
            <w:r>
              <w:rPr>
                <w:rFonts w:eastAsia="Calibri" w:cs="Times New Roman"/>
                <w:b/>
                <w:lang w:val="zh-CN" w:eastAsia="ru-RU"/>
              </w:rPr>
              <w:t xml:space="preserve"> Condiţiile ce au impus elaborarea proiectului de act normativ şi finalităţile urmărite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Pr="00B91055" w:rsidRDefault="00B91055">
            <w:pPr>
              <w:pStyle w:val="Other0"/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Other"/>
                <w:sz w:val="24"/>
                <w:szCs w:val="24"/>
              </w:rPr>
              <w:t>În</w:t>
            </w:r>
            <w:proofErr w:type="spellEnd"/>
            <w:r>
              <w:rPr>
                <w:rStyle w:val="Other"/>
                <w:sz w:val="24"/>
                <w:szCs w:val="24"/>
              </w:rPr>
              <w:t xml:space="preserve">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temeiul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 art. 14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alin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. (2) </w:t>
            </w:r>
            <w:proofErr w:type="gramStart"/>
            <w:r w:rsidRPr="00B91055">
              <w:rPr>
                <w:rStyle w:val="Other"/>
                <w:sz w:val="24"/>
                <w:szCs w:val="24"/>
              </w:rPr>
              <w:t>lit</w:t>
            </w:r>
            <w:proofErr w:type="gramEnd"/>
            <w:r w:rsidRPr="00B91055">
              <w:rPr>
                <w:rStyle w:val="Other"/>
                <w:sz w:val="24"/>
                <w:szCs w:val="24"/>
              </w:rPr>
              <w:t>. k</w:t>
            </w:r>
            <w:r w:rsidRPr="00B91055">
              <w:rPr>
                <w:rStyle w:val="Other"/>
                <w:sz w:val="24"/>
                <w:szCs w:val="24"/>
                <w:vertAlign w:val="superscript"/>
              </w:rPr>
              <w:t>1</w:t>
            </w:r>
            <w:r w:rsidRPr="00B91055">
              <w:rPr>
                <w:rStyle w:val="Other"/>
                <w:sz w:val="24"/>
                <w:szCs w:val="24"/>
              </w:rPr>
              <w:t xml:space="preserve">) al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Legii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 nr. 436/2006 cu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privire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 la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administrația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publică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 xml:space="preserve"> </w:t>
            </w:r>
            <w:proofErr w:type="spellStart"/>
            <w:r w:rsidRPr="00B91055">
              <w:rPr>
                <w:rStyle w:val="Other"/>
                <w:sz w:val="24"/>
                <w:szCs w:val="24"/>
              </w:rPr>
              <w:t>locală</w:t>
            </w:r>
            <w:proofErr w:type="spellEnd"/>
            <w:r w:rsidRPr="00B91055">
              <w:rPr>
                <w:rStyle w:val="Other"/>
                <w:sz w:val="24"/>
                <w:szCs w:val="24"/>
              </w:rPr>
              <w:t>;</w:t>
            </w:r>
          </w:p>
          <w:p w:rsidR="00B91055" w:rsidRPr="00B91055" w:rsidRDefault="00B91055">
            <w:pPr>
              <w:tabs>
                <w:tab w:val="left" w:pos="705"/>
              </w:tabs>
              <w:spacing w:after="0"/>
              <w:rPr>
                <w:rStyle w:val="Other"/>
                <w:rFonts w:eastAsiaTheme="minorHAnsi"/>
                <w:sz w:val="24"/>
                <w:szCs w:val="24"/>
                <w:lang w:val="ro-RO"/>
              </w:rPr>
            </w:pPr>
            <w:r w:rsidRPr="00B91055">
              <w:rPr>
                <w:rStyle w:val="Other"/>
                <w:rFonts w:eastAsiaTheme="minorHAnsi"/>
                <w:sz w:val="24"/>
                <w:szCs w:val="24"/>
                <w:lang w:val="ro-RO"/>
              </w:rPr>
              <w:t>art. 8</w:t>
            </w:r>
            <w:r w:rsidRPr="00B91055">
              <w:rPr>
                <w:rStyle w:val="Other"/>
                <w:rFonts w:eastAsiaTheme="minorHAnsi"/>
                <w:sz w:val="24"/>
                <w:szCs w:val="24"/>
              </w:rPr>
              <w:t xml:space="preserve">, 11 </w:t>
            </w:r>
            <w:r w:rsidRPr="00B91055">
              <w:rPr>
                <w:rStyle w:val="Other"/>
                <w:rFonts w:eastAsiaTheme="minorHAnsi"/>
                <w:sz w:val="24"/>
                <w:szCs w:val="24"/>
                <w:lang w:val="ro-RO"/>
              </w:rPr>
              <w:t>al Legii nr. 225/2023 cu privire la amalgamarea voluntară a unităților administrativ-teritoriale.</w:t>
            </w:r>
          </w:p>
          <w:p w:rsidR="00B91055" w:rsidRDefault="00B91055">
            <w:pPr>
              <w:tabs>
                <w:tab w:val="left" w:pos="705"/>
              </w:tabs>
              <w:spacing w:after="0" w:line="276" w:lineRule="auto"/>
              <w:rPr>
                <w:rFonts w:eastAsia="Onest" w:cs="Times New Roman"/>
                <w:szCs w:val="24"/>
                <w:lang w:val="ro-RO"/>
              </w:rPr>
            </w:pPr>
            <w:r w:rsidRPr="00B91055">
              <w:rPr>
                <w:rFonts w:eastAsia="Onest" w:cs="Times New Roman"/>
                <w:szCs w:val="24"/>
                <w:lang w:val="ro-RO"/>
              </w:rPr>
              <w:t>Pct. 25, 39, 40 și 43 din Metodologia de amalgamare voluntară a unităților administrativ-teritoriale aprobată prin Hotărârea Guvernului nr.925/2023</w:t>
            </w:r>
          </w:p>
          <w:p w:rsidR="00E42954" w:rsidRDefault="00E42954">
            <w:pPr>
              <w:tabs>
                <w:tab w:val="left" w:pos="705"/>
              </w:tabs>
              <w:spacing w:after="0" w:line="276" w:lineRule="auto"/>
              <w:rPr>
                <w:rStyle w:val="Other"/>
                <w:rFonts w:eastAsiaTheme="minorHAnsi"/>
                <w:kern w:val="2"/>
                <w:lang w:val="ro-RO"/>
                <w14:ligatures w14:val="standardContextual"/>
              </w:rPr>
            </w:pP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3. </w:t>
            </w:r>
            <w:r>
              <w:rPr>
                <w:rFonts w:eastAsia="Calibri" w:cs="Times New Roman"/>
                <w:b/>
                <w:lang w:val="zh-CN" w:eastAsia="ru-RU"/>
              </w:rPr>
              <w:t>Descrierea gradului de compatibilitate pentru proiectele care au ca scop armonizarea legislaţiei naţionale cu legislaţia Uniunii Europene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pStyle w:val="Other0"/>
              <w:tabs>
                <w:tab w:val="left" w:pos="125"/>
              </w:tabs>
              <w:spacing w:line="276" w:lineRule="auto"/>
              <w:ind w:firstLine="0"/>
              <w:rPr>
                <w:rFonts w:eastAsia="Calibri"/>
                <w:lang w:val="zh-CN" w:eastAsia="zh-CN"/>
              </w:rPr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cs="Times New Roman"/>
                <w:szCs w:val="24"/>
                <w:lang w:val="ro-RO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4. </w:t>
            </w:r>
            <w:r>
              <w:rPr>
                <w:rFonts w:eastAsia="Calibri" w:cs="Times New Roman"/>
                <w:b/>
                <w:lang w:val="zh-CN" w:eastAsia="ru-RU"/>
              </w:rPr>
              <w:t>Principalele prevederi ale proiectului şi evidenţierea elementelor noi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54" w:rsidRPr="00E42954" w:rsidRDefault="00E42954" w:rsidP="00E42954">
            <w:pPr>
              <w:numPr>
                <w:ilvl w:val="0"/>
                <w:numId w:val="11"/>
              </w:numPr>
              <w:spacing w:after="0" w:line="276" w:lineRule="auto"/>
              <w:ind w:left="0" w:firstLine="450"/>
              <w:jc w:val="both"/>
              <w:rPr>
                <w:rFonts w:ascii="Onest" w:eastAsia="Onest" w:hAnsi="Onest" w:cs="Onest"/>
              </w:rPr>
            </w:pPr>
            <w:r>
              <w:rPr>
                <w:rFonts w:ascii="Onest" w:eastAsia="Onest" w:hAnsi="Onest" w:cs="Onest"/>
              </w:rPr>
              <w:t xml:space="preserve">Se </w:t>
            </w:r>
            <w:proofErr w:type="spellStart"/>
            <w:r>
              <w:rPr>
                <w:rFonts w:ascii="Onest" w:eastAsia="Onest" w:hAnsi="Onest" w:cs="Onest"/>
              </w:rPr>
              <w:t>aprobă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amalgamarea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voluntară</w:t>
            </w:r>
            <w:proofErr w:type="spellEnd"/>
            <w:r>
              <w:rPr>
                <w:rFonts w:ascii="Onest" w:eastAsia="Onest" w:hAnsi="Onest" w:cs="Onest"/>
              </w:rPr>
              <w:t xml:space="preserve"> a </w:t>
            </w:r>
            <w:proofErr w:type="spellStart"/>
            <w:r>
              <w:rPr>
                <w:rFonts w:ascii="Onest" w:eastAsia="Onest" w:hAnsi="Onest" w:cs="Onest"/>
              </w:rPr>
              <w:t>unităților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administrativ-teritoriale</w:t>
            </w:r>
            <w:proofErr w:type="spellEnd"/>
            <w:r>
              <w:rPr>
                <w:rFonts w:ascii="Onest" w:eastAsia="Onest" w:hAnsi="Onest" w:cs="Onest"/>
              </w:rPr>
              <w:t xml:space="preserve"> a </w:t>
            </w:r>
            <w:r>
              <w:rPr>
                <w:rFonts w:eastAsia="Onest" w:cs="Times New Roman"/>
                <w:b/>
                <w:bCs/>
              </w:rPr>
              <w:t xml:space="preserve">UAT </w:t>
            </w:r>
            <w:proofErr w:type="spellStart"/>
            <w:r>
              <w:rPr>
                <w:rFonts w:eastAsia="Onest" w:cs="Times New Roman"/>
                <w:b/>
                <w:bCs/>
              </w:rPr>
              <w:t>Bucovăț</w:t>
            </w:r>
            <w:proofErr w:type="spellEnd"/>
            <w:r>
              <w:rPr>
                <w:rFonts w:eastAsia="Onest" w:cs="Times New Roman"/>
                <w:b/>
                <w:bCs/>
              </w:rPr>
              <w:t xml:space="preserve"> cu UAT </w:t>
            </w:r>
            <w:proofErr w:type="spellStart"/>
            <w:r>
              <w:rPr>
                <w:rFonts w:eastAsia="Onest" w:cs="Times New Roman"/>
                <w:b/>
                <w:bCs/>
              </w:rPr>
              <w:t>Pitușca</w:t>
            </w:r>
            <w:proofErr w:type="spellEnd"/>
            <w:r>
              <w:rPr>
                <w:rFonts w:eastAsia="Onest" w:cs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Onest" w:cs="Times New Roman"/>
                <w:b/>
                <w:bCs/>
              </w:rPr>
              <w:t>și</w:t>
            </w:r>
            <w:proofErr w:type="spellEnd"/>
            <w:r>
              <w:rPr>
                <w:rFonts w:eastAsia="Onest" w:cs="Times New Roman"/>
                <w:b/>
                <w:bCs/>
              </w:rPr>
              <w:t xml:space="preserve">  UAT </w:t>
            </w:r>
            <w:proofErr w:type="spellStart"/>
            <w:r>
              <w:rPr>
                <w:rFonts w:eastAsia="Onest" w:cs="Times New Roman"/>
                <w:b/>
                <w:bCs/>
              </w:rPr>
              <w:t>Gălești</w:t>
            </w:r>
            <w:proofErr w:type="spellEnd"/>
            <w:r>
              <w:rPr>
                <w:rFonts w:ascii="Onest" w:eastAsia="Onest" w:hAnsi="Onest" w:cs="Onest"/>
              </w:rPr>
              <w:t>;</w:t>
            </w:r>
          </w:p>
          <w:p w:rsidR="00E42954" w:rsidRDefault="00E42954" w:rsidP="00E42954">
            <w:pPr>
              <w:numPr>
                <w:ilvl w:val="0"/>
                <w:numId w:val="11"/>
              </w:numPr>
              <w:spacing w:after="0" w:line="276" w:lineRule="auto"/>
              <w:ind w:left="0" w:firstLine="450"/>
              <w:jc w:val="both"/>
              <w:rPr>
                <w:rFonts w:ascii="Onest" w:eastAsia="Onest" w:hAnsi="Onest" w:cs="Onest"/>
              </w:rPr>
            </w:pPr>
            <w:r>
              <w:rPr>
                <w:rFonts w:ascii="Onest" w:eastAsia="Onest" w:hAnsi="Onest" w:cs="Onest"/>
              </w:rPr>
              <w:t xml:space="preserve">Se </w:t>
            </w:r>
            <w:proofErr w:type="spellStart"/>
            <w:r>
              <w:rPr>
                <w:rFonts w:ascii="Onest" w:eastAsia="Onest" w:hAnsi="Onest" w:cs="Onest"/>
              </w:rPr>
              <w:t>pune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în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sarcina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proofErr w:type="gramStart"/>
            <w:r>
              <w:rPr>
                <w:rFonts w:ascii="Onest" w:eastAsia="Onest" w:hAnsi="Onest" w:cs="Onest"/>
              </w:rPr>
              <w:t>doamnei</w:t>
            </w:r>
            <w:proofErr w:type="spellEnd"/>
            <w:r>
              <w:rPr>
                <w:rFonts w:ascii="Onest" w:eastAsia="Onest" w:hAnsi="Onest" w:cs="Onest"/>
              </w:rPr>
              <w:t xml:space="preserve">  </w:t>
            </w:r>
            <w:proofErr w:type="spellStart"/>
            <w:r>
              <w:rPr>
                <w:rFonts w:ascii="Onest" w:eastAsia="Onest" w:hAnsi="Onest" w:cs="Onest"/>
              </w:rPr>
              <w:t>Dodon</w:t>
            </w:r>
            <w:proofErr w:type="spellEnd"/>
            <w:proofErr w:type="gramEnd"/>
            <w:r>
              <w:rPr>
                <w:rFonts w:ascii="Onest" w:eastAsia="Onest" w:hAnsi="Onest" w:cs="Onest"/>
              </w:rPr>
              <w:t xml:space="preserve"> Natalia, </w:t>
            </w:r>
            <w:proofErr w:type="spellStart"/>
            <w:r>
              <w:rPr>
                <w:rFonts w:ascii="Onest" w:eastAsia="Onest" w:hAnsi="Onest" w:cs="Onest"/>
              </w:rPr>
              <w:t>secretară</w:t>
            </w:r>
            <w:proofErr w:type="spellEnd"/>
            <w:r>
              <w:rPr>
                <w:rFonts w:ascii="Onest" w:eastAsia="Onest" w:hAnsi="Onest" w:cs="Onest"/>
              </w:rPr>
              <w:t xml:space="preserve"> a </w:t>
            </w:r>
            <w:proofErr w:type="spellStart"/>
            <w:r>
              <w:rPr>
                <w:rFonts w:ascii="Onest" w:eastAsia="Onest" w:hAnsi="Onest" w:cs="Onest"/>
              </w:rPr>
              <w:t>consiliului</w:t>
            </w:r>
            <w:proofErr w:type="spellEnd"/>
            <w:r>
              <w:rPr>
                <w:rFonts w:ascii="Onest" w:eastAsia="Onest" w:hAnsi="Onest" w:cs="Onest"/>
              </w:rPr>
              <w:t xml:space="preserve"> local </w:t>
            </w:r>
            <w:proofErr w:type="spellStart"/>
            <w:r>
              <w:rPr>
                <w:rFonts w:ascii="Onest" w:eastAsia="Onest" w:hAnsi="Onest" w:cs="Onest"/>
              </w:rPr>
              <w:t>Pitușca</w:t>
            </w:r>
            <w:proofErr w:type="spellEnd"/>
            <w:r>
              <w:rPr>
                <w:rFonts w:ascii="Onest" w:eastAsia="Onest" w:hAnsi="Onest" w:cs="Onest"/>
              </w:rPr>
              <w:t xml:space="preserve">, </w:t>
            </w:r>
            <w:proofErr w:type="spellStart"/>
            <w:r>
              <w:rPr>
                <w:rFonts w:ascii="Onest" w:eastAsia="Onest" w:hAnsi="Onest" w:cs="Onest"/>
              </w:rPr>
              <w:t>transmiterea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deciziei</w:t>
            </w:r>
            <w:proofErr w:type="spellEnd"/>
            <w:r>
              <w:rPr>
                <w:rFonts w:ascii="Onest" w:eastAsia="Onest" w:hAnsi="Onest" w:cs="Onest"/>
              </w:rPr>
              <w:t xml:space="preserve"> de </w:t>
            </w:r>
            <w:proofErr w:type="spellStart"/>
            <w:r>
              <w:rPr>
                <w:rFonts w:ascii="Onest" w:eastAsia="Onest" w:hAnsi="Onest" w:cs="Onest"/>
              </w:rPr>
              <w:t>amalgamare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voluntară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și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documentele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aferente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aprobate</w:t>
            </w:r>
            <w:proofErr w:type="spellEnd"/>
            <w:r>
              <w:rPr>
                <w:rFonts w:ascii="Onest" w:eastAsia="Onest" w:hAnsi="Onest" w:cs="Onest"/>
              </w:rPr>
              <w:t xml:space="preserve"> de </w:t>
            </w:r>
            <w:proofErr w:type="spellStart"/>
            <w:r>
              <w:rPr>
                <w:rFonts w:ascii="Onest" w:eastAsia="Onest" w:hAnsi="Onest" w:cs="Onest"/>
              </w:rPr>
              <w:t>consiliul</w:t>
            </w:r>
            <w:proofErr w:type="spellEnd"/>
            <w:r>
              <w:rPr>
                <w:rFonts w:ascii="Onest" w:eastAsia="Onest" w:hAnsi="Onest" w:cs="Onest"/>
              </w:rPr>
              <w:t xml:space="preserve"> local </w:t>
            </w:r>
            <w:proofErr w:type="spellStart"/>
            <w:r>
              <w:rPr>
                <w:rFonts w:ascii="Onest" w:eastAsia="Onest" w:hAnsi="Onest" w:cs="Onest"/>
              </w:rPr>
              <w:t>către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Primăria</w:t>
            </w:r>
            <w:proofErr w:type="spellEnd"/>
            <w:r>
              <w:rPr>
                <w:rFonts w:ascii="Onest" w:eastAsia="Onest" w:hAnsi="Onest" w:cs="Onest"/>
              </w:rPr>
              <w:t xml:space="preserve"> _</w:t>
            </w:r>
            <w:proofErr w:type="spellStart"/>
            <w:r>
              <w:rPr>
                <w:rFonts w:ascii="Onest" w:eastAsia="Onest" w:hAnsi="Onest" w:cs="Onest"/>
                <w:u w:val="single"/>
              </w:rPr>
              <w:t>orașului</w:t>
            </w:r>
            <w:proofErr w:type="spellEnd"/>
            <w:r>
              <w:rPr>
                <w:rFonts w:ascii="Onest" w:eastAsia="Onest" w:hAnsi="Onest" w:cs="Onest"/>
                <w:u w:val="single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  <w:u w:val="single"/>
              </w:rPr>
              <w:t>Bucovăț</w:t>
            </w:r>
            <w:proofErr w:type="spellEnd"/>
            <w:r>
              <w:rPr>
                <w:rFonts w:ascii="Onest" w:eastAsia="Onest" w:hAnsi="Onest" w:cs="Onest"/>
              </w:rPr>
              <w:t xml:space="preserve">_, </w:t>
            </w:r>
            <w:proofErr w:type="spellStart"/>
            <w:r>
              <w:rPr>
                <w:rFonts w:ascii="Onest" w:eastAsia="Onest" w:hAnsi="Onest" w:cs="Onest"/>
              </w:rPr>
              <w:t>selectată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în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calitate</w:t>
            </w:r>
            <w:proofErr w:type="spellEnd"/>
            <w:r>
              <w:rPr>
                <w:rFonts w:ascii="Onest" w:eastAsia="Onest" w:hAnsi="Onest" w:cs="Onest"/>
              </w:rPr>
              <w:t xml:space="preserve"> de </w:t>
            </w:r>
            <w:proofErr w:type="spellStart"/>
            <w:r>
              <w:rPr>
                <w:rFonts w:ascii="Onest" w:eastAsia="Onest" w:hAnsi="Onest" w:cs="Onest"/>
              </w:rPr>
              <w:t>centru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administrativ</w:t>
            </w:r>
            <w:proofErr w:type="spellEnd"/>
            <w:r>
              <w:rPr>
                <w:rFonts w:ascii="Onest" w:eastAsia="Onest" w:hAnsi="Onest" w:cs="Onest"/>
              </w:rPr>
              <w:t xml:space="preserve"> al </w:t>
            </w:r>
            <w:proofErr w:type="spellStart"/>
            <w:r>
              <w:rPr>
                <w:rFonts w:ascii="Onest" w:eastAsia="Onest" w:hAnsi="Onest" w:cs="Onest"/>
              </w:rPr>
              <w:t>unității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administrativ-teritoriale</w:t>
            </w:r>
            <w:proofErr w:type="spellEnd"/>
            <w:r>
              <w:rPr>
                <w:rFonts w:ascii="Onest" w:eastAsia="Onest" w:hAnsi="Onest" w:cs="Onest"/>
              </w:rPr>
              <w:t xml:space="preserve"> amalgamate </w:t>
            </w:r>
            <w:proofErr w:type="spellStart"/>
            <w:r>
              <w:rPr>
                <w:rFonts w:ascii="Onest" w:eastAsia="Onest" w:hAnsi="Onest" w:cs="Onest"/>
              </w:rPr>
              <w:t>pentru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consolidarea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dosarului</w:t>
            </w:r>
            <w:proofErr w:type="spellEnd"/>
            <w:r>
              <w:rPr>
                <w:rFonts w:ascii="Onest" w:eastAsia="Onest" w:hAnsi="Onest" w:cs="Onest"/>
              </w:rPr>
              <w:t xml:space="preserve"> de </w:t>
            </w:r>
            <w:proofErr w:type="spellStart"/>
            <w:r>
              <w:rPr>
                <w:rFonts w:ascii="Onest" w:eastAsia="Onest" w:hAnsi="Onest" w:cs="Onest"/>
              </w:rPr>
              <w:t>amalgamare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voluntară</w:t>
            </w:r>
            <w:proofErr w:type="spellEnd"/>
            <w:r>
              <w:rPr>
                <w:rFonts w:ascii="Onest" w:eastAsia="Onest" w:hAnsi="Onest" w:cs="Onest"/>
              </w:rPr>
              <w:t xml:space="preserve">. </w:t>
            </w:r>
          </w:p>
          <w:p w:rsidR="00B91055" w:rsidRPr="00E42954" w:rsidRDefault="00B91055">
            <w:pPr>
              <w:spacing w:after="0" w:line="276" w:lineRule="auto"/>
              <w:rPr>
                <w:szCs w:val="24"/>
                <w14:ligatures w14:val="standardContextual"/>
              </w:rPr>
            </w:pP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5. </w:t>
            </w:r>
            <w:r>
              <w:rPr>
                <w:rFonts w:eastAsia="Calibri" w:cs="Times New Roman"/>
                <w:b/>
                <w:lang w:val="zh-CN" w:eastAsia="ru-RU"/>
              </w:rPr>
              <w:t>Fundamentarea economico-financiară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954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lang w:val="ro-RO" w:eastAsia="ru-RU"/>
              </w:rPr>
            </w:pPr>
            <w:r>
              <w:rPr>
                <w:rFonts w:eastAsia="Calibri" w:cs="Times New Roman"/>
                <w:lang w:val="zh-CN" w:eastAsia="ru-RU"/>
              </w:rPr>
              <w:t>Adoptarea prezentului proiect de decizie nu necesită cheltuieli financiare suplimentare din bugetul APL</w:t>
            </w:r>
          </w:p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 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6. </w:t>
            </w:r>
            <w:r>
              <w:rPr>
                <w:rFonts w:eastAsia="Calibri" w:cs="Times New Roman"/>
                <w:b/>
                <w:lang w:val="zh-CN" w:eastAsia="ru-RU"/>
              </w:rPr>
              <w:t>Modul de încorporare a actului în cadrul normativ în vigoare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spacing w:after="0"/>
              <w:rPr>
                <w:rFonts w:eastAsia="Calibri" w:cs="Times New Roman"/>
                <w:szCs w:val="24"/>
                <w:lang w:val="ro-RO" w:eastAsia="ru-RU"/>
                <w14:ligatures w14:val="standardContextual"/>
              </w:rPr>
            </w:pPr>
            <w:r>
              <w:rPr>
                <w:rFonts w:eastAsia="Calibri" w:cs="Times New Roman"/>
                <w:lang w:val="ro-RO" w:eastAsia="ru-RU"/>
              </w:rPr>
              <w:t xml:space="preserve">Legii privind administraţia publică locală nr.436-XVI din 28.12.2006, </w:t>
            </w:r>
          </w:p>
          <w:p w:rsidR="00B91055" w:rsidRDefault="00B91055">
            <w:pPr>
              <w:spacing w:after="0"/>
              <w:rPr>
                <w:rFonts w:eastAsia="Calibri" w:cs="Times New Roman"/>
                <w:lang w:eastAsia="ru-RU"/>
              </w:rPr>
            </w:pPr>
            <w:proofErr w:type="spellStart"/>
            <w:r>
              <w:rPr>
                <w:rFonts w:eastAsia="Calibri" w:cs="Times New Roman"/>
                <w:lang w:eastAsia="ru-RU"/>
              </w:rPr>
              <w:t>Legii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nr. 225/2023 </w:t>
            </w:r>
            <w:proofErr w:type="spellStart"/>
            <w:r>
              <w:rPr>
                <w:rFonts w:eastAsia="Calibri" w:cs="Times New Roman"/>
                <w:lang w:eastAsia="ru-RU"/>
              </w:rPr>
              <w:t>privind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amalgamarea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voluntară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a </w:t>
            </w:r>
            <w:proofErr w:type="spellStart"/>
            <w:r>
              <w:rPr>
                <w:rFonts w:eastAsia="Calibri" w:cs="Times New Roman"/>
                <w:lang w:eastAsia="ru-RU"/>
              </w:rPr>
              <w:t>unităților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administrativ-teritoriale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, </w:t>
            </w:r>
          </w:p>
          <w:p w:rsidR="00B91055" w:rsidRDefault="00B91055">
            <w:pPr>
              <w:spacing w:after="0" w:line="276" w:lineRule="auto"/>
              <w:rPr>
                <w:rFonts w:eastAsia="Calibri" w:cs="Times New Roman"/>
                <w:lang w:eastAsia="ru-RU"/>
              </w:rPr>
            </w:pPr>
            <w:proofErr w:type="spellStart"/>
            <w:r>
              <w:rPr>
                <w:rFonts w:eastAsia="Calibri" w:cs="Times New Roman"/>
                <w:lang w:eastAsia="ru-RU"/>
              </w:rPr>
              <w:t>Legii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nr. 239/2008 </w:t>
            </w:r>
            <w:proofErr w:type="spellStart"/>
            <w:r>
              <w:rPr>
                <w:rFonts w:eastAsia="Calibri" w:cs="Times New Roman"/>
                <w:lang w:eastAsia="ru-RU"/>
              </w:rPr>
              <w:t>privind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tranasparența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în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procesul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decizional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</w:p>
          <w:p w:rsidR="00E42954" w:rsidRDefault="00E42954">
            <w:pPr>
              <w:spacing w:after="0" w:line="276" w:lineRule="auto"/>
              <w:rPr>
                <w:rFonts w:eastAsia="Calibri" w:cs="Times New Roman"/>
                <w:szCs w:val="24"/>
                <w:lang w:eastAsia="ru-RU"/>
                <w14:ligatures w14:val="standardContextual"/>
              </w:rPr>
            </w:pP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7. </w:t>
            </w:r>
            <w:r>
              <w:rPr>
                <w:rFonts w:eastAsia="Calibri" w:cs="Times New Roman"/>
                <w:b/>
                <w:lang w:val="zh-CN" w:eastAsia="ru-RU"/>
              </w:rPr>
              <w:t>Avizarea şi consultarea publică a proiectului</w:t>
            </w:r>
          </w:p>
        </w:tc>
      </w:tr>
      <w:tr w:rsidR="00B91055" w:rsidRP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În conformitate cu</w:t>
            </w:r>
            <w:r w:rsidR="00E749FE">
              <w:rPr>
                <w:rFonts w:eastAsia="Calibri" w:cs="Times New Roman"/>
                <w:lang w:eastAsia="ru-RU"/>
              </w:rPr>
              <w:t xml:space="preserve"> art.  10</w:t>
            </w:r>
            <w:r>
              <w:rPr>
                <w:rFonts w:eastAsia="Calibri" w:cs="Times New Roman"/>
                <w:vertAlign w:val="superscript"/>
                <w:lang w:eastAsia="ru-RU"/>
              </w:rPr>
              <w:t>1</w:t>
            </w:r>
            <w:r>
              <w:rPr>
                <w:rFonts w:eastAsia="Calibri" w:cs="Times New Roman"/>
                <w:lang w:eastAsia="ru-RU"/>
              </w:rPr>
              <w:t xml:space="preserve">al  </w:t>
            </w:r>
            <w:proofErr w:type="spellStart"/>
            <w:r>
              <w:rPr>
                <w:rFonts w:eastAsia="Calibri" w:cs="Times New Roman"/>
                <w:lang w:eastAsia="ru-RU"/>
              </w:rPr>
              <w:t>Legii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nr. 436/2006 </w:t>
            </w:r>
            <w:proofErr w:type="spellStart"/>
            <w:r>
              <w:rPr>
                <w:rFonts w:eastAsia="Calibri" w:cs="Times New Roman"/>
                <w:lang w:eastAsia="ru-RU"/>
              </w:rPr>
              <w:t>privind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administrația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publică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locală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și</w:t>
            </w:r>
            <w:proofErr w:type="spellEnd"/>
            <w:r>
              <w:rPr>
                <w:rFonts w:eastAsia="Calibri" w:cs="Times New Roman"/>
                <w:lang w:val="zh-CN" w:eastAsia="ru-RU"/>
              </w:rPr>
              <w:t xml:space="preserve"> Legea nr.</w:t>
            </w:r>
            <w:r>
              <w:rPr>
                <w:rFonts w:eastAsia="Calibri" w:cs="Times New Roman"/>
                <w:lang w:eastAsia="ru-RU"/>
              </w:rPr>
              <w:t xml:space="preserve">239/2008 </w:t>
            </w:r>
            <w:proofErr w:type="spellStart"/>
            <w:r>
              <w:rPr>
                <w:rFonts w:eastAsia="Calibri" w:cs="Times New Roman"/>
                <w:lang w:eastAsia="ru-RU"/>
              </w:rPr>
              <w:t>privind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transparența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în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procesul</w:t>
            </w:r>
            <w:proofErr w:type="spellEnd"/>
            <w:r>
              <w:rPr>
                <w:rFonts w:eastAsia="Calibri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eastAsia="ru-RU"/>
              </w:rPr>
              <w:t>decizional</w:t>
            </w:r>
            <w:proofErr w:type="spellEnd"/>
            <w:r>
              <w:rPr>
                <w:rFonts w:eastAsia="Calibri" w:cs="Times New Roman"/>
                <w:lang w:val="zh-CN" w:eastAsia="ru-RU"/>
              </w:rPr>
              <w:t xml:space="preserve">, proiectul </w:t>
            </w:r>
            <w:proofErr w:type="gramStart"/>
            <w:r>
              <w:rPr>
                <w:rFonts w:eastAsia="Calibri" w:cs="Times New Roman"/>
                <w:lang w:val="zh-CN" w:eastAsia="ru-RU"/>
              </w:rPr>
              <w:t>dat  este</w:t>
            </w:r>
            <w:proofErr w:type="gramEnd"/>
            <w:r>
              <w:rPr>
                <w:rFonts w:eastAsia="Calibri" w:cs="Times New Roman"/>
                <w:lang w:val="zh-CN" w:eastAsia="ru-RU"/>
              </w:rPr>
              <w:t xml:space="preserve"> supus procesului de consultări publice.</w:t>
            </w:r>
          </w:p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Proiectul de decizie se prezintă comisiei de specialitate pentru avizare.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954" w:rsidRPr="00E42954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b/>
                <w:lang w:val="ro-RO" w:eastAsia="ru-RU"/>
              </w:rPr>
            </w:pPr>
            <w:r>
              <w:rPr>
                <w:rFonts w:eastAsia="Calibri" w:cs="Times New Roman"/>
                <w:lang w:val="zh-CN" w:eastAsia="ru-RU"/>
              </w:rPr>
              <w:t>8</w:t>
            </w:r>
            <w:r>
              <w:rPr>
                <w:rFonts w:eastAsia="Calibri" w:cs="Times New Roman"/>
                <w:b/>
                <w:lang w:val="zh-CN" w:eastAsia="ru-RU"/>
              </w:rPr>
              <w:t>. Constatările expertizei anticorupție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 Nu este cazul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9</w:t>
            </w:r>
            <w:r>
              <w:rPr>
                <w:rFonts w:eastAsia="Calibri" w:cs="Times New Roman"/>
                <w:b/>
                <w:lang w:val="zh-CN" w:eastAsia="ru-RU"/>
              </w:rPr>
              <w:t>. Constatările expertizei de compatibilitate</w:t>
            </w:r>
          </w:p>
        </w:tc>
      </w:tr>
      <w:tr w:rsidR="00B91055" w:rsidTr="00E42954">
        <w:trPr>
          <w:trHeight w:val="5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954" w:rsidRPr="00E42954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lang w:val="ro-RO" w:eastAsia="ru-RU"/>
              </w:rPr>
            </w:pPr>
            <w:r>
              <w:rPr>
                <w:rFonts w:eastAsia="Calibri" w:cs="Times New Roman"/>
                <w:lang w:val="zh-CN" w:eastAsia="ru-RU"/>
              </w:rPr>
              <w:lastRenderedPageBreak/>
              <w:t>Nu este cazul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10. </w:t>
            </w:r>
            <w:r>
              <w:rPr>
                <w:rFonts w:eastAsia="Calibri" w:cs="Times New Roman"/>
                <w:b/>
                <w:lang w:val="zh-CN" w:eastAsia="ru-RU"/>
              </w:rPr>
              <w:t>Constatările expertizei juridice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Nu este cazul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 xml:space="preserve">11. </w:t>
            </w:r>
            <w:r>
              <w:rPr>
                <w:rFonts w:eastAsia="Calibri" w:cs="Times New Roman"/>
                <w:b/>
                <w:lang w:val="zh-CN" w:eastAsia="ru-RU"/>
              </w:rPr>
              <w:t>Constatările altor expertize</w:t>
            </w:r>
          </w:p>
        </w:tc>
      </w:tr>
      <w:tr w:rsidR="00B91055" w:rsidTr="00B9105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55" w:rsidRDefault="00B91055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 w:cs="Times New Roman"/>
                <w:szCs w:val="24"/>
                <w:lang w:val="zh-CN" w:eastAsia="ru-RU"/>
                <w14:ligatures w14:val="standardContextual"/>
              </w:rPr>
            </w:pPr>
            <w:r>
              <w:rPr>
                <w:rFonts w:eastAsia="Calibri" w:cs="Times New Roman"/>
                <w:lang w:val="zh-CN" w:eastAsia="ru-RU"/>
              </w:rPr>
              <w:t>Nu este cazul</w:t>
            </w:r>
          </w:p>
        </w:tc>
      </w:tr>
    </w:tbl>
    <w:p w:rsidR="00B91055" w:rsidRDefault="00B91055" w:rsidP="00B91055">
      <w:pPr>
        <w:tabs>
          <w:tab w:val="left" w:pos="884"/>
          <w:tab w:val="left" w:pos="1196"/>
        </w:tabs>
        <w:spacing w:after="0" w:line="240" w:lineRule="auto"/>
        <w:jc w:val="both"/>
        <w:rPr>
          <w:rFonts w:eastAsia="Calibri" w:cs="Times New Roman"/>
          <w:bCs/>
          <w:vertAlign w:val="superscript"/>
          <w:lang w:val="zh-CN" w:eastAsia="ru-RU"/>
          <w14:ligatures w14:val="standardContextual"/>
        </w:rPr>
      </w:pPr>
    </w:p>
    <w:p w:rsidR="00B91055" w:rsidRPr="00B91055" w:rsidRDefault="00B91055" w:rsidP="00B91055">
      <w:pPr>
        <w:tabs>
          <w:tab w:val="left" w:pos="884"/>
          <w:tab w:val="left" w:pos="1196"/>
        </w:tabs>
        <w:spacing w:after="0" w:line="240" w:lineRule="auto"/>
        <w:jc w:val="both"/>
        <w:rPr>
          <w:rFonts w:eastAsia="Calibri" w:cs="Times New Roman"/>
          <w:bCs/>
          <w:sz w:val="22"/>
          <w:vertAlign w:val="superscript"/>
          <w:lang w:val="ro-RO" w:eastAsia="ru-RU"/>
        </w:rPr>
      </w:pPr>
      <w:r w:rsidRPr="00B91055">
        <w:rPr>
          <w:rFonts w:cs="Times New Roman"/>
          <w:sz w:val="22"/>
          <w:lang w:val="ro-RO" w:eastAsia="ru-RU"/>
        </w:rPr>
        <w:t>Proiectul deciziei se prezintă comisiei consultative de specialitate pentru avi</w:t>
      </w:r>
      <w:r w:rsidR="00D06684">
        <w:rPr>
          <w:rFonts w:cs="Times New Roman"/>
          <w:sz w:val="22"/>
          <w:lang w:val="ro-RO" w:eastAsia="ru-RU"/>
        </w:rPr>
        <w:t>zare şi propuneri Consiliului să</w:t>
      </w:r>
      <w:r w:rsidRPr="00B91055">
        <w:rPr>
          <w:rFonts w:cs="Times New Roman"/>
          <w:sz w:val="22"/>
          <w:lang w:val="ro-RO" w:eastAsia="ru-RU"/>
        </w:rPr>
        <w:t xml:space="preserve">tesc  pentru examinare şi adoptare în şedinţă. </w:t>
      </w:r>
    </w:p>
    <w:p w:rsidR="00B91055" w:rsidRDefault="00B91055" w:rsidP="00B91055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eastAsia="Calibri" w:cs="Times New Roman"/>
          <w:bCs/>
          <w:lang w:val="zh-CN" w:eastAsia="ru-RU"/>
        </w:rPr>
      </w:pPr>
    </w:p>
    <w:p w:rsidR="00B91055" w:rsidRDefault="007423A0" w:rsidP="007423A0">
      <w:pPr>
        <w:rPr>
          <w:lang w:val="ro-RO"/>
        </w:rPr>
      </w:pPr>
      <w:r>
        <w:rPr>
          <w:lang w:val="ro-RO"/>
        </w:rPr>
        <w:t xml:space="preserve">              </w:t>
      </w:r>
    </w:p>
    <w:p w:rsidR="00B91055" w:rsidRDefault="00B91055" w:rsidP="007423A0">
      <w:pPr>
        <w:rPr>
          <w:lang w:val="ro-RO"/>
        </w:rPr>
      </w:pPr>
    </w:p>
    <w:p w:rsidR="00C108FE" w:rsidRPr="0091564A" w:rsidRDefault="00C108FE" w:rsidP="00B91055">
      <w:pPr>
        <w:jc w:val="center"/>
        <w:rPr>
          <w:lang w:val="ro-RO"/>
        </w:rPr>
      </w:pPr>
      <w:r>
        <w:rPr>
          <w:lang w:val="ro-RO"/>
        </w:rPr>
        <w:t xml:space="preserve">Primarul  </w:t>
      </w:r>
      <w:r w:rsidR="00E42954">
        <w:rPr>
          <w:lang w:val="ro-RO"/>
        </w:rPr>
        <w:t xml:space="preserve">satului Pitușca                                                        Vasile TATARU </w:t>
      </w:r>
    </w:p>
    <w:sectPr w:rsidR="00C108FE" w:rsidRPr="0091564A" w:rsidSect="00C108FE">
      <w:pgSz w:w="12240" w:h="15840"/>
      <w:pgMar w:top="426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6F" w:rsidRDefault="008B6F6F">
      <w:pPr>
        <w:spacing w:after="0" w:line="240" w:lineRule="auto"/>
      </w:pPr>
      <w:r>
        <w:separator/>
      </w:r>
    </w:p>
  </w:endnote>
  <w:endnote w:type="continuationSeparator" w:id="0">
    <w:p w:rsidR="008B6F6F" w:rsidRDefault="008B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Ones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6F" w:rsidRDefault="008B6F6F">
      <w:pPr>
        <w:spacing w:after="0" w:line="240" w:lineRule="auto"/>
      </w:pPr>
      <w:r>
        <w:separator/>
      </w:r>
    </w:p>
  </w:footnote>
  <w:footnote w:type="continuationSeparator" w:id="0">
    <w:p w:rsidR="008B6F6F" w:rsidRDefault="008B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023FD1"/>
    <w:multiLevelType w:val="multilevel"/>
    <w:tmpl w:val="E8CEBF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47B243CF"/>
    <w:multiLevelType w:val="multilevel"/>
    <w:tmpl w:val="47B243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18C8"/>
    <w:rsid w:val="0006063C"/>
    <w:rsid w:val="00073C41"/>
    <w:rsid w:val="000F61CE"/>
    <w:rsid w:val="0015074B"/>
    <w:rsid w:val="002024EC"/>
    <w:rsid w:val="0029639D"/>
    <w:rsid w:val="00326F90"/>
    <w:rsid w:val="0033598F"/>
    <w:rsid w:val="003F22FA"/>
    <w:rsid w:val="004102AD"/>
    <w:rsid w:val="004501D2"/>
    <w:rsid w:val="005344F5"/>
    <w:rsid w:val="00561748"/>
    <w:rsid w:val="0057633C"/>
    <w:rsid w:val="00585011"/>
    <w:rsid w:val="00623D2B"/>
    <w:rsid w:val="00677CD2"/>
    <w:rsid w:val="00725B25"/>
    <w:rsid w:val="007423A0"/>
    <w:rsid w:val="007D6A8A"/>
    <w:rsid w:val="007E098A"/>
    <w:rsid w:val="008645FD"/>
    <w:rsid w:val="008B6F6F"/>
    <w:rsid w:val="008E5A8C"/>
    <w:rsid w:val="0091564A"/>
    <w:rsid w:val="009F30E7"/>
    <w:rsid w:val="00A66880"/>
    <w:rsid w:val="00AA1D8D"/>
    <w:rsid w:val="00B20DE7"/>
    <w:rsid w:val="00B47730"/>
    <w:rsid w:val="00B91055"/>
    <w:rsid w:val="00BA3CFB"/>
    <w:rsid w:val="00C108FE"/>
    <w:rsid w:val="00CB0664"/>
    <w:rsid w:val="00D0347F"/>
    <w:rsid w:val="00D06684"/>
    <w:rsid w:val="00DB289C"/>
    <w:rsid w:val="00E033A3"/>
    <w:rsid w:val="00E42954"/>
    <w:rsid w:val="00E749FE"/>
    <w:rsid w:val="00EE3A62"/>
    <w:rsid w:val="00F92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eastAsia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GrilTabel">
    <w:name w:val="Table Grid"/>
    <w:basedOn w:val="Tabel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eop">
    <w:name w:val="eop"/>
    <w:basedOn w:val="Fontdeparagrafimplicit"/>
    <w:qFormat/>
    <w:rsid w:val="009F30E7"/>
  </w:style>
  <w:style w:type="character" w:customStyle="1" w:styleId="Other">
    <w:name w:val="Other_"/>
    <w:basedOn w:val="Fontdeparagrafimplicit"/>
    <w:link w:val="Other0"/>
    <w:qFormat/>
    <w:locked/>
    <w:rsid w:val="00B91055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qFormat/>
    <w:rsid w:val="00B91055"/>
    <w:pPr>
      <w:widowControl w:val="0"/>
      <w:spacing w:after="0" w:line="240" w:lineRule="auto"/>
      <w:ind w:firstLine="400"/>
    </w:pPr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eastAsia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GrilTabel">
    <w:name w:val="Table Grid"/>
    <w:basedOn w:val="Tabel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eop">
    <w:name w:val="eop"/>
    <w:basedOn w:val="Fontdeparagrafimplicit"/>
    <w:qFormat/>
    <w:rsid w:val="009F30E7"/>
  </w:style>
  <w:style w:type="character" w:customStyle="1" w:styleId="Other">
    <w:name w:val="Other_"/>
    <w:basedOn w:val="Fontdeparagrafimplicit"/>
    <w:link w:val="Other0"/>
    <w:qFormat/>
    <w:locked/>
    <w:rsid w:val="00B91055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qFormat/>
    <w:rsid w:val="00B91055"/>
    <w:pPr>
      <w:widowControl w:val="0"/>
      <w:spacing w:after="0" w:line="240" w:lineRule="auto"/>
      <w:ind w:firstLine="400"/>
    </w:pPr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8C3C22-D32A-402D-B31E-769E3290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2381</Characters>
  <Application>Microsoft Office Word</Application>
  <DocSecurity>0</DocSecurity>
  <Lines>19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SECRETAR</cp:lastModifiedBy>
  <cp:revision>6</cp:revision>
  <dcterms:created xsi:type="dcterms:W3CDTF">2026-07-13T10:59:00Z</dcterms:created>
  <dcterms:modified xsi:type="dcterms:W3CDTF">2026-07-13T12:28:00Z</dcterms:modified>
</cp:coreProperties>
</file>