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CB028" w14:textId="6AE4CA0F" w:rsidR="009439B7" w:rsidRPr="009439B7" w:rsidRDefault="009439B7" w:rsidP="009439B7">
      <w:pPr>
        <w:spacing w:after="0" w:line="360" w:lineRule="auto"/>
        <w:rPr>
          <w:rFonts w:cs="Times New Roman"/>
          <w:bCs/>
          <w:szCs w:val="24"/>
          <w:lang w:eastAsia="ru-RU"/>
        </w:rPr>
      </w:pPr>
    </w:p>
    <w:p w14:paraId="6E8ECE10" w14:textId="1AAF650C" w:rsidR="009439B7" w:rsidRPr="009439B7" w:rsidRDefault="007A68CB" w:rsidP="009439B7">
      <w:pPr>
        <w:spacing w:after="0" w:line="240" w:lineRule="auto"/>
        <w:rPr>
          <w:rFonts w:eastAsia="Calibri" w:cs="Times New Roman"/>
          <w:b/>
          <w:sz w:val="28"/>
          <w:szCs w:val="28"/>
          <w:lang w:val="ro-RO"/>
        </w:rPr>
      </w:pPr>
      <w:r w:rsidRPr="009439B7">
        <w:rPr>
          <w:rFonts w:ascii="Calibri" w:hAnsi="Calibri" w:cs="Times New Roman"/>
          <w:noProof/>
          <w:sz w:val="22"/>
          <w:lang w:val="ru-RU" w:eastAsia="ru-RU"/>
        </w:rPr>
        <w:drawing>
          <wp:anchor distT="0" distB="0" distL="114300" distR="114300" simplePos="0" relativeHeight="251656704" behindDoc="0" locked="0" layoutInCell="1" allowOverlap="1" wp14:anchorId="1311EC06" wp14:editId="065C2FF5">
            <wp:simplePos x="0" y="0"/>
            <wp:positionH relativeFrom="margin">
              <wp:posOffset>-42955</wp:posOffset>
            </wp:positionH>
            <wp:positionV relativeFrom="paragraph">
              <wp:posOffset>78740</wp:posOffset>
            </wp:positionV>
            <wp:extent cx="825500" cy="988695"/>
            <wp:effectExtent l="0" t="0" r="0" b="1905"/>
            <wp:wrapNone/>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00" cy="988695"/>
                    </a:xfrm>
                    <a:prstGeom prst="rect">
                      <a:avLst/>
                    </a:prstGeom>
                    <a:noFill/>
                  </pic:spPr>
                </pic:pic>
              </a:graphicData>
            </a:graphic>
            <wp14:sizeRelH relativeFrom="page">
              <wp14:pctWidth>0</wp14:pctWidth>
            </wp14:sizeRelH>
            <wp14:sizeRelV relativeFrom="page">
              <wp14:pctHeight>0</wp14:pctHeight>
            </wp14:sizeRelV>
          </wp:anchor>
        </w:drawing>
      </w:r>
      <w:r w:rsidR="009439B7" w:rsidRPr="009439B7">
        <w:rPr>
          <w:rFonts w:ascii="Calibri" w:hAnsi="Calibri" w:cs="Times New Roman"/>
          <w:noProof/>
          <w:sz w:val="22"/>
          <w:lang w:val="ru-RU" w:eastAsia="ru-RU"/>
        </w:rPr>
        <w:drawing>
          <wp:anchor distT="0" distB="0" distL="114300" distR="114300" simplePos="0" relativeHeight="251658752" behindDoc="1" locked="0" layoutInCell="1" allowOverlap="1" wp14:anchorId="62A3D433" wp14:editId="364ADAD4">
            <wp:simplePos x="0" y="0"/>
            <wp:positionH relativeFrom="page">
              <wp:posOffset>6527800</wp:posOffset>
            </wp:positionH>
            <wp:positionV relativeFrom="paragraph">
              <wp:posOffset>0</wp:posOffset>
            </wp:positionV>
            <wp:extent cx="861060" cy="1129665"/>
            <wp:effectExtent l="0" t="0" r="0" b="0"/>
            <wp:wrapSquare wrapText="bothSides"/>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H="1" flipV="1">
                      <a:off x="0" y="0"/>
                      <a:ext cx="861060" cy="1129665"/>
                    </a:xfrm>
                    <a:prstGeom prst="rect">
                      <a:avLst/>
                    </a:prstGeom>
                    <a:noFill/>
                  </pic:spPr>
                </pic:pic>
              </a:graphicData>
            </a:graphic>
            <wp14:sizeRelH relativeFrom="margin">
              <wp14:pctWidth>0</wp14:pctWidth>
            </wp14:sizeRelH>
            <wp14:sizeRelV relativeFrom="margin">
              <wp14:pctHeight>0</wp14:pctHeight>
            </wp14:sizeRelV>
          </wp:anchor>
        </w:drawing>
      </w:r>
    </w:p>
    <w:p w14:paraId="77842C5A" w14:textId="77777777" w:rsidR="009439B7" w:rsidRPr="009439B7" w:rsidRDefault="009439B7" w:rsidP="009439B7">
      <w:pPr>
        <w:spacing w:after="0" w:line="240" w:lineRule="auto"/>
        <w:ind w:firstLine="708"/>
        <w:jc w:val="center"/>
        <w:rPr>
          <w:rFonts w:cs="Times New Roman"/>
          <w:b/>
          <w:sz w:val="28"/>
          <w:szCs w:val="28"/>
          <w:lang w:val="ro-RO"/>
        </w:rPr>
      </w:pPr>
      <w:r w:rsidRPr="009439B7">
        <w:rPr>
          <w:rFonts w:eastAsia="Calibri" w:cs="Times New Roman"/>
          <w:b/>
          <w:sz w:val="28"/>
          <w:szCs w:val="28"/>
          <w:lang w:val="ro-RO"/>
        </w:rPr>
        <w:t xml:space="preserve">Republica Moldova, Raionul Ștefan Vodă         </w:t>
      </w:r>
    </w:p>
    <w:p w14:paraId="24A6724E" w14:textId="77777777" w:rsidR="009439B7" w:rsidRPr="009439B7" w:rsidRDefault="009439B7" w:rsidP="009439B7">
      <w:pPr>
        <w:spacing w:line="240" w:lineRule="auto"/>
        <w:jc w:val="center"/>
        <w:rPr>
          <w:rFonts w:eastAsia="Calibri" w:cs="Times New Roman"/>
          <w:b/>
          <w:sz w:val="28"/>
          <w:szCs w:val="28"/>
          <w:lang w:val="ro-RO" w:eastAsia="ru-RU"/>
        </w:rPr>
      </w:pPr>
      <w:r w:rsidRPr="009439B7">
        <w:rPr>
          <w:rFonts w:eastAsia="Calibri" w:cs="Times New Roman"/>
          <w:b/>
          <w:sz w:val="28"/>
          <w:szCs w:val="28"/>
          <w:lang w:val="ro-RO" w:eastAsia="ru-RU"/>
        </w:rPr>
        <w:t xml:space="preserve">                Consiliul local Popeasca</w:t>
      </w:r>
    </w:p>
    <w:p w14:paraId="207BECAF" w14:textId="77777777" w:rsidR="009439B7" w:rsidRPr="009439B7" w:rsidRDefault="009439B7" w:rsidP="009439B7">
      <w:pPr>
        <w:keepNext/>
        <w:shd w:val="clear" w:color="auto" w:fill="FFFFFF"/>
        <w:spacing w:after="0" w:line="240" w:lineRule="auto"/>
        <w:jc w:val="center"/>
        <w:outlineLvl w:val="5"/>
        <w:rPr>
          <w:rFonts w:cs="Times New Roman"/>
          <w:b/>
          <w:sz w:val="22"/>
          <w:lang w:val="ro-RO" w:eastAsia="ru-RU"/>
        </w:rPr>
      </w:pPr>
      <w:r w:rsidRPr="009439B7">
        <w:rPr>
          <w:rFonts w:cs="Times New Roman"/>
          <w:b/>
          <w:szCs w:val="24"/>
          <w:lang w:val="ro-RO" w:eastAsia="ru-RU"/>
        </w:rPr>
        <w:t xml:space="preserve">                      </w:t>
      </w:r>
      <w:r w:rsidRPr="009439B7">
        <w:rPr>
          <w:rFonts w:cs="Times New Roman"/>
          <w:b/>
          <w:sz w:val="22"/>
          <w:lang w:val="ro-RO" w:eastAsia="ru-RU"/>
        </w:rPr>
        <w:t>MD-4228, Republica Moldova, raionul Ștefan Vodă, str. Florilor,</w:t>
      </w:r>
    </w:p>
    <w:p w14:paraId="4D33C0F4" w14:textId="77777777" w:rsidR="009439B7" w:rsidRPr="009439B7" w:rsidRDefault="009439B7" w:rsidP="009439B7">
      <w:pPr>
        <w:shd w:val="clear" w:color="auto" w:fill="FFFFFF"/>
        <w:spacing w:after="0" w:line="240" w:lineRule="auto"/>
        <w:jc w:val="center"/>
        <w:rPr>
          <w:rFonts w:cs="Times New Roman"/>
          <w:b/>
          <w:i/>
          <w:color w:val="002060"/>
          <w:sz w:val="22"/>
          <w:lang w:val="ro-RO" w:eastAsia="ru-RU"/>
        </w:rPr>
      </w:pPr>
      <w:r w:rsidRPr="009439B7">
        <w:rPr>
          <w:rFonts w:cs="Times New Roman"/>
          <w:b/>
          <w:i/>
          <w:sz w:val="22"/>
          <w:lang w:val="ro-RO" w:eastAsia="ru-RU"/>
        </w:rPr>
        <w:t xml:space="preserve">                      tel/fax: 0 (242)-34-336, 0 (242)-34-338; e-mail: primaria.popeasca@apl.gov.md</w:t>
      </w:r>
    </w:p>
    <w:p w14:paraId="557E2023" w14:textId="77777777" w:rsidR="009439B7" w:rsidRPr="009439B7" w:rsidRDefault="009439B7" w:rsidP="009439B7">
      <w:pPr>
        <w:shd w:val="clear" w:color="auto" w:fill="FFFFFF"/>
        <w:tabs>
          <w:tab w:val="left" w:pos="1728"/>
        </w:tabs>
        <w:spacing w:after="0" w:line="240" w:lineRule="auto"/>
        <w:rPr>
          <w:rFonts w:cs="Times New Roman"/>
          <w:color w:val="002060"/>
          <w:sz w:val="20"/>
          <w:szCs w:val="20"/>
          <w:lang w:val="ro-RO" w:eastAsia="ru-RU"/>
        </w:rPr>
      </w:pPr>
      <w:r w:rsidRPr="009439B7">
        <w:rPr>
          <w:rFonts w:ascii="Calibri" w:hAnsi="Calibri" w:cs="Times New Roman"/>
          <w:noProof/>
          <w:sz w:val="22"/>
          <w:lang w:val="ru-RU" w:eastAsia="ru-RU"/>
        </w:rPr>
        <mc:AlternateContent>
          <mc:Choice Requires="wpg">
            <w:drawing>
              <wp:anchor distT="0" distB="0" distL="114300" distR="114300" simplePos="0" relativeHeight="251654656" behindDoc="0" locked="0" layoutInCell="1" allowOverlap="1" wp14:anchorId="3DD58BCA" wp14:editId="159805A6">
                <wp:simplePos x="0" y="0"/>
                <wp:positionH relativeFrom="margin">
                  <wp:posOffset>-45085</wp:posOffset>
                </wp:positionH>
                <wp:positionV relativeFrom="paragraph">
                  <wp:posOffset>119454</wp:posOffset>
                </wp:positionV>
                <wp:extent cx="6534150" cy="45720"/>
                <wp:effectExtent l="0" t="0" r="19050" b="0"/>
                <wp:wrapNone/>
                <wp:docPr id="1" name="Группа 1"/>
                <wp:cNvGraphicFramePr/>
                <a:graphic xmlns:a="http://schemas.openxmlformats.org/drawingml/2006/main">
                  <a:graphicData uri="http://schemas.microsoft.com/office/word/2010/wordprocessingGroup">
                    <wpg:wgp>
                      <wpg:cNvGrpSpPr/>
                      <wpg:grpSpPr bwMode="auto">
                        <a:xfrm>
                          <a:off x="0" y="0"/>
                          <a:ext cx="6534150" cy="45720"/>
                          <a:chOff x="0" y="0"/>
                          <a:chExt cx="9203" cy="102"/>
                        </a:xfrm>
                      </wpg:grpSpPr>
                      <wps:wsp>
                        <wps:cNvPr id="2" name="AutoShape 3"/>
                        <wps:cNvCnPr>
                          <a:cxnSpLocks noChangeShapeType="1"/>
                        </wps:cNvCnPr>
                        <wps:spPr bwMode="auto">
                          <a:xfrm>
                            <a:off x="3" y="102"/>
                            <a:ext cx="9197" cy="0"/>
                          </a:xfrm>
                          <a:prstGeom prst="straightConnector1">
                            <a:avLst/>
                          </a:prstGeom>
                          <a:noFill/>
                          <a:ln w="25400">
                            <a:solidFill>
                              <a:srgbClr val="0000CC"/>
                            </a:solidFill>
                            <a:round/>
                            <a:headEnd/>
                            <a:tailEn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a:off x="3" y="53"/>
                            <a:ext cx="9200" cy="0"/>
                          </a:xfrm>
                          <a:prstGeom prst="straightConnector1">
                            <a:avLst/>
                          </a:prstGeom>
                          <a:noFill/>
                          <a:ln w="25400">
                            <a:solidFill>
                              <a:srgbClr val="FFFF66"/>
                            </a:solidFill>
                            <a:round/>
                            <a:headEnd/>
                            <a:tailEn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a:off x="0" y="0"/>
                            <a:ext cx="9200" cy="1"/>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0BA2A8" id="Группа 1" o:spid="_x0000_s1026" style="position:absolute;margin-left:-3.55pt;margin-top:9.4pt;width:514.5pt;height:3.6pt;z-index:251654656;mso-position-horizontal-relative:margin" coordsize="920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">
                <v:shapetype id="_x0000_t32" coordsize="21600,21600" o:spt="32" o:oned="t" path="m,l21600,21600e" filled="f">
                  <v:path arrowok="t" fillok="f" o:connecttype="none"/>
                  <o:lock v:ext="edit" shapetype="t"/>
                </v:shapetype>
                <v:shape id="AutoShape 3" o:spid="_x0000_s1027" type="#_x0000_t32" style="position:absolute;left:3;top:102;width:9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" strokecolor="#00c" strokeweight="2pt"/>
                <v:shape id="AutoShape 4" o:spid="_x0000_s1028" type="#_x0000_t32" style="position:absolute;left:3;top:53;width:9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" strokecolor="#ff6" strokeweight="2pt"/>
                <v:shape id="AutoShape 5" o:spid="_x0000_s1029" type="#_x0000_t32" style="position:absolute;width:92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" strokecolor="red" strokeweight="2pt"/>
                <w10:wrap anchorx="margin"/>
              </v:group>
            </w:pict>
          </mc:Fallback>
        </mc:AlternateContent>
      </w:r>
      <w:r w:rsidRPr="009439B7">
        <w:rPr>
          <w:rFonts w:cs="Times New Roman"/>
          <w:b/>
          <w:sz w:val="20"/>
          <w:szCs w:val="20"/>
          <w:lang w:val="ro-RO" w:eastAsia="ru-RU"/>
        </w:rPr>
        <w:t xml:space="preserve">              </w:t>
      </w:r>
    </w:p>
    <w:p w14:paraId="2B8CF730" w14:textId="77777777" w:rsidR="009439B7" w:rsidRDefault="009439B7" w:rsidP="006161F0">
      <w:pPr>
        <w:pStyle w:val="a9"/>
        <w:jc w:val="center"/>
        <w:rPr>
          <w:rFonts w:ascii="Times New Roman" w:hAnsi="Times New Roman" w:cs="Times New Roman"/>
          <w:b/>
          <w:sz w:val="24"/>
          <w:szCs w:val="24"/>
        </w:rPr>
      </w:pPr>
    </w:p>
    <w:p w14:paraId="1271E1B7" w14:textId="2943DD49" w:rsidR="006161F0" w:rsidRPr="009439B7" w:rsidRDefault="009439B7" w:rsidP="006161F0">
      <w:pPr>
        <w:pStyle w:val="a9"/>
        <w:jc w:val="center"/>
        <w:rPr>
          <w:rFonts w:ascii="Times New Roman" w:hAnsi="Times New Roman" w:cs="Times New Roman"/>
          <w:b/>
          <w:sz w:val="24"/>
          <w:szCs w:val="24"/>
        </w:rPr>
      </w:pPr>
      <w:r w:rsidRPr="009439B7">
        <w:rPr>
          <w:rFonts w:ascii="Times New Roman" w:hAnsi="Times New Roman" w:cs="Times New Roman"/>
          <w:b/>
          <w:sz w:val="24"/>
          <w:szCs w:val="24"/>
        </w:rPr>
        <w:t xml:space="preserve">DECIZIE </w:t>
      </w:r>
      <w:proofErr w:type="spellStart"/>
      <w:r w:rsidRPr="009439B7">
        <w:rPr>
          <w:rFonts w:ascii="Times New Roman" w:hAnsi="Times New Roman" w:cs="Times New Roman"/>
          <w:b/>
          <w:sz w:val="24"/>
          <w:szCs w:val="24"/>
        </w:rPr>
        <w:t>nr</w:t>
      </w:r>
      <w:proofErr w:type="spellEnd"/>
      <w:r w:rsidRPr="009439B7">
        <w:rPr>
          <w:rFonts w:ascii="Times New Roman" w:hAnsi="Times New Roman" w:cs="Times New Roman"/>
          <w:b/>
          <w:sz w:val="24"/>
          <w:szCs w:val="24"/>
        </w:rPr>
        <w:t>. 7/8</w:t>
      </w:r>
    </w:p>
    <w:p w14:paraId="35ECDED5" w14:textId="659E2E3C" w:rsidR="006161F0" w:rsidRPr="009439B7" w:rsidRDefault="006161F0" w:rsidP="006161F0">
      <w:pPr>
        <w:spacing w:after="0" w:line="240" w:lineRule="auto"/>
        <w:jc w:val="center"/>
        <w:rPr>
          <w:rFonts w:eastAsia="Calibri" w:cs="Times New Roman"/>
          <w:b/>
          <w:szCs w:val="24"/>
        </w:rPr>
      </w:pPr>
      <w:r w:rsidRPr="009439B7">
        <w:rPr>
          <w:rFonts w:eastAsia="Calibri" w:cs="Times New Roman"/>
          <w:b/>
          <w:szCs w:val="24"/>
        </w:rPr>
        <w:t xml:space="preserve">din </w:t>
      </w:r>
      <w:r w:rsidR="009439B7" w:rsidRPr="009439B7">
        <w:rPr>
          <w:rFonts w:eastAsia="Calibri" w:cs="Times New Roman"/>
          <w:b/>
          <w:szCs w:val="24"/>
        </w:rPr>
        <w:t xml:space="preserve">27 </w:t>
      </w:r>
      <w:proofErr w:type="spellStart"/>
      <w:r w:rsidR="009439B7" w:rsidRPr="009439B7">
        <w:rPr>
          <w:rFonts w:eastAsia="Calibri" w:cs="Times New Roman"/>
          <w:b/>
          <w:szCs w:val="24"/>
        </w:rPr>
        <w:t>iulie</w:t>
      </w:r>
      <w:proofErr w:type="spellEnd"/>
      <w:r w:rsidR="009439B7" w:rsidRPr="009439B7">
        <w:rPr>
          <w:rFonts w:eastAsia="Calibri" w:cs="Times New Roman"/>
          <w:b/>
          <w:szCs w:val="24"/>
        </w:rPr>
        <w:t xml:space="preserve"> 2026</w:t>
      </w:r>
    </w:p>
    <w:p w14:paraId="578CFFB7" w14:textId="77777777" w:rsidR="006161F0" w:rsidRDefault="006161F0" w:rsidP="006161F0">
      <w:pPr>
        <w:spacing w:after="0" w:line="240" w:lineRule="auto"/>
        <w:rPr>
          <w:b/>
          <w:lang w:val="ro-RO"/>
        </w:rPr>
      </w:pPr>
    </w:p>
    <w:p w14:paraId="030CB916" w14:textId="77777777" w:rsidR="006161F0" w:rsidRDefault="00AF1F00" w:rsidP="006161F0">
      <w:pPr>
        <w:spacing w:after="0" w:line="240" w:lineRule="auto"/>
        <w:rPr>
          <w:b/>
          <w:lang w:val="ro-RO"/>
        </w:rPr>
      </w:pPr>
      <w:r w:rsidRPr="00AF1F00">
        <w:rPr>
          <w:b/>
          <w:lang w:val="ro-RO"/>
        </w:rPr>
        <w:t>Cu privire la amalgamarea voluntară a unităților</w:t>
      </w:r>
    </w:p>
    <w:p w14:paraId="4A92595B" w14:textId="0F4539F5" w:rsidR="009A3F2B" w:rsidRPr="006161F0" w:rsidRDefault="00AF1F00" w:rsidP="000972F8">
      <w:pPr>
        <w:spacing w:after="0" w:line="240" w:lineRule="auto"/>
        <w:rPr>
          <w:lang w:val="ro-RO"/>
        </w:rPr>
      </w:pPr>
      <w:r w:rsidRPr="00AF1F00">
        <w:rPr>
          <w:b/>
          <w:lang w:val="ro-RO"/>
        </w:rPr>
        <w:t xml:space="preserve"> administrativ-teritoriale</w:t>
      </w:r>
      <w:r w:rsidR="006161F0">
        <w:rPr>
          <w:lang w:val="ro-RO"/>
        </w:rPr>
        <w:t xml:space="preserve"> </w:t>
      </w:r>
      <w:r w:rsidR="00FD52A3">
        <w:rPr>
          <w:b/>
          <w:lang w:val="ro-RO"/>
        </w:rPr>
        <w:t xml:space="preserve">satul </w:t>
      </w:r>
      <w:r w:rsidR="000972F8">
        <w:rPr>
          <w:b/>
          <w:lang w:val="ro-RO"/>
        </w:rPr>
        <w:t>Popeasca</w:t>
      </w:r>
      <w:r w:rsidR="00FD52A3">
        <w:rPr>
          <w:b/>
          <w:lang w:val="ro-RO"/>
        </w:rPr>
        <w:t xml:space="preserve"> şi satul Cîrnăţeni</w:t>
      </w:r>
    </w:p>
    <w:p w14:paraId="6B7AD9EA" w14:textId="77777777" w:rsidR="00C262EE" w:rsidRPr="00AF1F00" w:rsidRDefault="00C262EE" w:rsidP="00C262EE">
      <w:pPr>
        <w:spacing w:after="0" w:line="240" w:lineRule="auto"/>
        <w:jc w:val="center"/>
        <w:rPr>
          <w:lang w:val="ro-RO"/>
        </w:rPr>
      </w:pPr>
    </w:p>
    <w:p w14:paraId="6306C863" w14:textId="2BACEE42" w:rsidR="009A3F2B" w:rsidRPr="00AF1F00" w:rsidRDefault="00AF1F00" w:rsidP="00C262EE">
      <w:pPr>
        <w:spacing w:after="0" w:line="240" w:lineRule="auto"/>
        <w:jc w:val="both"/>
        <w:rPr>
          <w:lang w:val="ro-RO"/>
        </w:rPr>
      </w:pPr>
      <w:r w:rsidRPr="00AF1F00">
        <w:rPr>
          <w:lang w:val="ro-RO"/>
        </w:rPr>
        <w:t>În temeiul art. 14 alin. (2) lit. k¹) din Legea nr. 436/2006 privind administrația publică locală, al art. 5, art. 6, art. 8, art. 10 și art. 11 din Legea nr. 225/2023 privind amalgamarea voluntară a unităților a</w:t>
      </w:r>
      <w:r w:rsidR="00DF2D48">
        <w:rPr>
          <w:lang w:val="ro-RO"/>
        </w:rPr>
        <w:t>dministrativ-teritoriale,</w:t>
      </w:r>
      <w:r w:rsidRPr="00AF1F00">
        <w:rPr>
          <w:lang w:val="ro-RO"/>
        </w:rPr>
        <w:t xml:space="preserve"> și al pct. 25, pct. 39, pct. 40 și pct. 43 din Metodologia de amalgamare voluntară a unităților administrativ-teritoriale, aprobată prin Hotărârea Guvernului nr. 925/2023, cu modificările ulterioare,</w:t>
      </w:r>
    </w:p>
    <w:p w14:paraId="16426AD7" w14:textId="34963BD9" w:rsidR="009A3F2B" w:rsidRPr="00AF1F00" w:rsidRDefault="00DF2D48" w:rsidP="00C262EE">
      <w:pPr>
        <w:spacing w:after="0" w:line="240" w:lineRule="auto"/>
        <w:jc w:val="both"/>
        <w:rPr>
          <w:lang w:val="ro-RO"/>
        </w:rPr>
      </w:pPr>
      <w:r>
        <w:rPr>
          <w:lang w:val="ro-RO"/>
        </w:rPr>
        <w:t>A</w:t>
      </w:r>
      <w:r w:rsidR="00AF1F00" w:rsidRPr="00AF1F00">
        <w:rPr>
          <w:lang w:val="ro-RO"/>
        </w:rPr>
        <w:t>vând în vedere deci</w:t>
      </w:r>
      <w:r w:rsidR="00464E26">
        <w:rPr>
          <w:lang w:val="ro-RO"/>
        </w:rPr>
        <w:t>ziile consiliilor locale ale unităţilor administrativ-teritoriale</w:t>
      </w:r>
      <w:r w:rsidR="00AF1F00" w:rsidRPr="00AF1F00">
        <w:rPr>
          <w:lang w:val="ro-RO"/>
        </w:rPr>
        <w:t xml:space="preserve"> participante privind inițierea procesului de amalgamare voluntară și desemnarea reprezenta</w:t>
      </w:r>
      <w:r>
        <w:rPr>
          <w:lang w:val="ro-RO"/>
        </w:rPr>
        <w:t>nților în Grupul de Lucru Comun.</w:t>
      </w:r>
    </w:p>
    <w:p w14:paraId="0D096AAA" w14:textId="5987096F" w:rsidR="009A3F2B" w:rsidRPr="00AF1F00" w:rsidRDefault="00DF2D48" w:rsidP="00C262EE">
      <w:pPr>
        <w:spacing w:after="0" w:line="240" w:lineRule="auto"/>
        <w:jc w:val="both"/>
        <w:rPr>
          <w:lang w:val="ro-RO"/>
        </w:rPr>
      </w:pPr>
      <w:r>
        <w:rPr>
          <w:lang w:val="ro-RO"/>
        </w:rPr>
        <w:t>Ţ</w:t>
      </w:r>
      <w:r w:rsidR="00AF1F00" w:rsidRPr="00AF1F00">
        <w:rPr>
          <w:lang w:val="ro-RO"/>
        </w:rPr>
        <w:t>inând cont de faptul că Grupul de Lucru Comun a examinat materialele aferente procesului de amalgamare voluntară, a elaborat proiectul deciziei privind amalgamarea voluntară și a aprobat prin consens înaintarea acestuia spre consultare publică și examinare de către consiliile locale participante,</w:t>
      </w:r>
    </w:p>
    <w:p w14:paraId="3D4DA3D8" w14:textId="7EDCFFFF" w:rsidR="009A3F2B" w:rsidRPr="00AF1F00" w:rsidRDefault="00AF1F00" w:rsidP="00C262EE">
      <w:pPr>
        <w:spacing w:after="0" w:line="240" w:lineRule="auto"/>
        <w:jc w:val="both"/>
        <w:rPr>
          <w:lang w:val="ro-RO"/>
        </w:rPr>
      </w:pPr>
      <w:r w:rsidRPr="00AF1F00">
        <w:rPr>
          <w:lang w:val="ro-RO"/>
        </w:rPr>
        <w:t>luând în considerare Analiza privind respectarea condițiilor de bază, stabilirea centrului administrativ și sinteza procesului de consultare publică, Vizi</w:t>
      </w:r>
      <w:r w:rsidR="00464E26">
        <w:rPr>
          <w:lang w:val="ro-RO"/>
        </w:rPr>
        <w:t>unea preliminară a viitoarei unităţi administrativ-teritoriale</w:t>
      </w:r>
      <w:r w:rsidRPr="00AF1F00">
        <w:rPr>
          <w:lang w:val="ro-RO"/>
        </w:rPr>
        <w:t xml:space="preserve"> amalgamate și Tabelul de sinteză al propunerilor, obiecțiilor și recomandărilor recepționate în cadrul consultărilor publice,</w:t>
      </w:r>
    </w:p>
    <w:p w14:paraId="66937620" w14:textId="214002A7" w:rsidR="009A3F2B" w:rsidRPr="00AF1F00" w:rsidRDefault="00464E26" w:rsidP="00C262EE">
      <w:pPr>
        <w:spacing w:after="0" w:line="240" w:lineRule="auto"/>
        <w:jc w:val="both"/>
        <w:rPr>
          <w:b/>
          <w:lang w:val="ro-RO"/>
        </w:rPr>
      </w:pPr>
      <w:r>
        <w:rPr>
          <w:lang w:val="ro-RO"/>
        </w:rPr>
        <w:t>constatând că unităţile administrativ-teritoriale</w:t>
      </w:r>
      <w:r w:rsidR="00AF1F00" w:rsidRPr="00AF1F00">
        <w:rPr>
          <w:lang w:val="ro-RO"/>
        </w:rPr>
        <w:t xml:space="preserve"> participante fo</w:t>
      </w:r>
      <w:r>
        <w:rPr>
          <w:lang w:val="ro-RO"/>
        </w:rPr>
        <w:t>rmează un teritoriu continu</w:t>
      </w:r>
      <w:r w:rsidR="00AF1F00" w:rsidRPr="00AF1F00">
        <w:rPr>
          <w:lang w:val="ro-RO"/>
        </w:rPr>
        <w:t xml:space="preserve"> și că populația cumulată a acestora depășește pragul minim de 3.000 de locuitori,</w:t>
      </w:r>
      <w:r w:rsidR="00D6458F" w:rsidRPr="00AF1F00">
        <w:rPr>
          <w:lang w:val="ro-RO"/>
        </w:rPr>
        <w:t xml:space="preserve"> </w:t>
      </w:r>
      <w:r w:rsidR="00D6458F" w:rsidRPr="00AF1F00">
        <w:rPr>
          <w:b/>
          <w:lang w:val="ro-RO"/>
        </w:rPr>
        <w:t>Consiliul local</w:t>
      </w:r>
      <w:r w:rsidR="00DF2D48">
        <w:rPr>
          <w:b/>
          <w:lang w:val="ro-RO"/>
        </w:rPr>
        <w:t xml:space="preserve"> Popeasca</w:t>
      </w:r>
    </w:p>
    <w:p w14:paraId="42278F9A" w14:textId="77777777" w:rsidR="00D6458F" w:rsidRPr="00AF1F00" w:rsidRDefault="00D6458F" w:rsidP="00C262EE">
      <w:pPr>
        <w:spacing w:after="0" w:line="240" w:lineRule="auto"/>
        <w:jc w:val="both"/>
        <w:rPr>
          <w:lang w:val="ro-RO"/>
        </w:rPr>
      </w:pPr>
    </w:p>
    <w:p w14:paraId="02BCE8F5" w14:textId="77777777" w:rsidR="009A3F2B" w:rsidRPr="00AF1F00" w:rsidRDefault="00AF1F00" w:rsidP="00C262EE">
      <w:pPr>
        <w:spacing w:after="0" w:line="240" w:lineRule="auto"/>
        <w:jc w:val="center"/>
        <w:rPr>
          <w:lang w:val="ro-RO"/>
        </w:rPr>
      </w:pPr>
      <w:r w:rsidRPr="00AF1F00">
        <w:rPr>
          <w:b/>
          <w:lang w:val="ro-RO"/>
        </w:rPr>
        <w:t>DECIDE:</w:t>
      </w:r>
    </w:p>
    <w:p w14:paraId="2441A299" w14:textId="45EB2666" w:rsidR="009A3F2B" w:rsidRPr="00E32B35" w:rsidRDefault="00E32B35" w:rsidP="00E32B35">
      <w:pPr>
        <w:spacing w:after="0" w:line="240" w:lineRule="auto"/>
        <w:jc w:val="both"/>
        <w:rPr>
          <w:lang w:val="ro-RO"/>
        </w:rPr>
      </w:pPr>
      <w:r w:rsidRPr="00E32B35">
        <w:rPr>
          <w:b/>
          <w:lang w:val="ro-RO"/>
        </w:rPr>
        <w:t>1.</w:t>
      </w:r>
      <w:r w:rsidR="00AF1F00" w:rsidRPr="00E32B35">
        <w:rPr>
          <w:lang w:val="ro-RO"/>
        </w:rPr>
        <w:t>Se aprobă amalgamarea voluntară a următoarelor un</w:t>
      </w:r>
      <w:r w:rsidR="00F04E5A" w:rsidRPr="00E32B35">
        <w:rPr>
          <w:lang w:val="ro-RO"/>
        </w:rPr>
        <w:t xml:space="preserve">ități administrativ-teritoriale, </w:t>
      </w:r>
      <w:r w:rsidR="00F04E5A" w:rsidRPr="00E32B35">
        <w:rPr>
          <w:b/>
          <w:lang w:val="ro-RO"/>
        </w:rPr>
        <w:t>satul Popeasca raionul Ştefan Vodă şi  satul Cîrnăţeni raionul Căuşeni.</w:t>
      </w:r>
    </w:p>
    <w:p w14:paraId="708E2B3E" w14:textId="7F6CC2E2" w:rsidR="00FD52A3" w:rsidRDefault="00E32B35" w:rsidP="00E32B35">
      <w:pPr>
        <w:spacing w:after="0" w:line="240" w:lineRule="auto"/>
        <w:jc w:val="both"/>
        <w:rPr>
          <w:lang w:val="ro-RO"/>
        </w:rPr>
      </w:pPr>
      <w:r w:rsidRPr="00E32B35">
        <w:rPr>
          <w:b/>
          <w:lang w:val="ro-RO"/>
        </w:rPr>
        <w:t>2.</w:t>
      </w:r>
      <w:r w:rsidR="00FD52A3" w:rsidRPr="00E32B35">
        <w:rPr>
          <w:lang w:val="ro-RO"/>
        </w:rPr>
        <w:t>Se stabileşte satul Cîrnăţeni în calitate de centru administrativ al viitoarei unităţi administrativ teritoriale amalgamate.</w:t>
      </w:r>
    </w:p>
    <w:p w14:paraId="0A7D5948" w14:textId="714B5815" w:rsidR="006420F3" w:rsidRPr="00E32B35" w:rsidRDefault="006420F3" w:rsidP="00E32B35">
      <w:pPr>
        <w:spacing w:after="0" w:line="240" w:lineRule="auto"/>
        <w:jc w:val="both"/>
        <w:rPr>
          <w:lang w:val="ro-RO"/>
        </w:rPr>
      </w:pPr>
      <w:r w:rsidRPr="00B57D5E">
        <w:rPr>
          <w:b/>
          <w:lang w:val="ro-RO"/>
        </w:rPr>
        <w:t>3.</w:t>
      </w:r>
      <w:r>
        <w:rPr>
          <w:lang w:val="ro-RO"/>
        </w:rPr>
        <w:t xml:space="preserve"> Se propune ca denumirea viitoarei unităţi administrativ-teritoriale amalgamate să fie </w:t>
      </w:r>
      <w:r w:rsidR="00B57D5E" w:rsidRPr="00B57D5E">
        <w:rPr>
          <w:b/>
          <w:lang w:val="ro-RO"/>
        </w:rPr>
        <w:t>UAT Popeasca-Cîrnăţeni.</w:t>
      </w:r>
    </w:p>
    <w:p w14:paraId="04EFB69E" w14:textId="1F58BB63" w:rsidR="00FD52A3" w:rsidRPr="00E32B35" w:rsidRDefault="00B57D5E" w:rsidP="00E32B35">
      <w:pPr>
        <w:spacing w:after="0" w:line="240" w:lineRule="auto"/>
        <w:jc w:val="both"/>
        <w:rPr>
          <w:lang w:val="ro-RO"/>
        </w:rPr>
      </w:pPr>
      <w:r>
        <w:rPr>
          <w:b/>
          <w:lang w:val="ro-RO"/>
        </w:rPr>
        <w:t>4</w:t>
      </w:r>
      <w:r w:rsidR="00E32B35">
        <w:rPr>
          <w:lang w:val="ro-RO"/>
        </w:rPr>
        <w:t>.</w:t>
      </w:r>
      <w:r w:rsidR="00FD52A3" w:rsidRPr="00E32B35">
        <w:rPr>
          <w:lang w:val="ro-RO"/>
        </w:rPr>
        <w:t xml:space="preserve">Se </w:t>
      </w:r>
      <w:r w:rsidR="00357DA6">
        <w:rPr>
          <w:lang w:val="ro-RO"/>
        </w:rPr>
        <w:t>pune în sarcina dlui Pădureţ Ion, primarul satului Popeasca, transmiterea deciziei de amalgamare voluntară şi documentele aferente aprobate de consiliul local către Primăria Cîrnăţeni, selectată în calitate de centru administrativ al unităţii administrativ-teritoriale amalgamate</w:t>
      </w:r>
      <w:r w:rsidR="004D1B71">
        <w:rPr>
          <w:lang w:val="ro-RO"/>
        </w:rPr>
        <w:t xml:space="preserve"> pentru consolidarea dosarului de amalgamare voluntară.</w:t>
      </w:r>
      <w:bookmarkStart w:id="0" w:name="_GoBack"/>
      <w:bookmarkEnd w:id="0"/>
    </w:p>
    <w:p w14:paraId="30F6EA6B" w14:textId="467EFB67" w:rsidR="000972F8" w:rsidRPr="000972F8" w:rsidRDefault="00B57D5E" w:rsidP="00C262EE">
      <w:pPr>
        <w:spacing w:after="0" w:line="240" w:lineRule="auto"/>
        <w:jc w:val="both"/>
        <w:rPr>
          <w:lang w:val="ro-RO"/>
        </w:rPr>
      </w:pPr>
      <w:r>
        <w:rPr>
          <w:b/>
          <w:lang w:val="ro-RO"/>
        </w:rPr>
        <w:t>5</w:t>
      </w:r>
      <w:r w:rsidR="000972F8" w:rsidRPr="00E32B35">
        <w:rPr>
          <w:b/>
          <w:lang w:val="ro-RO"/>
        </w:rPr>
        <w:t>.</w:t>
      </w:r>
      <w:r w:rsidR="000972F8">
        <w:rPr>
          <w:lang w:val="ro-RO"/>
        </w:rPr>
        <w:t xml:space="preserve"> Prezenta decizie intră în vigoare la data includerii în Registrul de stat al actelor locale şi poate fi contestată în decurs de 30 zile de la data comunicării la Judecătoria </w:t>
      </w:r>
      <w:r w:rsidR="00CD34A8">
        <w:rPr>
          <w:lang w:val="ro-RO"/>
        </w:rPr>
        <w:t>Căuşeni cu sediul la Ştefan Vodă.</w:t>
      </w:r>
    </w:p>
    <w:p w14:paraId="3D4C790D" w14:textId="588A8A5E" w:rsidR="009439B7" w:rsidRDefault="009439B7" w:rsidP="00C262EE">
      <w:pPr>
        <w:spacing w:after="0" w:line="240" w:lineRule="auto"/>
        <w:jc w:val="both"/>
        <w:rPr>
          <w:b/>
          <w:lang w:val="ro-RO"/>
        </w:rPr>
      </w:pPr>
    </w:p>
    <w:p w14:paraId="55EB2DB6" w14:textId="3A4578BB" w:rsidR="004D1B71" w:rsidRDefault="004D1B71" w:rsidP="00C262EE">
      <w:pPr>
        <w:spacing w:after="0" w:line="240" w:lineRule="auto"/>
        <w:jc w:val="both"/>
        <w:rPr>
          <w:b/>
          <w:lang w:val="ro-RO"/>
        </w:rPr>
      </w:pPr>
    </w:p>
    <w:p w14:paraId="16358111" w14:textId="77777777" w:rsidR="004D1B71" w:rsidRDefault="004D1B71" w:rsidP="00C262EE">
      <w:pPr>
        <w:spacing w:after="0" w:line="240" w:lineRule="auto"/>
        <w:jc w:val="both"/>
        <w:rPr>
          <w:b/>
          <w:lang w:val="ro-RO"/>
        </w:rPr>
      </w:pPr>
    </w:p>
    <w:p w14:paraId="69E3B1B8" w14:textId="60A89D43" w:rsidR="009439B7" w:rsidRDefault="009439B7" w:rsidP="004D1B71">
      <w:pPr>
        <w:tabs>
          <w:tab w:val="left" w:pos="5640"/>
        </w:tabs>
        <w:spacing w:after="0" w:line="240" w:lineRule="auto"/>
        <w:jc w:val="both"/>
        <w:rPr>
          <w:b/>
          <w:lang w:val="ro-RO"/>
        </w:rPr>
      </w:pPr>
      <w:r w:rsidRPr="009439B7">
        <w:rPr>
          <w:b/>
          <w:lang w:val="ro-RO"/>
        </w:rPr>
        <w:t xml:space="preserve">Preşedintele şedinţei  </w:t>
      </w:r>
      <w:r w:rsidR="004D1B71">
        <w:rPr>
          <w:b/>
          <w:lang w:val="ro-RO"/>
        </w:rPr>
        <w:tab/>
      </w:r>
      <w:r w:rsidR="00C57730">
        <w:rPr>
          <w:b/>
          <w:lang w:val="ro-RO"/>
        </w:rPr>
        <w:t xml:space="preserve">      </w:t>
      </w:r>
      <w:r w:rsidR="004D1B71">
        <w:rPr>
          <w:b/>
          <w:lang w:val="ro-RO"/>
        </w:rPr>
        <w:t>Zmeu Diana</w:t>
      </w:r>
    </w:p>
    <w:p w14:paraId="11CF4B5B" w14:textId="77777777" w:rsidR="004D1B71" w:rsidRPr="009439B7" w:rsidRDefault="004D1B71" w:rsidP="004D1B71">
      <w:pPr>
        <w:tabs>
          <w:tab w:val="left" w:pos="5640"/>
        </w:tabs>
        <w:spacing w:after="0" w:line="240" w:lineRule="auto"/>
        <w:jc w:val="both"/>
        <w:rPr>
          <w:b/>
          <w:lang w:val="ro-RO"/>
        </w:rPr>
      </w:pPr>
    </w:p>
    <w:p w14:paraId="469051E4" w14:textId="1FB7D533" w:rsidR="009439B7" w:rsidRPr="009439B7" w:rsidRDefault="009439B7" w:rsidP="00C262EE">
      <w:pPr>
        <w:spacing w:after="0" w:line="240" w:lineRule="auto"/>
        <w:jc w:val="both"/>
        <w:rPr>
          <w:b/>
          <w:lang w:val="ro-RO"/>
        </w:rPr>
      </w:pPr>
      <w:r w:rsidRPr="009439B7">
        <w:rPr>
          <w:b/>
          <w:lang w:val="ro-RO"/>
        </w:rPr>
        <w:t xml:space="preserve">Secretarul Consiliului local                                              </w:t>
      </w:r>
      <w:r w:rsidR="00C57730">
        <w:rPr>
          <w:b/>
          <w:lang w:val="ro-RO"/>
        </w:rPr>
        <w:t xml:space="preserve">        </w:t>
      </w:r>
      <w:r w:rsidRPr="009439B7">
        <w:rPr>
          <w:b/>
          <w:lang w:val="ro-RO"/>
        </w:rPr>
        <w:t>Cojocaru Carolina</w:t>
      </w:r>
    </w:p>
    <w:sectPr w:rsidR="009439B7" w:rsidRPr="009439B7" w:rsidSect="00E32B35">
      <w:pgSz w:w="12240" w:h="15840"/>
      <w:pgMar w:top="142"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8FB5B4A"/>
    <w:multiLevelType w:val="hybridMultilevel"/>
    <w:tmpl w:val="0DA496EE"/>
    <w:lvl w:ilvl="0" w:tplc="0A8AB5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72F8"/>
    <w:rsid w:val="0015074B"/>
    <w:rsid w:val="001756D9"/>
    <w:rsid w:val="0029639D"/>
    <w:rsid w:val="00326F90"/>
    <w:rsid w:val="00357DA6"/>
    <w:rsid w:val="0041763D"/>
    <w:rsid w:val="00464E26"/>
    <w:rsid w:val="0049563E"/>
    <w:rsid w:val="004D1B71"/>
    <w:rsid w:val="005B173F"/>
    <w:rsid w:val="006161F0"/>
    <w:rsid w:val="006420F3"/>
    <w:rsid w:val="007A68CB"/>
    <w:rsid w:val="007F5479"/>
    <w:rsid w:val="00901C71"/>
    <w:rsid w:val="009439B7"/>
    <w:rsid w:val="009A3F2B"/>
    <w:rsid w:val="009D0844"/>
    <w:rsid w:val="00A70B98"/>
    <w:rsid w:val="00AA1D8D"/>
    <w:rsid w:val="00AE54EC"/>
    <w:rsid w:val="00AF1F00"/>
    <w:rsid w:val="00B47730"/>
    <w:rsid w:val="00B57D5E"/>
    <w:rsid w:val="00C262EE"/>
    <w:rsid w:val="00C57730"/>
    <w:rsid w:val="00CB0664"/>
    <w:rsid w:val="00CD34A8"/>
    <w:rsid w:val="00D6458F"/>
    <w:rsid w:val="00DE4D49"/>
    <w:rsid w:val="00DF2D48"/>
    <w:rsid w:val="00E32B35"/>
    <w:rsid w:val="00EC7236"/>
    <w:rsid w:val="00F04E5A"/>
    <w:rsid w:val="00FC693F"/>
    <w:rsid w:val="00FD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FBF77B"/>
  <w14:defaultImageDpi w14:val="300"/>
  <w15:docId w15:val="{0EA6DAEF-4731-4E40-B85D-7593F4F2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link w:val="aa"/>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b">
    <w:name w:val="Title"/>
    <w:basedOn w:val="a1"/>
    <w:next w:val="a1"/>
    <w:link w:val="ac"/>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2"/>
    <w:link w:val="ab"/>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1"/>
    <w:next w:val="a1"/>
    <w:link w:val="a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e">
    <w:name w:val="Подзаголовок Знак"/>
    <w:basedOn w:val="a2"/>
    <w:link w:val="ad"/>
    <w:uiPriority w:val="11"/>
    <w:rsid w:val="00FC693F"/>
    <w:rPr>
      <w:rFonts w:asciiTheme="majorHAnsi" w:eastAsiaTheme="majorEastAsia" w:hAnsiTheme="majorHAnsi" w:cstheme="majorBidi"/>
      <w:i/>
      <w:iCs/>
      <w:color w:val="4F81BD" w:themeColor="accent1"/>
      <w:spacing w:val="15"/>
      <w:sz w:val="24"/>
      <w:szCs w:val="24"/>
    </w:rPr>
  </w:style>
  <w:style w:type="paragraph" w:styleId="af">
    <w:name w:val="List Paragraph"/>
    <w:basedOn w:val="a1"/>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Hyperlink"/>
    <w:basedOn w:val="a2"/>
    <w:uiPriority w:val="99"/>
    <w:unhideWhenUsed/>
    <w:rsid w:val="006161F0"/>
    <w:rPr>
      <w:color w:val="0000FF" w:themeColor="hyperlink"/>
      <w:u w:val="single"/>
    </w:rPr>
  </w:style>
  <w:style w:type="character" w:customStyle="1" w:styleId="aa">
    <w:name w:val="Без интервала Знак"/>
    <w:basedOn w:val="a2"/>
    <w:link w:val="a9"/>
    <w:uiPriority w:val="1"/>
    <w:locked/>
    <w:rsid w:val="006161F0"/>
  </w:style>
  <w:style w:type="paragraph" w:styleId="affa">
    <w:name w:val="Balloon Text"/>
    <w:basedOn w:val="a1"/>
    <w:link w:val="affb"/>
    <w:uiPriority w:val="99"/>
    <w:semiHidden/>
    <w:unhideWhenUsed/>
    <w:rsid w:val="00AE54EC"/>
    <w:pPr>
      <w:spacing w:after="0" w:line="240" w:lineRule="auto"/>
    </w:pPr>
    <w:rPr>
      <w:rFonts w:ascii="Segoe UI" w:hAnsi="Segoe UI" w:cs="Segoe UI"/>
      <w:sz w:val="18"/>
      <w:szCs w:val="18"/>
    </w:rPr>
  </w:style>
  <w:style w:type="character" w:customStyle="1" w:styleId="affb">
    <w:name w:val="Текст выноски Знак"/>
    <w:basedOn w:val="a2"/>
    <w:link w:val="affa"/>
    <w:uiPriority w:val="99"/>
    <w:semiHidden/>
    <w:rsid w:val="00AE54E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08504">
      <w:bodyDiv w:val="1"/>
      <w:marLeft w:val="0"/>
      <w:marRight w:val="0"/>
      <w:marTop w:val="0"/>
      <w:marBottom w:val="0"/>
      <w:divBdr>
        <w:top w:val="none" w:sz="0" w:space="0" w:color="auto"/>
        <w:left w:val="none" w:sz="0" w:space="0" w:color="auto"/>
        <w:bottom w:val="none" w:sz="0" w:space="0" w:color="auto"/>
        <w:right w:val="none" w:sz="0" w:space="0" w:color="auto"/>
      </w:divBdr>
    </w:div>
    <w:div w:id="709035605">
      <w:bodyDiv w:val="1"/>
      <w:marLeft w:val="0"/>
      <w:marRight w:val="0"/>
      <w:marTop w:val="0"/>
      <w:marBottom w:val="0"/>
      <w:divBdr>
        <w:top w:val="none" w:sz="0" w:space="0" w:color="auto"/>
        <w:left w:val="none" w:sz="0" w:space="0" w:color="auto"/>
        <w:bottom w:val="none" w:sz="0" w:space="0" w:color="auto"/>
        <w:right w:val="none" w:sz="0" w:space="0" w:color="auto"/>
      </w:divBdr>
      <w:divsChild>
        <w:div w:id="1722050231">
          <w:marLeft w:val="0"/>
          <w:marRight w:val="0"/>
          <w:marTop w:val="0"/>
          <w:marBottom w:val="0"/>
          <w:divBdr>
            <w:top w:val="none" w:sz="0" w:space="0" w:color="auto"/>
            <w:left w:val="none" w:sz="0" w:space="0" w:color="auto"/>
            <w:bottom w:val="none" w:sz="0" w:space="0" w:color="auto"/>
            <w:right w:val="none" w:sz="0" w:space="0" w:color="auto"/>
          </w:divBdr>
          <w:divsChild>
            <w:div w:id="1452825516">
              <w:marLeft w:val="0"/>
              <w:marRight w:val="0"/>
              <w:marTop w:val="0"/>
              <w:marBottom w:val="0"/>
              <w:divBdr>
                <w:top w:val="none" w:sz="0" w:space="0" w:color="auto"/>
                <w:left w:val="none" w:sz="0" w:space="0" w:color="auto"/>
                <w:bottom w:val="none" w:sz="0" w:space="0" w:color="auto"/>
                <w:right w:val="none" w:sz="0" w:space="0" w:color="auto"/>
              </w:divBdr>
              <w:divsChild>
                <w:div w:id="33847040">
                  <w:marLeft w:val="0"/>
                  <w:marRight w:val="0"/>
                  <w:marTop w:val="0"/>
                  <w:marBottom w:val="0"/>
                  <w:divBdr>
                    <w:top w:val="none" w:sz="0" w:space="0" w:color="auto"/>
                    <w:left w:val="none" w:sz="0" w:space="0" w:color="auto"/>
                    <w:bottom w:val="none" w:sz="0" w:space="0" w:color="auto"/>
                    <w:right w:val="none" w:sz="0" w:space="0" w:color="auto"/>
                  </w:divBdr>
                  <w:divsChild>
                    <w:div w:id="191500603">
                      <w:marLeft w:val="0"/>
                      <w:marRight w:val="0"/>
                      <w:marTop w:val="0"/>
                      <w:marBottom w:val="0"/>
                      <w:divBdr>
                        <w:top w:val="none" w:sz="0" w:space="0" w:color="auto"/>
                        <w:left w:val="none" w:sz="0" w:space="0" w:color="auto"/>
                        <w:bottom w:val="none" w:sz="0" w:space="0" w:color="auto"/>
                        <w:right w:val="none" w:sz="0" w:space="0" w:color="auto"/>
                      </w:divBdr>
                      <w:divsChild>
                        <w:div w:id="573009181">
                          <w:marLeft w:val="0"/>
                          <w:marRight w:val="0"/>
                          <w:marTop w:val="0"/>
                          <w:marBottom w:val="0"/>
                          <w:divBdr>
                            <w:top w:val="none" w:sz="0" w:space="0" w:color="auto"/>
                            <w:left w:val="none" w:sz="0" w:space="0" w:color="auto"/>
                            <w:bottom w:val="none" w:sz="0" w:space="0" w:color="auto"/>
                            <w:right w:val="none" w:sz="0" w:space="0" w:color="auto"/>
                          </w:divBdr>
                          <w:divsChild>
                            <w:div w:id="2021925714">
                              <w:marLeft w:val="0"/>
                              <w:marRight w:val="0"/>
                              <w:marTop w:val="0"/>
                              <w:marBottom w:val="0"/>
                              <w:divBdr>
                                <w:top w:val="none" w:sz="0" w:space="0" w:color="auto"/>
                                <w:left w:val="none" w:sz="0" w:space="0" w:color="auto"/>
                                <w:bottom w:val="none" w:sz="0" w:space="0" w:color="auto"/>
                                <w:right w:val="none" w:sz="0" w:space="0" w:color="auto"/>
                              </w:divBdr>
                              <w:divsChild>
                                <w:div w:id="62076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235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9EF33-FFF9-4F81-A6EA-C34C406E2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452</Words>
  <Characters>2580</Characters>
  <Application>Microsoft Office Word</Application>
  <DocSecurity>0</DocSecurity>
  <Lines>21</Lines>
  <Paragraphs>6</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3026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25</cp:revision>
  <cp:lastPrinted>2026-07-29T08:12:00Z</cp:lastPrinted>
  <dcterms:created xsi:type="dcterms:W3CDTF">2013-12-23T23:15:00Z</dcterms:created>
  <dcterms:modified xsi:type="dcterms:W3CDTF">2026-07-29T08:13:00Z</dcterms:modified>
  <cp:category/>
</cp:coreProperties>
</file>